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TEST</w:t>
      </w:r>
    </w:p>
    <w:p>
      <w:pPr>
        <w:jc w:val="center"/>
      </w:pPr>
      <w:r>
        <w:rPr>
          <w:sz w:val="22"/>
        </w:rPr>
        <w:t>Số câu: 15    Thời gian: _____ phút    Họ và tên: _________________________</w:t>
      </w:r>
    </w:p>
    <w:p/>
    <w:p>
      <w:r>
        <w:rPr>
          <w:b/>
          <w:sz w:val="24"/>
        </w:rPr>
        <w:t>Câu 1: My sister likes ______ to music in her free time.</w:t>
      </w:r>
    </w:p>
    <w:p>
      <w:pPr>
        <w:pStyle w:val="ListParagraph"/>
      </w:pPr>
      <w:r>
        <w:rPr>
          <w:sz w:val="22"/>
        </w:rPr>
        <w:t>A. listen</w:t>
      </w:r>
    </w:p>
    <w:p>
      <w:pPr>
        <w:pStyle w:val="ListParagraph"/>
      </w:pPr>
      <w:r>
        <w:rPr>
          <w:sz w:val="22"/>
        </w:rPr>
        <w:t>B. to listening</w:t>
      </w:r>
    </w:p>
    <w:p>
      <w:pPr>
        <w:pStyle w:val="ListParagraph"/>
      </w:pPr>
      <w:r>
        <w:rPr>
          <w:sz w:val="22"/>
        </w:rPr>
        <w:t>C. listening</w:t>
      </w:r>
    </w:p>
    <w:p>
      <w:pPr>
        <w:pStyle w:val="ListParagraph"/>
      </w:pPr>
      <w:r>
        <w:rPr>
          <w:sz w:val="22"/>
        </w:rPr>
        <w:t>D. listened</w:t>
      </w:r>
    </w:p>
    <w:p/>
    <w:p>
      <w:r>
        <w:rPr>
          <w:b/>
          <w:sz w:val="24"/>
        </w:rPr>
        <w:t>Câu 2: They love ______ football after school.</w:t>
      </w:r>
    </w:p>
    <w:p>
      <w:pPr>
        <w:pStyle w:val="ListParagraph"/>
      </w:pPr>
      <w:r>
        <w:rPr>
          <w:sz w:val="22"/>
        </w:rPr>
        <w:t>A. playing</w:t>
      </w:r>
    </w:p>
    <w:p>
      <w:pPr>
        <w:pStyle w:val="ListParagraph"/>
      </w:pPr>
      <w:r>
        <w:rPr>
          <w:sz w:val="22"/>
        </w:rPr>
        <w:t>B. play</w:t>
      </w:r>
    </w:p>
    <w:p>
      <w:pPr>
        <w:pStyle w:val="ListParagraph"/>
      </w:pPr>
      <w:r>
        <w:rPr>
          <w:sz w:val="22"/>
        </w:rPr>
        <w:t>C. to playing</w:t>
      </w:r>
    </w:p>
    <w:p>
      <w:pPr>
        <w:pStyle w:val="ListParagraph"/>
      </w:pPr>
      <w:r>
        <w:rPr>
          <w:sz w:val="22"/>
        </w:rPr>
        <w:t>D. played</w:t>
      </w:r>
    </w:p>
    <w:p/>
    <w:p>
      <w:r>
        <w:rPr>
          <w:b/>
          <w:sz w:val="24"/>
        </w:rPr>
        <w:t>Câu 3: I enjoy ______ books before bedtime.</w:t>
      </w:r>
    </w:p>
    <w:p>
      <w:pPr>
        <w:pStyle w:val="ListParagraph"/>
      </w:pPr>
      <w:r>
        <w:rPr>
          <w:sz w:val="22"/>
        </w:rPr>
        <w:t>A. read</w:t>
      </w:r>
    </w:p>
    <w:p>
      <w:pPr>
        <w:pStyle w:val="ListParagraph"/>
      </w:pPr>
      <w:r>
        <w:rPr>
          <w:sz w:val="22"/>
        </w:rPr>
        <w:t>B. to read</w:t>
      </w:r>
    </w:p>
    <w:p>
      <w:pPr>
        <w:pStyle w:val="ListParagraph"/>
      </w:pPr>
      <w:r>
        <w:rPr>
          <w:sz w:val="22"/>
        </w:rPr>
        <w:t>C. reading</w:t>
      </w:r>
    </w:p>
    <w:p>
      <w:pPr>
        <w:pStyle w:val="ListParagraph"/>
      </w:pPr>
      <w:r>
        <w:rPr>
          <w:sz w:val="22"/>
        </w:rPr>
        <w:t>D. reads</w:t>
      </w:r>
    </w:p>
    <w:p/>
    <w:p>
      <w:r>
        <w:rPr>
          <w:b/>
          <w:sz w:val="24"/>
        </w:rPr>
        <w:t>Câu 4: She dislikes ______ the dishes after dinner.</w:t>
      </w:r>
    </w:p>
    <w:p>
      <w:pPr>
        <w:pStyle w:val="ListParagraph"/>
      </w:pPr>
      <w:r>
        <w:rPr>
          <w:sz w:val="22"/>
        </w:rPr>
        <w:t>A. wash</w:t>
      </w:r>
    </w:p>
    <w:p>
      <w:pPr>
        <w:pStyle w:val="ListParagraph"/>
      </w:pPr>
      <w:r>
        <w:rPr>
          <w:sz w:val="22"/>
        </w:rPr>
        <w:t>B. washing</w:t>
      </w:r>
    </w:p>
    <w:p>
      <w:pPr>
        <w:pStyle w:val="ListParagraph"/>
      </w:pPr>
      <w:r>
        <w:rPr>
          <w:sz w:val="22"/>
        </w:rPr>
        <w:t>C. to wash</w:t>
      </w:r>
    </w:p>
    <w:p>
      <w:pPr>
        <w:pStyle w:val="ListParagraph"/>
      </w:pPr>
      <w:r>
        <w:rPr>
          <w:sz w:val="22"/>
        </w:rPr>
        <w:t>D. washed</w:t>
      </w:r>
    </w:p>
    <w:p/>
    <w:p>
      <w:r>
        <w:rPr>
          <w:b/>
          <w:sz w:val="24"/>
        </w:rPr>
        <w:t>Câu 5: He hates ______ up early on cold mornings.</w:t>
      </w:r>
    </w:p>
    <w:p>
      <w:pPr>
        <w:pStyle w:val="ListParagraph"/>
      </w:pPr>
      <w:r>
        <w:rPr>
          <w:sz w:val="22"/>
        </w:rPr>
        <w:t>A. get</w:t>
      </w:r>
    </w:p>
    <w:p>
      <w:pPr>
        <w:pStyle w:val="ListParagraph"/>
      </w:pPr>
      <w:r>
        <w:rPr>
          <w:sz w:val="22"/>
        </w:rPr>
        <w:t>B. to getting</w:t>
      </w:r>
    </w:p>
    <w:p>
      <w:pPr>
        <w:pStyle w:val="ListParagraph"/>
      </w:pPr>
      <w:r>
        <w:rPr>
          <w:sz w:val="22"/>
        </w:rPr>
        <w:t>C. getting</w:t>
      </w:r>
    </w:p>
    <w:p>
      <w:pPr>
        <w:pStyle w:val="ListParagraph"/>
      </w:pPr>
      <w:r>
        <w:rPr>
          <w:sz w:val="22"/>
        </w:rPr>
        <w:t>D. got</w:t>
      </w:r>
    </w:p>
    <w:p/>
    <w:p>
      <w:r>
        <w:rPr>
          <w:b/>
          <w:sz w:val="24"/>
        </w:rPr>
        <w:t>Câu 6: My brother is into ______ video games.</w:t>
      </w:r>
    </w:p>
    <w:p>
      <w:pPr>
        <w:pStyle w:val="ListParagraph"/>
      </w:pPr>
      <w:r>
        <w:rPr>
          <w:sz w:val="22"/>
        </w:rPr>
        <w:t>A. play</w:t>
      </w:r>
    </w:p>
    <w:p>
      <w:pPr>
        <w:pStyle w:val="ListParagraph"/>
      </w:pPr>
      <w:r>
        <w:rPr>
          <w:sz w:val="22"/>
        </w:rPr>
        <w:t>B. playing</w:t>
      </w:r>
    </w:p>
    <w:p>
      <w:pPr>
        <w:pStyle w:val="ListParagraph"/>
      </w:pPr>
      <w:r>
        <w:rPr>
          <w:sz w:val="22"/>
        </w:rPr>
        <w:t>C. to play</w:t>
      </w:r>
    </w:p>
    <w:p>
      <w:pPr>
        <w:pStyle w:val="ListParagraph"/>
      </w:pPr>
      <w:r>
        <w:rPr>
          <w:sz w:val="22"/>
        </w:rPr>
        <w:t>D. played</w:t>
      </w:r>
    </w:p>
    <w:p/>
    <w:p>
      <w:r>
        <w:rPr>
          <w:b/>
          <w:sz w:val="24"/>
        </w:rPr>
        <w:t>Câu 7: Are you interested in ______ a new language?</w:t>
      </w:r>
    </w:p>
    <w:p>
      <w:pPr>
        <w:pStyle w:val="ListParagraph"/>
      </w:pPr>
      <w:r>
        <w:rPr>
          <w:sz w:val="22"/>
        </w:rPr>
        <w:t>A. learn</w:t>
      </w:r>
    </w:p>
    <w:p>
      <w:pPr>
        <w:pStyle w:val="ListParagraph"/>
      </w:pPr>
      <w:r>
        <w:rPr>
          <w:sz w:val="22"/>
        </w:rPr>
        <w:t>B. to learn</w:t>
      </w:r>
    </w:p>
    <w:p>
      <w:pPr>
        <w:pStyle w:val="ListParagraph"/>
      </w:pPr>
      <w:r>
        <w:rPr>
          <w:sz w:val="22"/>
        </w:rPr>
        <w:t>C. learned</w:t>
      </w:r>
    </w:p>
    <w:p>
      <w:pPr>
        <w:pStyle w:val="ListParagraph"/>
      </w:pPr>
      <w:r>
        <w:rPr>
          <w:sz w:val="22"/>
        </w:rPr>
        <w:t>D. learning</w:t>
      </w:r>
    </w:p>
    <w:p/>
    <w:p>
      <w:r>
        <w:rPr>
          <w:b/>
          <w:sz w:val="24"/>
        </w:rPr>
        <w:t>Câu 8: Do you fancy ______ to the cinema tonight?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going</w:t>
      </w:r>
    </w:p>
    <w:p>
      <w:pPr>
        <w:pStyle w:val="ListParagraph"/>
      </w:pPr>
      <w:r>
        <w:rPr>
          <w:sz w:val="22"/>
        </w:rPr>
        <w:t>C. to go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9: I prefer ______ tea to coffee.</w:t>
      </w:r>
    </w:p>
    <w:p>
      <w:pPr>
        <w:pStyle w:val="ListParagraph"/>
      </w:pPr>
      <w:r>
        <w:rPr>
          <w:sz w:val="22"/>
        </w:rPr>
        <w:t>A. drink</w:t>
      </w:r>
    </w:p>
    <w:p>
      <w:pPr>
        <w:pStyle w:val="ListParagraph"/>
      </w:pPr>
      <w:r>
        <w:rPr>
          <w:sz w:val="22"/>
        </w:rPr>
        <w:t>B. drinking</w:t>
      </w:r>
    </w:p>
    <w:p>
      <w:pPr>
        <w:pStyle w:val="ListParagraph"/>
      </w:pPr>
      <w:r>
        <w:rPr>
          <w:sz w:val="22"/>
        </w:rPr>
        <w:t>C. to drinking</w:t>
      </w:r>
    </w:p>
    <w:p>
      <w:pPr>
        <w:pStyle w:val="ListParagraph"/>
      </w:pPr>
      <w:r>
        <w:rPr>
          <w:sz w:val="22"/>
        </w:rPr>
        <w:t>D. drank</w:t>
      </w:r>
    </w:p>
    <w:p/>
    <w:p>
      <w:r>
        <w:rPr>
          <w:b/>
          <w:sz w:val="24"/>
        </w:rPr>
        <w:t>Câu 10: She is keen on ______ photos of nature.</w:t>
      </w:r>
    </w:p>
    <w:p>
      <w:pPr>
        <w:pStyle w:val="ListParagraph"/>
      </w:pPr>
      <w:r>
        <w:rPr>
          <w:sz w:val="22"/>
        </w:rPr>
        <w:t>A. take</w:t>
      </w:r>
    </w:p>
    <w:p>
      <w:pPr>
        <w:pStyle w:val="ListParagraph"/>
      </w:pPr>
      <w:r>
        <w:rPr>
          <w:sz w:val="22"/>
        </w:rPr>
        <w:t>B. to take</w:t>
      </w:r>
    </w:p>
    <w:p>
      <w:pPr>
        <w:pStyle w:val="ListParagraph"/>
      </w:pPr>
      <w:r>
        <w:rPr>
          <w:sz w:val="22"/>
        </w:rPr>
        <w:t>C. taking</w:t>
      </w:r>
    </w:p>
    <w:p>
      <w:pPr>
        <w:pStyle w:val="ListParagraph"/>
      </w:pPr>
      <w:r>
        <w:rPr>
          <w:sz w:val="22"/>
        </w:rPr>
        <w:t>D. took</w:t>
      </w:r>
    </w:p>
    <w:p/>
    <w:p>
      <w:r>
        <w:rPr>
          <w:b/>
          <w:sz w:val="24"/>
        </w:rPr>
        <w:t>Câu 11: My cousin ______ judo every weekend at the sports centre.</w:t>
      </w:r>
    </w:p>
    <w:p>
      <w:pPr>
        <w:pStyle w:val="ListParagraph"/>
      </w:pPr>
      <w:r>
        <w:rPr>
          <w:sz w:val="22"/>
        </w:rPr>
        <w:t>A. does</w:t>
      </w:r>
    </w:p>
    <w:p>
      <w:pPr>
        <w:pStyle w:val="ListParagraph"/>
      </w:pPr>
      <w:r>
        <w:rPr>
          <w:sz w:val="22"/>
        </w:rPr>
        <w:t>B. plays</w:t>
      </w:r>
    </w:p>
    <w:p>
      <w:pPr>
        <w:pStyle w:val="ListParagraph"/>
      </w:pPr>
      <w:r>
        <w:rPr>
          <w:sz w:val="22"/>
        </w:rPr>
        <w:t>C. makes</w:t>
      </w:r>
    </w:p>
    <w:p>
      <w:pPr>
        <w:pStyle w:val="ListParagraph"/>
      </w:pPr>
      <w:r>
        <w:rPr>
          <w:sz w:val="22"/>
        </w:rPr>
        <w:t>D. goes</w:t>
      </w:r>
    </w:p>
    <w:p/>
    <w:p>
      <w:r>
        <w:rPr>
          <w:b/>
          <w:sz w:val="24"/>
        </w:rPr>
        <w:t>Câu 12: My mother ______ yoga to relax after work.</w:t>
      </w:r>
    </w:p>
    <w:p>
      <w:pPr>
        <w:pStyle w:val="ListParagraph"/>
      </w:pPr>
      <w:r>
        <w:rPr>
          <w:sz w:val="22"/>
        </w:rPr>
        <w:t>A. does</w:t>
      </w:r>
    </w:p>
    <w:p>
      <w:pPr>
        <w:pStyle w:val="ListParagraph"/>
      </w:pPr>
      <w:r>
        <w:rPr>
          <w:sz w:val="22"/>
        </w:rPr>
        <w:t>B. plays</w:t>
      </w:r>
    </w:p>
    <w:p>
      <w:pPr>
        <w:pStyle w:val="ListParagraph"/>
      </w:pPr>
      <w:r>
        <w:rPr>
          <w:sz w:val="22"/>
        </w:rPr>
        <w:t>C. makes</w:t>
      </w:r>
    </w:p>
    <w:p>
      <w:pPr>
        <w:pStyle w:val="ListParagraph"/>
      </w:pPr>
      <w:r>
        <w:rPr>
          <w:sz w:val="22"/>
        </w:rPr>
        <w:t>D. goes</w:t>
      </w:r>
    </w:p>
    <w:p/>
    <w:p>
      <w:r>
        <w:rPr>
          <w:b/>
          <w:sz w:val="24"/>
        </w:rPr>
        <w:t>Câu 13: My uncle likes to ______ coins from different countries.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collect</w:t>
      </w:r>
    </w:p>
    <w:p>
      <w:pPr>
        <w:pStyle w:val="ListParagraph"/>
      </w:pPr>
      <w:r>
        <w:rPr>
          <w:sz w:val="22"/>
        </w:rPr>
        <w:t>C. build</w:t>
      </w:r>
    </w:p>
    <w:p>
      <w:pPr>
        <w:pStyle w:val="ListParagraph"/>
      </w:pPr>
      <w:r>
        <w:rPr>
          <w:sz w:val="22"/>
        </w:rPr>
        <w:t>D. cook</w:t>
      </w:r>
    </w:p>
    <w:p/>
    <w:p>
      <w:r>
        <w:rPr>
          <w:b/>
          <w:sz w:val="24"/>
        </w:rPr>
        <w:t>Câu 14: My little sister wants to ______ a dollhouse from cardboard.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collect</w:t>
      </w:r>
    </w:p>
    <w:p>
      <w:pPr>
        <w:pStyle w:val="ListParagraph"/>
      </w:pPr>
      <w:r>
        <w:rPr>
          <w:sz w:val="22"/>
        </w:rPr>
        <w:t>C. build</w:t>
      </w:r>
    </w:p>
    <w:p>
      <w:pPr>
        <w:pStyle w:val="ListParagraph"/>
      </w:pPr>
      <w:r>
        <w:rPr>
          <w:sz w:val="22"/>
        </w:rPr>
        <w:t>D. cook</w:t>
      </w:r>
    </w:p>
    <w:p/>
    <w:p>
      <w:r>
        <w:rPr>
          <w:b/>
          <w:sz w:val="24"/>
        </w:rPr>
        <w:t>Câu 15: My father can ______ delicious meals for our family.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build</w:t>
      </w:r>
    </w:p>
    <w:p>
      <w:pPr>
        <w:pStyle w:val="ListParagraph"/>
      </w:pPr>
      <w:r>
        <w:rPr>
          <w:sz w:val="22"/>
        </w:rPr>
        <w:t>C. collect</w:t>
      </w:r>
    </w:p>
    <w:p>
      <w:pPr>
        <w:pStyle w:val="ListParagraph"/>
      </w:pPr>
      <w:r>
        <w:rPr>
          <w:sz w:val="22"/>
        </w:rPr>
        <w:t>D. cook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