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 tin học cơ sở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Thiết bị nào sau đây là thiết bị vào?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2: Đơn vị nhỏ nhất để đo lượng thông tin là:</w:t>
      </w:r>
    </w:p>
    <w:p>
      <w:pPr>
        <w:pStyle w:val="ListParagraph"/>
      </w:pPr>
      <w:r>
        <w:rPr>
          <w:sz w:val="22"/>
        </w:rPr>
        <w:t>A. Byte</w:t>
      </w:r>
    </w:p>
    <w:p>
      <w:pPr>
        <w:pStyle w:val="ListParagraph"/>
      </w:pPr>
      <w:r>
        <w:rPr>
          <w:sz w:val="22"/>
        </w:rPr>
        <w:t>B. Bit</w:t>
      </w:r>
    </w:p>
    <w:p>
      <w:pPr>
        <w:pStyle w:val="ListParagraph"/>
      </w:pPr>
      <w:r>
        <w:rPr>
          <w:sz w:val="22"/>
        </w:rPr>
        <w:t>C. KB</w:t>
      </w:r>
    </w:p>
    <w:p>
      <w:pPr>
        <w:pStyle w:val="ListParagraph"/>
      </w:pPr>
      <w:r>
        <w:rPr>
          <w:sz w:val="22"/>
        </w:rPr>
        <w:t>D. MB</w:t>
      </w:r>
    </w:p>
    <w:p/>
    <w:p>
      <w:r>
        <w:rPr>
          <w:b/>
          <w:sz w:val="24"/>
        </w:rPr>
        <w:t>Câu 3: Hệ điều hành nào sau đây là mã nguồn mở?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4: Trong Microsoft Word, tổ hợp phím Ctrl + S dùng để:</w:t>
      </w:r>
    </w:p>
    <w:p>
      <w:pPr>
        <w:pStyle w:val="ListParagraph"/>
      </w:pPr>
      <w:r>
        <w:rPr>
          <w:sz w:val="22"/>
        </w:rPr>
        <w:t>A. Lưu văn bản</w:t>
      </w:r>
    </w:p>
    <w:p>
      <w:pPr>
        <w:pStyle w:val="ListParagraph"/>
      </w:pPr>
      <w:r>
        <w:rPr>
          <w:sz w:val="22"/>
        </w:rPr>
        <w:t>B. Sao chép</w:t>
      </w:r>
    </w:p>
    <w:p>
      <w:pPr>
        <w:pStyle w:val="ListParagraph"/>
      </w:pPr>
      <w:r>
        <w:rPr>
          <w:sz w:val="22"/>
        </w:rPr>
        <w:t>C. Dán</w:t>
      </w:r>
    </w:p>
    <w:p>
      <w:pPr>
        <w:pStyle w:val="ListParagraph"/>
      </w:pPr>
      <w:r>
        <w:rPr>
          <w:sz w:val="22"/>
        </w:rPr>
        <w:t>D. In</w:t>
      </w:r>
    </w:p>
    <w:p/>
    <w:p>
      <w:r>
        <w:rPr>
          <w:b/>
          <w:sz w:val="24"/>
        </w:rPr>
        <w:t>Câu 5: Trong Excel, hàm nào dùng để tính tổng?</w:t>
      </w:r>
    </w:p>
    <w:p>
      <w:pPr>
        <w:pStyle w:val="ListParagraph"/>
      </w:pPr>
      <w:r>
        <w:rPr>
          <w:sz w:val="22"/>
        </w:rPr>
        <w:t>A. SUM</w:t>
      </w:r>
    </w:p>
    <w:p>
      <w:pPr>
        <w:pStyle w:val="ListParagraph"/>
      </w:pPr>
      <w:r>
        <w:rPr>
          <w:sz w:val="22"/>
        </w:rPr>
        <w:t>B. AVERAGE</w:t>
      </w:r>
    </w:p>
    <w:p>
      <w:pPr>
        <w:pStyle w:val="ListParagraph"/>
      </w:pPr>
      <w:r>
        <w:rPr>
          <w:sz w:val="22"/>
        </w:rPr>
        <w:t>C. MAX</w:t>
      </w:r>
    </w:p>
    <w:p>
      <w:pPr>
        <w:pStyle w:val="ListParagraph"/>
      </w:pPr>
      <w:r>
        <w:rPr>
          <w:sz w:val="22"/>
        </w:rPr>
        <w:t>D. MIN</w:t>
      </w:r>
    </w:p>
    <w:p/>
    <w:p>
      <w:r>
        <w:rPr>
          <w:b/>
          <w:sz w:val="24"/>
        </w:rPr>
        <w:t>Câu 6: Địa chỉ IP 192.168.1.1 thuộc lớp nào?</w:t>
      </w:r>
    </w:p>
    <w:p>
      <w:pPr>
        <w:pStyle w:val="ListParagraph"/>
      </w:pPr>
      <w:r>
        <w:rPr>
          <w:sz w:val="22"/>
        </w:rPr>
        <w:t>A. Lớp A</w:t>
      </w:r>
    </w:p>
    <w:p>
      <w:pPr>
        <w:pStyle w:val="ListParagraph"/>
      </w:pPr>
      <w:r>
        <w:rPr>
          <w:sz w:val="22"/>
        </w:rPr>
        <w:t>B. Lớp B</w:t>
      </w:r>
    </w:p>
    <w:p>
      <w:pPr>
        <w:pStyle w:val="ListParagraph"/>
      </w:pPr>
      <w:r>
        <w:rPr>
          <w:sz w:val="22"/>
        </w:rPr>
        <w:t>C. Lớp C</w:t>
      </w:r>
    </w:p>
    <w:p>
      <w:pPr>
        <w:pStyle w:val="ListParagraph"/>
      </w:pPr>
      <w:r>
        <w:rPr>
          <w:sz w:val="22"/>
        </w:rPr>
        <w:t>D. Lớp D</w:t>
      </w:r>
    </w:p>
    <w:p/>
    <w:p>
      <w:r>
        <w:rPr>
          <w:b/>
          <w:sz w:val="24"/>
        </w:rPr>
        <w:t>Câu 7: Thiết bị nào dùng để kết nối các máy tính trong mạng LAN?</w:t>
      </w:r>
    </w:p>
    <w:p>
      <w:pPr>
        <w:pStyle w:val="ListParagraph"/>
      </w:pPr>
      <w:r>
        <w:rPr>
          <w:sz w:val="22"/>
        </w:rPr>
        <w:t>A. Switch</w:t>
      </w:r>
    </w:p>
    <w:p>
      <w:pPr>
        <w:pStyle w:val="ListParagraph"/>
      </w:pPr>
      <w:r>
        <w:rPr>
          <w:sz w:val="22"/>
        </w:rPr>
        <w:t>B. Modem</w:t>
      </w:r>
    </w:p>
    <w:p>
      <w:pPr>
        <w:pStyle w:val="ListParagraph"/>
      </w:pPr>
      <w:r>
        <w:rPr>
          <w:sz w:val="22"/>
        </w:rPr>
        <w:t>C. Router</w:t>
      </w:r>
    </w:p>
    <w:p>
      <w:pPr>
        <w:pStyle w:val="ListParagraph"/>
      </w:pPr>
      <w:r>
        <w:rPr>
          <w:sz w:val="22"/>
        </w:rPr>
        <w:t>D. Hub</w:t>
      </w:r>
    </w:p>
    <w:p/>
    <w:p>
      <w:r>
        <w:rPr>
          <w:b/>
          <w:sz w:val="24"/>
        </w:rPr>
        <w:t>Câu 8: Ngôn ngữ lập trình nào sau đây là ngôn ngữ bậc cao?</w:t>
      </w:r>
    </w:p>
    <w:p>
      <w:pPr>
        <w:pStyle w:val="ListParagraph"/>
      </w:pPr>
      <w:r>
        <w:rPr>
          <w:sz w:val="22"/>
        </w:rPr>
        <w:t>A. Assembly</w:t>
      </w:r>
    </w:p>
    <w:p>
      <w:pPr>
        <w:pStyle w:val="ListParagraph"/>
      </w:pPr>
      <w:r>
        <w:rPr>
          <w:sz w:val="22"/>
        </w:rPr>
        <w:t>B. Machine code</w:t>
      </w:r>
    </w:p>
    <w:p>
      <w:pPr>
        <w:pStyle w:val="ListParagraph"/>
      </w:pPr>
      <w:r>
        <w:rPr>
          <w:sz w:val="22"/>
        </w:rPr>
        <w:t>C. Python</w:t>
      </w:r>
    </w:p>
    <w:p>
      <w:pPr>
        <w:pStyle w:val="ListParagraph"/>
      </w:pPr>
      <w:r>
        <w:rPr>
          <w:sz w:val="22"/>
        </w:rPr>
        <w:t>D. Binary</w:t>
      </w:r>
    </w:p>
    <w:p/>
    <w:p>
      <w:r>
        <w:rPr>
          <w:b/>
          <w:sz w:val="24"/>
        </w:rPr>
        <w:t>Câu 9: Trong cơ sở dữ liệu, SQL là viết tắt của:</w:t>
      </w:r>
    </w:p>
    <w:p>
      <w:pPr>
        <w:pStyle w:val="ListParagraph"/>
      </w:pPr>
      <w:r>
        <w:rPr>
          <w:sz w:val="22"/>
        </w:rPr>
        <w:t>A. Structured Query Language</w:t>
      </w:r>
    </w:p>
    <w:p>
      <w:pPr>
        <w:pStyle w:val="ListParagraph"/>
      </w:pPr>
      <w:r>
        <w:rPr>
          <w:sz w:val="22"/>
        </w:rPr>
        <w:t>B. Simple Query Language</w:t>
      </w:r>
    </w:p>
    <w:p>
      <w:pPr>
        <w:pStyle w:val="ListParagraph"/>
      </w:pPr>
      <w:r>
        <w:rPr>
          <w:sz w:val="22"/>
        </w:rPr>
        <w:t>C. Standard Query Language</w:t>
      </w:r>
    </w:p>
    <w:p>
      <w:pPr>
        <w:pStyle w:val="ListParagraph"/>
      </w:pPr>
      <w:r>
        <w:rPr>
          <w:sz w:val="22"/>
        </w:rPr>
        <w:t>D. System Query Language</w:t>
      </w:r>
    </w:p>
    <w:p/>
    <w:p>
      <w:r>
        <w:rPr>
          <w:b/>
          <w:sz w:val="24"/>
        </w:rPr>
        <w:t>Câu 10: Virus máy tính là:</w:t>
      </w:r>
    </w:p>
    <w:p>
      <w:pPr>
        <w:pStyle w:val="ListParagraph"/>
      </w:pPr>
      <w:r>
        <w:rPr>
          <w:sz w:val="22"/>
        </w:rPr>
        <w:t>A. Phần mềm độc hại</w:t>
      </w:r>
    </w:p>
    <w:p>
      <w:pPr>
        <w:pStyle w:val="ListParagraph"/>
      </w:pPr>
      <w:r>
        <w:rPr>
          <w:sz w:val="22"/>
        </w:rPr>
        <w:t>B. Phần cứng hỏng</w:t>
      </w:r>
    </w:p>
    <w:p>
      <w:pPr>
        <w:pStyle w:val="ListParagraph"/>
      </w:pPr>
      <w:r>
        <w:rPr>
          <w:sz w:val="22"/>
        </w:rPr>
        <w:t>C. Thiết bị ngoại vi</w:t>
      </w:r>
    </w:p>
    <w:p>
      <w:pPr>
        <w:pStyle w:val="ListParagraph"/>
      </w:pPr>
      <w:r>
        <w:rPr>
          <w:sz w:val="22"/>
        </w:rPr>
        <w:t>D. Chương trình diệt virus</w:t>
      </w:r>
    </w:p>
    <w:p/>
    <w:p>
      <w:r>
        <w:rPr>
          <w:b/>
          <w:sz w:val="24"/>
        </w:rPr>
        <w:t>Câu 11: Trong mạng máy tính, HTTP là giao thức dùng để:</w:t>
      </w:r>
    </w:p>
    <w:p>
      <w:pPr>
        <w:pStyle w:val="ListParagraph"/>
      </w:pPr>
      <w:r>
        <w:rPr>
          <w:sz w:val="22"/>
        </w:rPr>
        <w:t>A. Truyền tệp</w:t>
      </w:r>
    </w:p>
    <w:p>
      <w:pPr>
        <w:pStyle w:val="ListParagraph"/>
      </w:pPr>
      <w:r>
        <w:rPr>
          <w:sz w:val="22"/>
        </w:rPr>
        <w:t>B. Gửi email</w:t>
      </w:r>
    </w:p>
    <w:p>
      <w:pPr>
        <w:pStyle w:val="ListParagraph"/>
      </w:pPr>
      <w:r>
        <w:rPr>
          <w:sz w:val="22"/>
        </w:rPr>
        <w:t>C. Truy cập web</w:t>
      </w:r>
    </w:p>
    <w:p>
      <w:pPr>
        <w:pStyle w:val="ListParagraph"/>
      </w:pPr>
      <w:r>
        <w:rPr>
          <w:sz w:val="22"/>
        </w:rPr>
        <w:t>D. Chat</w:t>
      </w:r>
    </w:p>
    <w:p/>
    <w:p>
      <w:r>
        <w:rPr>
          <w:b/>
          <w:sz w:val="24"/>
        </w:rPr>
        <w:t>Câu 12: Số nhị phân 1010 có giá trị thập phân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13: Trong Microsoft Word, để tạo chữ đậm ta dùng tổ hợp phím:</w:t>
      </w:r>
    </w:p>
    <w:p>
      <w:pPr>
        <w:pStyle w:val="ListParagraph"/>
      </w:pPr>
      <w:r>
        <w:rPr>
          <w:sz w:val="22"/>
        </w:rPr>
        <w:t>A. Ctrl + B</w:t>
      </w:r>
    </w:p>
    <w:p>
      <w:pPr>
        <w:pStyle w:val="ListParagraph"/>
      </w:pPr>
      <w:r>
        <w:rPr>
          <w:sz w:val="22"/>
        </w:rPr>
        <w:t>B. Ctrl + I</w:t>
      </w:r>
    </w:p>
    <w:p>
      <w:pPr>
        <w:pStyle w:val="ListParagraph"/>
      </w:pPr>
      <w:r>
        <w:rPr>
          <w:sz w:val="22"/>
        </w:rPr>
        <w:t>C. Ctrl + U</w:t>
      </w:r>
    </w:p>
    <w:p>
      <w:pPr>
        <w:pStyle w:val="ListParagraph"/>
      </w:pPr>
      <w:r>
        <w:rPr>
          <w:sz w:val="22"/>
        </w:rPr>
        <w:t>D. Ctrl + D</w:t>
      </w:r>
    </w:p>
    <w:p/>
    <w:p>
      <w:r>
        <w:rPr>
          <w:b/>
          <w:sz w:val="24"/>
        </w:rPr>
        <w:t>Câu 14: Thiết bị nào sau đây là bộ nhớ trong?</w:t>
      </w:r>
    </w:p>
    <w:p>
      <w:pPr>
        <w:pStyle w:val="ListParagraph"/>
      </w:pPr>
      <w:r>
        <w:rPr>
          <w:sz w:val="22"/>
        </w:rPr>
        <w:t>A. Ổ cứng</w:t>
      </w:r>
    </w:p>
    <w:p>
      <w:pPr>
        <w:pStyle w:val="ListParagraph"/>
      </w:pPr>
      <w:r>
        <w:rPr>
          <w:sz w:val="22"/>
        </w:rPr>
        <w:t>B. RAM</w:t>
      </w:r>
    </w:p>
    <w:p>
      <w:pPr>
        <w:pStyle w:val="ListParagraph"/>
      </w:pPr>
      <w:r>
        <w:rPr>
          <w:sz w:val="22"/>
        </w:rPr>
        <w:t>C. USB</w:t>
      </w:r>
    </w:p>
    <w:p>
      <w:pPr>
        <w:pStyle w:val="ListParagraph"/>
      </w:pPr>
      <w:r>
        <w:rPr>
          <w:sz w:val="22"/>
        </w:rPr>
        <w:t>D. CD-ROM</w:t>
      </w:r>
    </w:p>
    <w:p/>
    <w:p>
      <w:r>
        <w:rPr>
          <w:b/>
          <w:sz w:val="24"/>
        </w:rPr>
        <w:t>Câu 15: Trong Excel, ô A1 chứa 10, ô B1 chứa 20. Công thức =A1+B1 cho kết quả: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40</w:t>
      </w:r>
    </w:p>
    <w:p/>
    <w:p>
      <w:r>
        <w:rPr>
          <w:b/>
          <w:sz w:val="24"/>
        </w:rPr>
        <w:t>Câu 16: Thuật toán là:</w:t>
      </w:r>
    </w:p>
    <w:p>
      <w:pPr>
        <w:pStyle w:val="ListParagraph"/>
      </w:pPr>
      <w:r>
        <w:rPr>
          <w:sz w:val="22"/>
        </w:rPr>
        <w:t>A. Một chương trình máy tính</w:t>
      </w:r>
    </w:p>
    <w:p>
      <w:pPr>
        <w:pStyle w:val="ListParagraph"/>
      </w:pPr>
      <w:r>
        <w:rPr>
          <w:sz w:val="22"/>
        </w:rPr>
        <w:t>B. Một dãy các bước để giải quyết vấn đề</w:t>
      </w:r>
    </w:p>
    <w:p>
      <w:pPr>
        <w:pStyle w:val="ListParagraph"/>
      </w:pPr>
      <w:r>
        <w:rPr>
          <w:sz w:val="22"/>
        </w:rPr>
        <w:t>C. Một ngôn ngữ lập trình</w:t>
      </w:r>
    </w:p>
    <w:p>
      <w:pPr>
        <w:pStyle w:val="ListParagraph"/>
      </w:pPr>
      <w:r>
        <w:rPr>
          <w:sz w:val="22"/>
        </w:rPr>
        <w:t>D. Một loại dữ liệu</w:t>
      </w:r>
    </w:p>
    <w:p/>
    <w:p>
      <w:r>
        <w:rPr>
          <w:b/>
          <w:sz w:val="24"/>
        </w:rPr>
        <w:t>Câu 17: Trong hệ điều hành Windows, để mở Task Manager ta dùng tổ hợp phím:</w:t>
      </w:r>
    </w:p>
    <w:p>
      <w:pPr>
        <w:pStyle w:val="ListParagraph"/>
      </w:pPr>
      <w:r>
        <w:rPr>
          <w:sz w:val="22"/>
        </w:rPr>
        <w:t>A. Ctrl + Alt + Del</w:t>
      </w:r>
    </w:p>
    <w:p>
      <w:pPr>
        <w:pStyle w:val="ListParagraph"/>
      </w:pPr>
      <w:r>
        <w:rPr>
          <w:sz w:val="22"/>
        </w:rPr>
        <w:t>B. Ctrl + Shift + Esc</w:t>
      </w:r>
    </w:p>
    <w:p>
      <w:pPr>
        <w:pStyle w:val="ListParagraph"/>
      </w:pPr>
      <w:r>
        <w:rPr>
          <w:sz w:val="22"/>
        </w:rPr>
        <w:t>C. Alt + F4</w:t>
      </w:r>
    </w:p>
    <w:p>
      <w:pPr>
        <w:pStyle w:val="ListParagraph"/>
      </w:pPr>
      <w:r>
        <w:rPr>
          <w:sz w:val="22"/>
        </w:rPr>
        <w:t>D. Ctrl + C</w:t>
      </w:r>
    </w:p>
    <w:p/>
    <w:p>
      <w:r>
        <w:rPr>
          <w:b/>
          <w:sz w:val="24"/>
        </w:rPr>
        <w:t>Câu 18: Tên miền "google.com" thuộc loại tên miền nào?</w:t>
      </w:r>
    </w:p>
    <w:p>
      <w:pPr>
        <w:pStyle w:val="ListParagraph"/>
      </w:pPr>
      <w:r>
        <w:rPr>
          <w:sz w:val="22"/>
        </w:rPr>
        <w:t>A. .gov</w:t>
      </w:r>
    </w:p>
    <w:p>
      <w:pPr>
        <w:pStyle w:val="ListParagraph"/>
      </w:pPr>
      <w:r>
        <w:rPr>
          <w:sz w:val="22"/>
        </w:rPr>
        <w:t>B. .edu</w:t>
      </w:r>
    </w:p>
    <w:p>
      <w:pPr>
        <w:pStyle w:val="ListParagraph"/>
      </w:pPr>
      <w:r>
        <w:rPr>
          <w:sz w:val="22"/>
        </w:rPr>
        <w:t>C. .com</w:t>
      </w:r>
    </w:p>
    <w:p>
      <w:pPr>
        <w:pStyle w:val="ListParagraph"/>
      </w:pPr>
      <w:r>
        <w:rPr>
          <w:sz w:val="22"/>
        </w:rPr>
        <w:t>D. .org</w:t>
      </w:r>
    </w:p>
    <w:p/>
    <w:p>
      <w:r>
        <w:rPr>
          <w:b/>
          <w:sz w:val="24"/>
        </w:rPr>
        <w:t>Câu 19: Trong lập trình, biến là:</w:t>
      </w:r>
    </w:p>
    <w:p>
      <w:pPr>
        <w:pStyle w:val="ListParagraph"/>
      </w:pPr>
      <w:r>
        <w:rPr>
          <w:sz w:val="22"/>
        </w:rPr>
        <w:t>A. Vùng nhớ có tên dùng để lưu trữ dữ liệu</w:t>
      </w:r>
    </w:p>
    <w:p>
      <w:pPr>
        <w:pStyle w:val="ListParagraph"/>
      </w:pPr>
      <w:r>
        <w:rPr>
          <w:sz w:val="22"/>
        </w:rPr>
        <w:t>B. Một hàm</w:t>
      </w:r>
    </w:p>
    <w:p>
      <w:pPr>
        <w:pStyle w:val="ListParagraph"/>
      </w:pPr>
      <w:r>
        <w:rPr>
          <w:sz w:val="22"/>
        </w:rPr>
        <w:t>C. Một câu lệnh</w:t>
      </w:r>
    </w:p>
    <w:p>
      <w:pPr>
        <w:pStyle w:val="ListParagraph"/>
      </w:pPr>
      <w:r>
        <w:rPr>
          <w:sz w:val="22"/>
        </w:rPr>
        <w:t>D. Một kiểu dữ liệu</w:t>
      </w:r>
    </w:p>
    <w:p/>
    <w:p>
      <w:r>
        <w:rPr>
          <w:b/>
          <w:sz w:val="24"/>
        </w:rPr>
        <w:t>Câu 20: Phần mềm nào sau đây là phần mềm ứng dụng?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Microsoft Word</w:t>
      </w:r>
    </w:p>
    <w:p>
      <w:pPr>
        <w:pStyle w:val="ListParagraph"/>
      </w:pPr>
      <w:r>
        <w:rPr>
          <w:sz w:val="22"/>
        </w:rPr>
        <w:t>D. macOS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