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Đề trắc nghiệm Toán Lớp 10 - Mệnh đề toán học và tập hợp</w:t>
      </w:r>
    </w:p>
    <w:p>
      <w:pPr>
        <w:jc w:val="center"/>
      </w:pPr>
      <w:r>
        <w:rPr>
          <w:sz w:val="22"/>
        </w:rPr>
        <w:t>Số câu: 10    Thời gian: _____ phút    Họ và tên: _________________________</w:t>
      </w:r>
    </w:p>
    <w:p/>
    <w:p>
      <w:r>
        <w:rPr>
          <w:b/>
          <w:sz w:val="24"/>
        </w:rPr>
        <w:t>Câu 1: Trong các câu sau, câu nào là mệnh đề?</w:t>
      </w:r>
    </w:p>
    <w:p>
      <w:pPr>
        <w:pStyle w:val="ListParagraph"/>
      </w:pPr>
      <w:r>
        <w:rPr>
          <w:sz w:val="22"/>
        </w:rPr>
        <w:t>A. Hôm nay trời đẹp quá!</w:t>
      </w:r>
    </w:p>
    <w:p>
      <w:pPr>
        <w:pStyle w:val="ListParagraph"/>
      </w:pPr>
      <w:r>
        <w:rPr>
          <w:sz w:val="22"/>
        </w:rPr>
        <w:t>B. Bạn có đi học không?</w:t>
      </w:r>
    </w:p>
    <w:p>
      <w:pPr>
        <w:pStyle w:val="ListParagraph"/>
      </w:pPr>
      <w:r>
        <w:rPr>
          <w:sz w:val="22"/>
        </w:rPr>
        <w:t>C. Số 2 là số nguyên tố.</w:t>
      </w:r>
    </w:p>
    <w:p>
      <w:pPr>
        <w:pStyle w:val="ListParagraph"/>
      </w:pPr>
      <w:r>
        <w:rPr>
          <w:sz w:val="22"/>
        </w:rPr>
        <w:t>D. Hãy đóng cửa lại.</w:t>
      </w:r>
    </w:p>
    <w:p/>
    <w:p>
      <w:r>
        <w:rPr>
          <w:b/>
          <w:sz w:val="24"/>
        </w:rPr>
        <w:t>Câu 2: Mệnh đề phủ định của mệnh đề $P: \forall x \in \mathbb{R}, x^2 + 1 &gt; 0$ là:</w:t>
      </w:r>
    </w:p>
    <w:p>
      <w:pPr>
        <w:pStyle w:val="ListParagraph"/>
      </w:pPr>
      <w:r>
        <w:rPr>
          <w:sz w:val="22"/>
        </w:rPr>
        <w:t>A. $\exists x \in \mathbb{R}, x^2 + 1 \le 0$</w:t>
      </w:r>
    </w:p>
    <w:p>
      <w:pPr>
        <w:pStyle w:val="ListParagraph"/>
      </w:pPr>
      <w:r>
        <w:rPr>
          <w:sz w:val="22"/>
        </w:rPr>
        <w:t>B. $\forall x \in \mathbb{R}, x^2 + 1 \le 0$</w:t>
      </w:r>
    </w:p>
    <w:p>
      <w:pPr>
        <w:pStyle w:val="ListParagraph"/>
      </w:pPr>
      <w:r>
        <w:rPr>
          <w:sz w:val="22"/>
        </w:rPr>
        <w:t>C. $\exists x \in \mathbb{R}, x^2 + 1 &lt; 0$</w:t>
      </w:r>
    </w:p>
    <w:p>
      <w:pPr>
        <w:pStyle w:val="ListParagraph"/>
      </w:pPr>
      <w:r>
        <w:rPr>
          <w:sz w:val="22"/>
        </w:rPr>
        <w:t>D. $\forall x \in \mathbb{R}, x^2 + 1 &lt; 0$</w:t>
      </w:r>
    </w:p>
    <w:p/>
    <w:p>
      <w:r>
        <w:rPr>
          <w:b/>
          <w:sz w:val="24"/>
        </w:rPr>
        <w:t>Câu 3: Cho mệnh đề $P: \exists x \in \mathbb{N}, x^2 = 2$. Mệnh đề phủ định của $P$ là:</w:t>
      </w:r>
    </w:p>
    <w:p>
      <w:pPr>
        <w:pStyle w:val="ListParagraph"/>
      </w:pPr>
      <w:r>
        <w:rPr>
          <w:sz w:val="22"/>
        </w:rPr>
        <w:t>A. $\forall x \in \mathbb{N}, x^2 = 2$</w:t>
      </w:r>
    </w:p>
    <w:p>
      <w:pPr>
        <w:pStyle w:val="ListParagraph"/>
      </w:pPr>
      <w:r>
        <w:rPr>
          <w:sz w:val="22"/>
        </w:rPr>
        <w:t>B. $\forall x \in \mathbb{N}, x^2 \ne 2$</w:t>
      </w:r>
    </w:p>
    <w:p>
      <w:pPr>
        <w:pStyle w:val="ListParagraph"/>
      </w:pPr>
      <w:r>
        <w:rPr>
          <w:sz w:val="22"/>
        </w:rPr>
        <w:t>C. $\exists x \in \mathbb{N}, x^2 \ne 2$</w:t>
      </w:r>
    </w:p>
    <w:p>
      <w:pPr>
        <w:pStyle w:val="ListParagraph"/>
      </w:pPr>
      <w:r>
        <w:rPr>
          <w:sz w:val="22"/>
        </w:rPr>
        <w:t>D. $\forall x \in \mathbb{R}, x^2 \ne 2$</w:t>
      </w:r>
    </w:p>
    <w:p/>
    <w:p>
      <w:r>
        <w:rPr>
          <w:b/>
          <w:sz w:val="24"/>
        </w:rPr>
        <w:t>Câu 4: Cho tập hợp $A = \{x \in \mathbb{N} \mid x &lt; 5\}$. Tập hợp $A$ được viết dưới dạng liệt kê là:</w:t>
      </w:r>
    </w:p>
    <w:p>
      <w:pPr>
        <w:pStyle w:val="ListParagraph"/>
      </w:pPr>
      <w:r>
        <w:rPr>
          <w:sz w:val="22"/>
        </w:rPr>
        <w:t>A. $A = \{0, 1, 2, 3, 4\}$</w:t>
      </w:r>
    </w:p>
    <w:p>
      <w:pPr>
        <w:pStyle w:val="ListParagraph"/>
      </w:pPr>
      <w:r>
        <w:rPr>
          <w:sz w:val="22"/>
        </w:rPr>
        <w:t>B. $A = \{1, 2, 3, 4\}$</w:t>
      </w:r>
    </w:p>
    <w:p>
      <w:pPr>
        <w:pStyle w:val="ListParagraph"/>
      </w:pPr>
      <w:r>
        <w:rPr>
          <w:sz w:val="22"/>
        </w:rPr>
        <w:t>C. $A = \{0, 1, 2, 3, 4, 5\}$</w:t>
      </w:r>
    </w:p>
    <w:p>
      <w:pPr>
        <w:pStyle w:val="ListParagraph"/>
      </w:pPr>
      <w:r>
        <w:rPr>
          <w:sz w:val="22"/>
        </w:rPr>
        <w:t>D. $A = \{1, 2, 3, 4, 5\}$</w:t>
      </w:r>
    </w:p>
    <w:p/>
    <w:p>
      <w:r>
        <w:rPr>
          <w:b/>
          <w:sz w:val="24"/>
        </w:rPr>
        <w:t>Câu 5: Cho hai tập hợp $A = \{1, 2, 3\}$ và $B = \{2, 3, 4\}$. Tập hợp $A \cap B$ là:</w:t>
      </w:r>
    </w:p>
    <w:p>
      <w:pPr>
        <w:pStyle w:val="ListParagraph"/>
      </w:pPr>
      <w:r>
        <w:rPr>
          <w:sz w:val="22"/>
        </w:rPr>
        <w:t>A. $\{1, 2, 3, 4\}$</w:t>
      </w:r>
    </w:p>
    <w:p>
      <w:pPr>
        <w:pStyle w:val="ListParagraph"/>
      </w:pPr>
      <w:r>
        <w:rPr>
          <w:sz w:val="22"/>
        </w:rPr>
        <w:t>B. $\{2, 3\}$</w:t>
      </w:r>
    </w:p>
    <w:p>
      <w:pPr>
        <w:pStyle w:val="ListParagraph"/>
      </w:pPr>
      <w:r>
        <w:rPr>
          <w:sz w:val="22"/>
        </w:rPr>
        <w:t>C. $\{1, 4\}$</w:t>
      </w:r>
    </w:p>
    <w:p>
      <w:pPr>
        <w:pStyle w:val="ListParagraph"/>
      </w:pPr>
      <w:r>
        <w:rPr>
          <w:sz w:val="22"/>
        </w:rPr>
        <w:t>D. $\{1, 2, 3\}$</w:t>
      </w:r>
    </w:p>
    <w:p/>
    <w:p>
      <w:r>
        <w:rPr>
          <w:b/>
          <w:sz w:val="24"/>
        </w:rPr>
        <w:t>Câu 6: Cho hai tập hợp $A = \{1, 2, 3\}$ và $B = \{2, 3, 4\}$. Tập hợp $A \cup B$ là:</w:t>
      </w:r>
    </w:p>
    <w:p>
      <w:pPr>
        <w:pStyle w:val="ListParagraph"/>
      </w:pPr>
      <w:r>
        <w:rPr>
          <w:sz w:val="22"/>
        </w:rPr>
        <w:t>A. $\{1, 2, 3, 4\}$</w:t>
      </w:r>
    </w:p>
    <w:p>
      <w:pPr>
        <w:pStyle w:val="ListParagraph"/>
      </w:pPr>
      <w:r>
        <w:rPr>
          <w:sz w:val="22"/>
        </w:rPr>
        <w:t>B. $\{2, 3\}$</w:t>
      </w:r>
    </w:p>
    <w:p>
      <w:pPr>
        <w:pStyle w:val="ListParagraph"/>
      </w:pPr>
      <w:r>
        <w:rPr>
          <w:sz w:val="22"/>
        </w:rPr>
        <w:t>C. $\{1, 4\}$</w:t>
      </w:r>
    </w:p>
    <w:p>
      <w:pPr>
        <w:pStyle w:val="ListParagraph"/>
      </w:pPr>
      <w:r>
        <w:rPr>
          <w:sz w:val="22"/>
        </w:rPr>
        <w:t>D. $\{1, 2, 3\}$</w:t>
      </w:r>
    </w:p>
    <w:p/>
    <w:p>
      <w:r>
        <w:rPr>
          <w:b/>
          <w:sz w:val="24"/>
        </w:rPr>
        <w:t>Câu 7: Cho hai tập hợp $A = \{1, 2, 3\}$ và $B = \{2, 3, 4\}$. Tập hợp $A \setminus B$ là:</w:t>
      </w:r>
    </w:p>
    <w:p>
      <w:pPr>
        <w:pStyle w:val="ListParagraph"/>
      </w:pPr>
      <w:r>
        <w:rPr>
          <w:sz w:val="22"/>
        </w:rPr>
        <w:t>A. $\{1, 2, 3, 4\}$</w:t>
      </w:r>
    </w:p>
    <w:p>
      <w:pPr>
        <w:pStyle w:val="ListParagraph"/>
      </w:pPr>
      <w:r>
        <w:rPr>
          <w:sz w:val="22"/>
        </w:rPr>
        <w:t>B. $\{2, 3\}$</w:t>
      </w:r>
    </w:p>
    <w:p>
      <w:pPr>
        <w:pStyle w:val="ListParagraph"/>
      </w:pPr>
      <w:r>
        <w:rPr>
          <w:sz w:val="22"/>
        </w:rPr>
        <w:t>C. $\{1\}$</w:t>
      </w:r>
    </w:p>
    <w:p>
      <w:pPr>
        <w:pStyle w:val="ListParagraph"/>
      </w:pPr>
      <w:r>
        <w:rPr>
          <w:sz w:val="22"/>
        </w:rPr>
        <w:t>D. $\{4\}$</w:t>
      </w:r>
    </w:p>
    <w:p/>
    <w:p>
      <w:r>
        <w:rPr>
          <w:b/>
          <w:sz w:val="24"/>
        </w:rPr>
        <w:t>Câu 8: Cho tập hợp $A = [-2; 3)$ và $B = (1; 5]$. Tập hợp $A \cap B$ là:</w:t>
      </w:r>
    </w:p>
    <w:p>
      <w:pPr>
        <w:pStyle w:val="ListParagraph"/>
      </w:pPr>
      <w:r>
        <w:rPr>
          <w:sz w:val="22"/>
        </w:rPr>
        <w:t>A. $(-2; 5]$</w:t>
      </w:r>
    </w:p>
    <w:p>
      <w:pPr>
        <w:pStyle w:val="ListParagraph"/>
      </w:pPr>
      <w:r>
        <w:rPr>
          <w:sz w:val="22"/>
        </w:rPr>
        <w:t>B. $(1; 3)$</w:t>
      </w:r>
    </w:p>
    <w:p>
      <w:pPr>
        <w:pStyle w:val="ListParagraph"/>
      </w:pPr>
      <w:r>
        <w:rPr>
          <w:sz w:val="22"/>
        </w:rPr>
        <w:t>C. $[1; 3)$</w:t>
      </w:r>
    </w:p>
    <w:p>
      <w:pPr>
        <w:pStyle w:val="ListParagraph"/>
      </w:pPr>
      <w:r>
        <w:rPr>
          <w:sz w:val="22"/>
        </w:rPr>
        <w:t>D. $(1; 3]$</w:t>
      </w:r>
    </w:p>
    <w:p/>
    <w:p>
      <w:r>
        <w:rPr>
          <w:b/>
          <w:sz w:val="24"/>
        </w:rPr>
        <w:t>Câu 9: Cho tập hợp $A = (-\infty; 2]$ và $B = (1; +\infty)$. Tập hợp $A \cup B$ là:</w:t>
      </w:r>
    </w:p>
    <w:p>
      <w:pPr>
        <w:pStyle w:val="ListParagraph"/>
      </w:pPr>
      <w:r>
        <w:rPr>
          <w:sz w:val="22"/>
        </w:rPr>
        <w:t>A. $(1; 2]$</w:t>
      </w:r>
    </w:p>
    <w:p>
      <w:pPr>
        <w:pStyle w:val="ListParagraph"/>
      </w:pPr>
      <w:r>
        <w:rPr>
          <w:sz w:val="22"/>
        </w:rPr>
        <w:t>B. $(-\infty; +\infty)$</w:t>
      </w:r>
    </w:p>
    <w:p>
      <w:pPr>
        <w:pStyle w:val="ListParagraph"/>
      </w:pPr>
      <w:r>
        <w:rPr>
          <w:sz w:val="22"/>
        </w:rPr>
        <w:t>C. $(-\infty; 1)$</w:t>
      </w:r>
    </w:p>
    <w:p>
      <w:pPr>
        <w:pStyle w:val="ListParagraph"/>
      </w:pPr>
      <w:r>
        <w:rPr>
          <w:sz w:val="22"/>
        </w:rPr>
        <w:t>D. $(2; +\infty)$</w:t>
      </w:r>
    </w:p>
    <w:p/>
    <w:p>
      <w:r>
        <w:rPr>
          <w:b/>
          <w:sz w:val="24"/>
        </w:rPr>
        <w:t>Câu 10: Số tập con của tập hợp $A = \{1, 2, 3\}$ là:</w:t>
      </w:r>
    </w:p>
    <w:p>
      <w:pPr>
        <w:pStyle w:val="ListParagraph"/>
      </w:pPr>
      <w:r>
        <w:rPr>
          <w:sz w:val="22"/>
        </w:rPr>
        <w:t>A. 3</w:t>
      </w:r>
    </w:p>
    <w:p>
      <w:pPr>
        <w:pStyle w:val="ListParagraph"/>
      </w:pPr>
      <w:r>
        <w:rPr>
          <w:sz w:val="22"/>
        </w:rPr>
        <w:t>B. 6</w:t>
      </w:r>
    </w:p>
    <w:p>
      <w:pPr>
        <w:pStyle w:val="ListParagraph"/>
      </w:pPr>
      <w:r>
        <w:rPr>
          <w:sz w:val="22"/>
        </w:rPr>
        <w:t>C. 8</w:t>
      </w:r>
    </w:p>
    <w:p>
      <w:pPr>
        <w:pStyle w:val="ListParagraph"/>
      </w:pPr>
      <w:r>
        <w:rPr>
          <w:sz w:val="22"/>
        </w:rPr>
        <w:t>D. 9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C</w:t>
      </w:r>
    </w:p>
    <w:p>
      <w:r>
        <w:rPr>
          <w:b/>
        </w:rPr>
        <w:t>Câu 2: Đáp án đúng: A</w:t>
      </w:r>
    </w:p>
    <w:p>
      <w:r>
        <w:rPr>
          <w:b/>
        </w:rPr>
        <w:t>Câu 3: Đáp án đúng: B</w:t>
      </w:r>
    </w:p>
    <w:p>
      <w:r>
        <w:rPr>
          <w:b/>
        </w:rPr>
        <w:t>Câu 4: Đáp án đúng: A</w:t>
      </w:r>
    </w:p>
    <w:p>
      <w:r>
        <w:rPr>
          <w:b/>
        </w:rPr>
        <w:t>Câu 5: Đáp án đúng: B</w:t>
      </w:r>
    </w:p>
    <w:p>
      <w:r>
        <w:rPr>
          <w:b/>
        </w:rPr>
        <w:t>Câu 6: Đáp án đúng: A</w:t>
      </w:r>
    </w:p>
    <w:p>
      <w:r>
        <w:rPr>
          <w:b/>
        </w:rPr>
        <w:t>Câu 7: Đáp án đúng: C</w:t>
      </w:r>
    </w:p>
    <w:p>
      <w:r>
        <w:rPr>
          <w:b/>
        </w:rPr>
        <w:t>Câu 8: Đáp án đúng: B</w:t>
      </w:r>
    </w:p>
    <w:p>
      <w:r>
        <w:rPr>
          <w:b/>
        </w:rPr>
        <w:t>Câu 9: Đáp án đúng: B</w:t>
      </w:r>
    </w:p>
    <w:p>
      <w:r>
        <w:rPr>
          <w:b/>
        </w:rPr>
        <w:t>Câu 10: Đáp án đúng: C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