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  <w:jc w:val="center"/>
      </w:pPr>
      <w:r>
        <w:rPr>
          <w:color w:val="0A2463"/>
          <w:sz w:val="32"/>
        </w:rPr>
        <w:t>pháp luật đại cương</w:t>
      </w:r>
    </w:p>
    <w:p>
      <w:pPr>
        <w:jc w:val="center"/>
      </w:pPr>
      <w:r>
        <w:rPr>
          <w:sz w:val="22"/>
        </w:rPr>
        <w:t>Số câu: 20    Thời gian: _____ phút    Họ và tên: _________________________</w:t>
      </w:r>
    </w:p>
    <w:p/>
    <w:p>
      <w:r>
        <w:rPr>
          <w:b/>
          <w:sz w:val="24"/>
        </w:rPr>
        <w:t>Câu 1: Thủ đô của Việt Nam là gì?</w:t>
      </w:r>
    </w:p>
    <w:p>
      <w:pPr>
        <w:pStyle w:val="ListParagraph"/>
      </w:pPr>
      <w:r>
        <w:rPr>
          <w:sz w:val="22"/>
        </w:rPr>
        <w:t>A. Hà Nội</w:t>
      </w:r>
    </w:p>
    <w:p>
      <w:pPr>
        <w:pStyle w:val="ListParagraph"/>
      </w:pPr>
      <w:r>
        <w:rPr>
          <w:sz w:val="22"/>
        </w:rPr>
        <w:t>B. Thành phố Hồ Chí Minh</w:t>
      </w:r>
    </w:p>
    <w:p>
      <w:pPr>
        <w:pStyle w:val="ListParagraph"/>
      </w:pPr>
      <w:r>
        <w:rPr>
          <w:sz w:val="22"/>
        </w:rPr>
        <w:t>C. Đà Nẵng</w:t>
      </w:r>
    </w:p>
    <w:p>
      <w:pPr>
        <w:pStyle w:val="ListParagraph"/>
      </w:pPr>
      <w:r>
        <w:rPr>
          <w:sz w:val="22"/>
        </w:rPr>
        <w:t>D. Huế</w:t>
      </w:r>
    </w:p>
    <w:p/>
    <w:p>
      <w:r>
        <w:rPr>
          <w:b/>
          <w:sz w:val="24"/>
        </w:rPr>
        <w:t>Câu 2: Hành tinh nào được gọi là "Hành tinh Đỏ"?</w:t>
      </w:r>
    </w:p>
    <w:p>
      <w:pPr>
        <w:pStyle w:val="ListParagraph"/>
      </w:pPr>
      <w:r>
        <w:rPr>
          <w:sz w:val="22"/>
        </w:rPr>
        <w:t>A. Sao Kim</w:t>
      </w:r>
    </w:p>
    <w:p>
      <w:pPr>
        <w:pStyle w:val="ListParagraph"/>
      </w:pPr>
      <w:r>
        <w:rPr>
          <w:sz w:val="22"/>
        </w:rPr>
        <w:t>B. Sao Hỏa</w:t>
      </w:r>
    </w:p>
    <w:p>
      <w:pPr>
        <w:pStyle w:val="ListParagraph"/>
      </w:pPr>
      <w:r>
        <w:rPr>
          <w:sz w:val="22"/>
        </w:rPr>
        <w:t>C. Sao Mộc</w:t>
      </w:r>
    </w:p>
    <w:p>
      <w:pPr>
        <w:pStyle w:val="ListParagraph"/>
      </w:pPr>
      <w:r>
        <w:rPr>
          <w:sz w:val="22"/>
        </w:rPr>
        <w:t>D. Sao Thủy</w:t>
      </w:r>
    </w:p>
    <w:p/>
    <w:p>
      <w:r>
        <w:rPr>
          <w:b/>
          <w:sz w:val="24"/>
        </w:rPr>
        <w:t>Câu 3: Trong toán học, số nguyên tố nhỏ nhất là số nào?</w:t>
      </w:r>
    </w:p>
    <w:p>
      <w:pPr>
        <w:pStyle w:val="ListParagraph"/>
      </w:pPr>
      <w:r>
        <w:rPr>
          <w:sz w:val="22"/>
        </w:rPr>
        <w:t>A. 0</w:t>
      </w:r>
    </w:p>
    <w:p>
      <w:pPr>
        <w:pStyle w:val="ListParagraph"/>
      </w:pPr>
      <w:r>
        <w:rPr>
          <w:sz w:val="22"/>
        </w:rPr>
        <w:t>B. 1</w:t>
      </w:r>
    </w:p>
    <w:p>
      <w:pPr>
        <w:pStyle w:val="ListParagraph"/>
      </w:pPr>
      <w:r>
        <w:rPr>
          <w:sz w:val="22"/>
        </w:rPr>
        <w:t>C. 2</w:t>
      </w:r>
    </w:p>
    <w:p>
      <w:pPr>
        <w:pStyle w:val="ListParagraph"/>
      </w:pPr>
      <w:r>
        <w:rPr>
          <w:sz w:val="22"/>
        </w:rPr>
        <w:t>D. 3</w:t>
      </w:r>
    </w:p>
    <w:p/>
    <w:p>
      <w:r>
        <w:rPr>
          <w:b/>
          <w:sz w:val="24"/>
        </w:rPr>
        <w:t>Câu 4: Ai là tác giả của Truyện Kiều?</w:t>
      </w:r>
    </w:p>
    <w:p>
      <w:pPr>
        <w:pStyle w:val="ListParagraph"/>
      </w:pPr>
      <w:r>
        <w:rPr>
          <w:sz w:val="22"/>
        </w:rPr>
        <w:t>A. Nguyễn Du</w:t>
      </w:r>
    </w:p>
    <w:p>
      <w:pPr>
        <w:pStyle w:val="ListParagraph"/>
      </w:pPr>
      <w:r>
        <w:rPr>
          <w:sz w:val="22"/>
        </w:rPr>
        <w:t>B. Nguyễn Trãi</w:t>
      </w:r>
    </w:p>
    <w:p>
      <w:pPr>
        <w:pStyle w:val="ListParagraph"/>
      </w:pPr>
      <w:r>
        <w:rPr>
          <w:sz w:val="22"/>
        </w:rPr>
        <w:t>C. Hồ Xuân Hương</w:t>
      </w:r>
    </w:p>
    <w:p>
      <w:pPr>
        <w:pStyle w:val="ListParagraph"/>
      </w:pPr>
      <w:r>
        <w:rPr>
          <w:sz w:val="22"/>
        </w:rPr>
        <w:t>D. Cao Bá Quát</w:t>
      </w:r>
    </w:p>
    <w:p/>
    <w:p>
      <w:r>
        <w:rPr>
          <w:b/>
          <w:sz w:val="24"/>
        </w:rPr>
        <w:t>Câu 5: Quốc gia nào có diện tích lớn nhất thế giới?</w:t>
      </w:r>
    </w:p>
    <w:p>
      <w:pPr>
        <w:pStyle w:val="ListParagraph"/>
      </w:pPr>
      <w:r>
        <w:rPr>
          <w:sz w:val="22"/>
        </w:rPr>
        <w:t>A. Trung Quốc</w:t>
      </w:r>
    </w:p>
    <w:p>
      <w:pPr>
        <w:pStyle w:val="ListParagraph"/>
      </w:pPr>
      <w:r>
        <w:rPr>
          <w:sz w:val="22"/>
        </w:rPr>
        <w:t>B. Hoa Kỳ</w:t>
      </w:r>
    </w:p>
    <w:p>
      <w:pPr>
        <w:pStyle w:val="ListParagraph"/>
      </w:pPr>
      <w:r>
        <w:rPr>
          <w:sz w:val="22"/>
        </w:rPr>
        <w:t>C. Nga</w:t>
      </w:r>
    </w:p>
    <w:p>
      <w:pPr>
        <w:pStyle w:val="ListParagraph"/>
      </w:pPr>
      <w:r>
        <w:rPr>
          <w:sz w:val="22"/>
        </w:rPr>
        <w:t>D. Canada</w:t>
      </w:r>
    </w:p>
    <w:p/>
    <w:p>
      <w:r>
        <w:rPr>
          <w:b/>
          <w:sz w:val="24"/>
        </w:rPr>
        <w:t>Câu 6: H2O là công thức hóa học của chất nào?</w:t>
      </w:r>
    </w:p>
    <w:p>
      <w:pPr>
        <w:pStyle w:val="ListParagraph"/>
      </w:pPr>
      <w:r>
        <w:rPr>
          <w:sz w:val="22"/>
        </w:rPr>
        <w:t>A. Oxy</w:t>
      </w:r>
    </w:p>
    <w:p>
      <w:pPr>
        <w:pStyle w:val="ListParagraph"/>
      </w:pPr>
      <w:r>
        <w:rPr>
          <w:sz w:val="22"/>
        </w:rPr>
        <w:t>B. Nước</w:t>
      </w:r>
    </w:p>
    <w:p>
      <w:pPr>
        <w:pStyle w:val="ListParagraph"/>
      </w:pPr>
      <w:r>
        <w:rPr>
          <w:sz w:val="22"/>
        </w:rPr>
        <w:t>C. Muối ăn</w:t>
      </w:r>
    </w:p>
    <w:p>
      <w:pPr>
        <w:pStyle w:val="ListParagraph"/>
      </w:pPr>
      <w:r>
        <w:rPr>
          <w:sz w:val="22"/>
        </w:rPr>
        <w:t>D. Khí carbonic</w:t>
      </w:r>
    </w:p>
    <w:p/>
    <w:p>
      <w:r>
        <w:rPr>
          <w:b/>
          <w:sz w:val="24"/>
        </w:rPr>
        <w:t>Câu 7: Bộ phận nào của cây thực hiện quá trình quang hợp chủ yếu?</w:t>
      </w:r>
    </w:p>
    <w:p>
      <w:pPr>
        <w:pStyle w:val="ListParagraph"/>
      </w:pPr>
      <w:r>
        <w:rPr>
          <w:sz w:val="22"/>
        </w:rPr>
        <w:t>A. Rễ</w:t>
      </w:r>
    </w:p>
    <w:p>
      <w:pPr>
        <w:pStyle w:val="ListParagraph"/>
      </w:pPr>
      <w:r>
        <w:rPr>
          <w:sz w:val="22"/>
        </w:rPr>
        <w:t>B. Thân</w:t>
      </w:r>
    </w:p>
    <w:p>
      <w:pPr>
        <w:pStyle w:val="ListParagraph"/>
      </w:pPr>
      <w:r>
        <w:rPr>
          <w:sz w:val="22"/>
        </w:rPr>
        <w:t>C. Lá</w:t>
      </w:r>
    </w:p>
    <w:p>
      <w:pPr>
        <w:pStyle w:val="ListParagraph"/>
      </w:pPr>
      <w:r>
        <w:rPr>
          <w:sz w:val="22"/>
        </w:rPr>
        <w:t>D. Hoa</w:t>
      </w:r>
    </w:p>
    <w:p/>
    <w:p>
      <w:r>
        <w:rPr>
          <w:b/>
          <w:sz w:val="24"/>
        </w:rPr>
        <w:t>Câu 8: Đơn vị đo cường độ dòng điện là gì?</w:t>
      </w:r>
    </w:p>
    <w:p>
      <w:pPr>
        <w:pStyle w:val="ListParagraph"/>
      </w:pPr>
      <w:r>
        <w:rPr>
          <w:sz w:val="22"/>
        </w:rPr>
        <w:t>A. Vôn (V)</w:t>
      </w:r>
    </w:p>
    <w:p>
      <w:pPr>
        <w:pStyle w:val="ListParagraph"/>
      </w:pPr>
      <w:r>
        <w:rPr>
          <w:sz w:val="22"/>
        </w:rPr>
        <w:t>B. Ampe (A)</w:t>
      </w:r>
    </w:p>
    <w:p>
      <w:pPr>
        <w:pStyle w:val="ListParagraph"/>
      </w:pPr>
      <w:r>
        <w:rPr>
          <w:sz w:val="22"/>
        </w:rPr>
        <w:t>C. Oát (W)</w:t>
      </w:r>
    </w:p>
    <w:p>
      <w:pPr>
        <w:pStyle w:val="ListParagraph"/>
      </w:pPr>
      <w:r>
        <w:rPr>
          <w:sz w:val="22"/>
        </w:rPr>
        <w:t>D. Ôm (Ω)</w:t>
      </w:r>
    </w:p>
    <w:p/>
    <w:p>
      <w:r>
        <w:rPr>
          <w:b/>
          <w:sz w:val="24"/>
        </w:rPr>
        <w:t>Câu 9: Quốc gia nào tổ chức Thế vận hội Olympic mùa hè 2020 (diễn ra năm 2021)?</w:t>
      </w:r>
    </w:p>
    <w:p>
      <w:pPr>
        <w:pStyle w:val="ListParagraph"/>
      </w:pPr>
      <w:r>
        <w:rPr>
          <w:sz w:val="22"/>
        </w:rPr>
        <w:t>A. Nhật Bản</w:t>
      </w:r>
    </w:p>
    <w:p>
      <w:pPr>
        <w:pStyle w:val="ListParagraph"/>
      </w:pPr>
      <w:r>
        <w:rPr>
          <w:sz w:val="22"/>
        </w:rPr>
        <w:t>B. Trung Quốc</w:t>
      </w:r>
    </w:p>
    <w:p>
      <w:pPr>
        <w:pStyle w:val="ListParagraph"/>
      </w:pPr>
      <w:r>
        <w:rPr>
          <w:sz w:val="22"/>
        </w:rPr>
        <w:t>C. Pháp</w:t>
      </w:r>
    </w:p>
    <w:p>
      <w:pPr>
        <w:pStyle w:val="ListParagraph"/>
      </w:pPr>
      <w:r>
        <w:rPr>
          <w:sz w:val="22"/>
        </w:rPr>
        <w:t>D. Brazil</w:t>
      </w:r>
    </w:p>
    <w:p/>
    <w:p>
      <w:r>
        <w:rPr>
          <w:b/>
          <w:sz w:val="24"/>
        </w:rPr>
        <w:t>Câu 10: Trong tiếng Anh, từ trái nghĩa với "hot" là gì?</w:t>
      </w:r>
    </w:p>
    <w:p>
      <w:pPr>
        <w:pStyle w:val="ListParagraph"/>
      </w:pPr>
      <w:r>
        <w:rPr>
          <w:sz w:val="22"/>
        </w:rPr>
        <w:t>A. cold</w:t>
      </w:r>
    </w:p>
    <w:p>
      <w:pPr>
        <w:pStyle w:val="ListParagraph"/>
      </w:pPr>
      <w:r>
        <w:rPr>
          <w:sz w:val="22"/>
        </w:rPr>
        <w:t>B. warm</w:t>
      </w:r>
    </w:p>
    <w:p>
      <w:pPr>
        <w:pStyle w:val="ListParagraph"/>
      </w:pPr>
      <w:r>
        <w:rPr>
          <w:sz w:val="22"/>
        </w:rPr>
        <w:t>C. cool</w:t>
      </w:r>
    </w:p>
    <w:p>
      <w:pPr>
        <w:pStyle w:val="ListParagraph"/>
      </w:pPr>
      <w:r>
        <w:rPr>
          <w:sz w:val="22"/>
        </w:rPr>
        <w:t>D. freezing</w:t>
      </w:r>
    </w:p>
    <w:p/>
    <w:p>
      <w:r>
        <w:rPr>
          <w:b/>
          <w:sz w:val="24"/>
        </w:rPr>
        <w:t>Câu 11: Mặt Trời là một ngôi sao.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12: Nước sôi ở 100°C trong điều kiện áp suất tiêu chuẩn.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13: 1 kilômét bằng 100 mét.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14: Việt Nam nằm ở khu vực Đông Nam Á.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15: Cá voi là loài cá.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16: Kim loại dẫn điện tốt hơn gỗ.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17: Trái Đất quay quanh Mặt Trăng.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18: Số 0 là số nguyên tố.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19: Tổng ba góc trong một tam giác bằng 180°.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rPr>
          <w:b/>
          <w:sz w:val="24"/>
        </w:rPr>
        <w:t>Câu 20: Everest là ngọn núi cao nhất thế giới.</w:t>
      </w:r>
    </w:p>
    <w:p>
      <w:pPr>
        <w:pStyle w:val="ListParagraph"/>
      </w:pPr>
      <w:r>
        <w:rPr>
          <w:sz w:val="22"/>
        </w:rPr>
        <w:t>A. Đúng</w:t>
      </w:r>
    </w:p>
    <w:p>
      <w:pPr>
        <w:pStyle w:val="ListParagraph"/>
      </w:pPr>
      <w:r>
        <w:rPr>
          <w:sz w:val="22"/>
        </w:rPr>
        <w:t>B. Sai</w:t>
      </w:r>
    </w:p>
    <w:p/>
    <w:p>
      <w:r>
        <w:t>──────────────────────────────────────────────────</w:t>
      </w:r>
    </w:p>
    <w:p>
      <w:r>
        <w:rPr>
          <w:b/>
        </w:rPr>
        <w:t>BẢNG ĐÁP ÁN &amp; LỜI GIẢI CHI TIẾT</w:t>
      </w:r>
    </w:p>
    <w:p>
      <w:r>
        <w:rPr>
          <w:b/>
        </w:rPr>
        <w:t>Câu 1: Đáp án đúng: A</w:t>
      </w:r>
    </w:p>
    <w:p>
      <w:r>
        <w:rPr>
          <w:b/>
        </w:rPr>
        <w:t>Câu 2: Đáp án đúng: B</w:t>
      </w:r>
    </w:p>
    <w:p>
      <w:r>
        <w:rPr>
          <w:b/>
        </w:rPr>
        <w:t>Câu 3: Đáp án đúng: C</w:t>
      </w:r>
    </w:p>
    <w:p>
      <w:r>
        <w:rPr>
          <w:b/>
        </w:rPr>
        <w:t>Câu 4: Đáp án đúng: A</w:t>
      </w:r>
    </w:p>
    <w:p>
      <w:r>
        <w:rPr>
          <w:b/>
        </w:rPr>
        <w:t>Câu 5: Đáp án đúng: C</w:t>
      </w:r>
    </w:p>
    <w:p>
      <w:r>
        <w:rPr>
          <w:b/>
        </w:rPr>
        <w:t>Câu 6: Đáp án đúng: B</w:t>
      </w:r>
    </w:p>
    <w:p>
      <w:r>
        <w:rPr>
          <w:b/>
        </w:rPr>
        <w:t>Câu 7: Đáp án đúng: C</w:t>
      </w:r>
    </w:p>
    <w:p>
      <w:r>
        <w:rPr>
          <w:b/>
        </w:rPr>
        <w:t>Câu 8: Đáp án đúng: B</w:t>
      </w:r>
    </w:p>
    <w:p>
      <w:r>
        <w:rPr>
          <w:b/>
        </w:rPr>
        <w:t>Câu 9: Đáp án đúng: A</w:t>
      </w:r>
    </w:p>
    <w:p>
      <w:r>
        <w:rPr>
          <w:b/>
        </w:rPr>
        <w:t>Câu 10: Đáp án đúng: A</w:t>
      </w:r>
    </w:p>
    <w:p>
      <w:r>
        <w:rPr>
          <w:b/>
        </w:rPr>
        <w:t>Câu 11: Đáp án đúng: A</w:t>
      </w:r>
    </w:p>
    <w:p>
      <w:r>
        <w:rPr>
          <w:b/>
        </w:rPr>
        <w:t>Câu 12: Đáp án đúng: A</w:t>
      </w:r>
    </w:p>
    <w:p>
      <w:r>
        <w:rPr>
          <w:b/>
        </w:rPr>
        <w:t>Câu 13: Đáp án đúng: B</w:t>
      </w:r>
    </w:p>
    <w:p>
      <w:r>
        <w:rPr>
          <w:b/>
        </w:rPr>
        <w:t>Câu 14: Đáp án đúng: A</w:t>
      </w:r>
    </w:p>
    <w:p>
      <w:r>
        <w:rPr>
          <w:b/>
        </w:rPr>
        <w:t>Câu 15: Đáp án đúng: B</w:t>
      </w:r>
    </w:p>
    <w:p>
      <w:r>
        <w:rPr>
          <w:b/>
        </w:rPr>
        <w:t>Câu 16: Đáp án đúng: A</w:t>
      </w:r>
    </w:p>
    <w:p>
      <w:r>
        <w:rPr>
          <w:b/>
        </w:rPr>
        <w:t>Câu 17: Đáp án đúng: B</w:t>
      </w:r>
    </w:p>
    <w:p>
      <w:r>
        <w:rPr>
          <w:b/>
        </w:rPr>
        <w:t>Câu 18: Đáp án đúng: B</w:t>
      </w:r>
    </w:p>
    <w:p>
      <w:r>
        <w:rPr>
          <w:b/>
        </w:rPr>
        <w:t>Câu 19: Đáp án đúng: A</w:t>
      </w:r>
    </w:p>
    <w:p>
      <w:r>
        <w:rPr>
          <w:b/>
        </w:rPr>
        <w:t>Câu 20: Đáp án đúng: A</w:t>
      </w:r>
    </w:p>
    <w:sectPr w:rsidR="00FC693F" w:rsidRPr="0006063C" w:rsidSect="00034616">
      <w:pgSz w:w="12240" w:h="15840"/>
      <w:pgMar w:top="1134" w:right="1134" w:bottom="1134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