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Mục tiêu 1. Trình bày được đặc điểm giải phẫu...</w:t>
      </w:r>
    </w:p>
    <w:p>
      <w:pPr>
        <w:jc w:val="center"/>
      </w:pPr>
      <w:r>
        <w:rPr>
          <w:sz w:val="22"/>
        </w:rPr>
        <w:t>Số câu: 48    Thời gian: _____ phút    Họ và tên: _________________________</w:t>
      </w:r>
    </w:p>
    <w:p/>
    <w:p>
      <w:r>
        <w:rPr>
          <w:b/>
          <w:sz w:val="24"/>
        </w:rPr>
        <w:t>Câu 1: Xương nào sau đây là xương lẻ :</w:t>
      </w:r>
    </w:p>
    <w:p>
      <w:pPr>
        <w:pStyle w:val="ListParagraph"/>
      </w:pPr>
      <w:r>
        <w:rPr>
          <w:sz w:val="22"/>
        </w:rPr>
        <w:t>A. Hàm trên</w:t>
      </w:r>
    </w:p>
    <w:p>
      <w:pPr>
        <w:pStyle w:val="ListParagraph"/>
      </w:pPr>
      <w:r>
        <w:rPr>
          <w:sz w:val="22"/>
        </w:rPr>
        <w:t>B. Lá mía</w:t>
      </w:r>
    </w:p>
    <w:p>
      <w:pPr>
        <w:pStyle w:val="ListParagraph"/>
      </w:pPr>
      <w:r>
        <w:rPr>
          <w:sz w:val="22"/>
        </w:rPr>
        <w:t>C. Khẩu cái</w:t>
      </w:r>
    </w:p>
    <w:p>
      <w:pPr>
        <w:pStyle w:val="ListParagraph"/>
      </w:pPr>
      <w:r>
        <w:rPr>
          <w:sz w:val="22"/>
        </w:rPr>
        <w:t>D. Xương mũi.</w:t>
      </w:r>
    </w:p>
    <w:p/>
    <w:p>
      <w:r>
        <w:rPr>
          <w:b/>
          <w:sz w:val="24"/>
        </w:rPr>
        <w:t>Câu 2: Mô tả nào sau đây về xương hàm dưới đúng:</w:t>
      </w:r>
    </w:p>
    <w:p>
      <w:pPr>
        <w:pStyle w:val="ListParagraph"/>
      </w:pPr>
      <w:r>
        <w:rPr>
          <w:sz w:val="22"/>
        </w:rPr>
        <w:t>A. Xương dài</w:t>
      </w:r>
    </w:p>
    <w:p>
      <w:pPr>
        <w:pStyle w:val="ListParagraph"/>
      </w:pPr>
      <w:r>
        <w:rPr>
          <w:sz w:val="22"/>
        </w:rPr>
        <w:t>B. Gồm có 3 phần: thân xương, góc xương và ngành xương</w:t>
      </w:r>
    </w:p>
    <w:p>
      <w:pPr>
        <w:pStyle w:val="ListParagraph"/>
      </w:pPr>
      <w:r>
        <w:rPr>
          <w:sz w:val="22"/>
        </w:rPr>
        <w:t>C. Nó tiếp khớp với xương hàm trên</w:t>
      </w:r>
    </w:p>
    <w:p>
      <w:pPr>
        <w:pStyle w:val="ListParagraph"/>
      </w:pPr>
      <w:r>
        <w:rPr>
          <w:sz w:val="22"/>
        </w:rPr>
        <w:t>D. Thân xương có xoang</w:t>
      </w:r>
    </w:p>
    <w:p/>
    <w:p>
      <w:r>
        <w:rPr>
          <w:b/>
          <w:sz w:val="24"/>
        </w:rPr>
        <w:t>Câu 3: Mô tả nào sau đây đúng về xương thái dương:</w:t>
      </w:r>
    </w:p>
    <w:p>
      <w:pPr>
        <w:pStyle w:val="ListParagraph"/>
      </w:pPr>
      <w:r>
        <w:rPr>
          <w:sz w:val="22"/>
        </w:rPr>
        <w:t>A. Gồm 3 phần : phần trai, phần đá và phần nhĩ</w:t>
      </w:r>
    </w:p>
    <w:p>
      <w:pPr>
        <w:pStyle w:val="ListParagraph"/>
      </w:pPr>
      <w:r>
        <w:rPr>
          <w:sz w:val="22"/>
        </w:rPr>
        <w:t>B. Nó tiếp khớp với xương hàm dưới bởi khớp bất động</w:t>
      </w:r>
    </w:p>
    <w:p>
      <w:pPr>
        <w:pStyle w:val="ListParagraph"/>
      </w:pPr>
      <w:r>
        <w:rPr>
          <w:sz w:val="22"/>
        </w:rPr>
        <w:t>C. Phần đá có chứa cấu trúc tai ngoài</w:t>
      </w:r>
    </w:p>
    <w:p>
      <w:pPr>
        <w:pStyle w:val="ListParagraph"/>
      </w:pPr>
      <w:r>
        <w:rPr>
          <w:sz w:val="22"/>
        </w:rPr>
        <w:t>D. Trong xương có xoang</w:t>
      </w:r>
    </w:p>
    <w:p/>
    <w:p>
      <w:r>
        <w:rPr>
          <w:b/>
          <w:sz w:val="24"/>
        </w:rPr>
        <w:t>Câu 4: Xương sọ được phân chia như sau:</w:t>
      </w:r>
    </w:p>
    <w:p>
      <w:pPr>
        <w:pStyle w:val="ListParagraph"/>
      </w:pPr>
      <w:r>
        <w:rPr>
          <w:sz w:val="22"/>
        </w:rPr>
        <w:t>A. Bao gồm 8 xương của hộp sọ và 14 xương sọ mặt</w:t>
      </w:r>
    </w:p>
    <w:p>
      <w:pPr>
        <w:pStyle w:val="ListParagraph"/>
      </w:pPr>
      <w:r>
        <w:rPr>
          <w:sz w:val="22"/>
        </w:rPr>
        <w:t>B. Bao gồm 12 xương của hộp sọ và 8 xươngsọ mặt</w:t>
      </w:r>
    </w:p>
    <w:p>
      <w:pPr>
        <w:pStyle w:val="ListParagraph"/>
      </w:pPr>
      <w:r>
        <w:rPr>
          <w:sz w:val="22"/>
        </w:rPr>
        <w:t>C. Chỉ có 8 xương của hộp sọ</w:t>
      </w:r>
    </w:p>
    <w:p>
      <w:pPr>
        <w:pStyle w:val="ListParagraph"/>
      </w:pPr>
      <w:r>
        <w:rPr>
          <w:sz w:val="22"/>
        </w:rPr>
        <w:t>D. Chỉ có 12 xương của sọ mặt</w:t>
      </w:r>
    </w:p>
    <w:p/>
    <w:p>
      <w:r>
        <w:rPr>
          <w:b/>
          <w:sz w:val="24"/>
        </w:rPr>
        <w:t>Câu 5: Hố yên thuộc phần nào sau đây của xương bướm:</w:t>
      </w:r>
    </w:p>
    <w:p>
      <w:pPr>
        <w:pStyle w:val="ListParagraph"/>
      </w:pPr>
      <w:r>
        <w:rPr>
          <w:sz w:val="22"/>
        </w:rPr>
        <w:t>A. Cánh lớn xương bướm</w:t>
      </w:r>
    </w:p>
    <w:p>
      <w:pPr>
        <w:pStyle w:val="ListParagraph"/>
      </w:pPr>
      <w:r>
        <w:rPr>
          <w:sz w:val="22"/>
        </w:rPr>
        <w:t>B. Cánh nhỏ xương bướm</w:t>
      </w:r>
    </w:p>
    <w:p>
      <w:pPr>
        <w:pStyle w:val="ListParagraph"/>
      </w:pPr>
      <w:r>
        <w:rPr>
          <w:sz w:val="22"/>
        </w:rPr>
        <w:t>C. Thân xương bướm</w:t>
      </w:r>
    </w:p>
    <w:p>
      <w:pPr>
        <w:pStyle w:val="ListParagraph"/>
      </w:pPr>
      <w:r>
        <w:rPr>
          <w:sz w:val="22"/>
        </w:rPr>
        <w:t>D. Chân xương bướm</w:t>
      </w:r>
    </w:p>
    <w:p/>
    <w:p>
      <w:r>
        <w:rPr>
          <w:b/>
          <w:sz w:val="24"/>
        </w:rPr>
        <w:t>Câu 6: Xương trán tiếp khớp với các xương:</w:t>
      </w:r>
    </w:p>
    <w:p>
      <w:pPr>
        <w:pStyle w:val="ListParagraph"/>
      </w:pPr>
      <w:r>
        <w:rPr>
          <w:sz w:val="22"/>
        </w:rPr>
        <w:t>A. Xương lá mía, xương khẩu cái, xương sàng, xương bướm</w:t>
      </w:r>
    </w:p>
    <w:p>
      <w:pPr>
        <w:pStyle w:val="ListParagraph"/>
      </w:pPr>
      <w:r>
        <w:rPr>
          <w:sz w:val="22"/>
        </w:rPr>
        <w:t>B. Xương đỉnh, xương gò má, xương mũi, xương hàm trên</w:t>
      </w:r>
    </w:p>
    <w:p>
      <w:pPr>
        <w:pStyle w:val="ListParagraph"/>
      </w:pPr>
      <w:r>
        <w:rPr>
          <w:sz w:val="22"/>
        </w:rPr>
        <w:t>C. Xương thái dương, xưong hàm trên</w:t>
      </w:r>
    </w:p>
    <w:p>
      <w:pPr>
        <w:pStyle w:val="ListParagraph"/>
      </w:pPr>
      <w:r>
        <w:rPr>
          <w:sz w:val="22"/>
        </w:rPr>
        <w:t>D. Xuơng sàng, xương bướm</w:t>
      </w:r>
    </w:p>
    <w:p/>
    <w:p>
      <w:r>
        <w:rPr>
          <w:b/>
          <w:sz w:val="24"/>
        </w:rPr>
        <w:t>Câu 7: Thóp trước được tạo nên từ các xương:</w:t>
      </w:r>
    </w:p>
    <w:p>
      <w:pPr>
        <w:pStyle w:val="ListParagraph"/>
      </w:pPr>
      <w:r>
        <w:rPr>
          <w:sz w:val="22"/>
        </w:rPr>
        <w:t>A. Xương đỉnh và xương trán</w:t>
      </w:r>
    </w:p>
    <w:p>
      <w:pPr>
        <w:pStyle w:val="ListParagraph"/>
      </w:pPr>
      <w:r>
        <w:rPr>
          <w:sz w:val="22"/>
        </w:rPr>
        <w:t>B. Xương đỉnh và xương chẩm</w:t>
      </w:r>
    </w:p>
    <w:p>
      <w:pPr>
        <w:pStyle w:val="ListParagraph"/>
      </w:pPr>
      <w:r>
        <w:rPr>
          <w:sz w:val="22"/>
        </w:rPr>
        <w:t>C. Xương đỉnh và xương thái dương</w:t>
      </w:r>
    </w:p>
    <w:p>
      <w:pPr>
        <w:pStyle w:val="ListParagraph"/>
      </w:pPr>
      <w:r>
        <w:rPr>
          <w:sz w:val="22"/>
        </w:rPr>
        <w:t>D. Xương đỉnh và xương bướm</w:t>
      </w:r>
    </w:p>
    <w:p/>
    <w:p>
      <w:r>
        <w:rPr>
          <w:b/>
          <w:sz w:val="24"/>
        </w:rPr>
        <w:t>Câu 8: Xương nào sau đây thuộc xương sọ thần kinh:</w:t>
      </w:r>
    </w:p>
    <w:p>
      <w:pPr>
        <w:pStyle w:val="ListParagraph"/>
      </w:pPr>
      <w:r>
        <w:rPr>
          <w:sz w:val="22"/>
        </w:rPr>
        <w:t>A. Hàm dưới</w:t>
      </w:r>
    </w:p>
    <w:p>
      <w:pPr>
        <w:pStyle w:val="ListParagraph"/>
      </w:pPr>
      <w:r>
        <w:rPr>
          <w:sz w:val="22"/>
        </w:rPr>
        <w:t>B. Lá mía</w:t>
      </w:r>
    </w:p>
    <w:p>
      <w:pPr>
        <w:pStyle w:val="ListParagraph"/>
      </w:pPr>
      <w:r>
        <w:rPr>
          <w:sz w:val="22"/>
        </w:rPr>
        <w:t>C. Xương chẩm</w:t>
      </w:r>
    </w:p>
    <w:p>
      <w:pPr>
        <w:pStyle w:val="ListParagraph"/>
      </w:pPr>
      <w:r>
        <w:rPr>
          <w:sz w:val="22"/>
        </w:rPr>
        <w:t>D. Xương mũi</w:t>
      </w:r>
    </w:p>
    <w:p/>
    <w:p>
      <w:r>
        <w:rPr>
          <w:b/>
          <w:sz w:val="24"/>
        </w:rPr>
        <w:t>Câu 9: Các xương tạo nên thóp sau:</w:t>
      </w:r>
    </w:p>
    <w:p>
      <w:pPr>
        <w:pStyle w:val="ListParagraph"/>
      </w:pPr>
      <w:r>
        <w:rPr>
          <w:sz w:val="22"/>
        </w:rPr>
        <w:t>A. Xương đỉnh và xương chẩm</w:t>
      </w:r>
    </w:p>
    <w:p>
      <w:pPr>
        <w:pStyle w:val="ListParagraph"/>
      </w:pPr>
      <w:r>
        <w:rPr>
          <w:sz w:val="22"/>
        </w:rPr>
        <w:t>B. Xương đỉnh và xương trán</w:t>
      </w:r>
    </w:p>
    <w:p>
      <w:pPr>
        <w:pStyle w:val="ListParagraph"/>
      </w:pPr>
      <w:r>
        <w:rPr>
          <w:sz w:val="22"/>
        </w:rPr>
        <w:t>C. Xương chẩm và xương thái dương</w:t>
      </w:r>
    </w:p>
    <w:p>
      <w:pPr>
        <w:pStyle w:val="ListParagraph"/>
      </w:pPr>
      <w:r>
        <w:rPr>
          <w:sz w:val="22"/>
        </w:rPr>
        <w:t>D. Xương trán và xương sàng</w:t>
      </w:r>
    </w:p>
    <w:p/>
    <w:p>
      <w:r>
        <w:rPr>
          <w:b/>
          <w:sz w:val="24"/>
        </w:rPr>
        <w:t>Câu 10: Đường khớp dọc của hộp sọ tạo nên bởi 2 xương:</w:t>
      </w:r>
    </w:p>
    <w:p>
      <w:pPr>
        <w:pStyle w:val="ListParagraph"/>
      </w:pPr>
      <w:r>
        <w:rPr>
          <w:sz w:val="22"/>
        </w:rPr>
        <w:t>A. Xương đỉnh và xương đỉnh</w:t>
      </w:r>
    </w:p>
    <w:p>
      <w:pPr>
        <w:pStyle w:val="ListParagraph"/>
      </w:pPr>
      <w:r>
        <w:rPr>
          <w:sz w:val="22"/>
        </w:rPr>
        <w:t>B. Xương đỉnh và xương trán</w:t>
      </w:r>
    </w:p>
    <w:p>
      <w:pPr>
        <w:pStyle w:val="ListParagraph"/>
      </w:pPr>
      <w:r>
        <w:rPr>
          <w:sz w:val="22"/>
        </w:rPr>
        <w:t>C. Xương đỉnh và xương chẩm</w:t>
      </w:r>
    </w:p>
    <w:p>
      <w:pPr>
        <w:pStyle w:val="ListParagraph"/>
      </w:pPr>
      <w:r>
        <w:rPr>
          <w:sz w:val="22"/>
        </w:rPr>
        <w:t>D. Xương đỉnh và xương bướm</w:t>
      </w:r>
    </w:p>
    <w:p/>
    <w:p>
      <w:r>
        <w:rPr>
          <w:b/>
          <w:sz w:val="24"/>
        </w:rPr>
        <w:t>Câu 11: Đường khớp vành của hộp sọ nằm giữa xương trán ở phía trước và ở phía sau là xương:</w:t>
      </w:r>
    </w:p>
    <w:p>
      <w:pPr>
        <w:pStyle w:val="ListParagraph"/>
      </w:pPr>
      <w:r>
        <w:rPr>
          <w:sz w:val="22"/>
        </w:rPr>
        <w:t>A. Đỉnh</w:t>
      </w:r>
    </w:p>
    <w:p>
      <w:pPr>
        <w:pStyle w:val="ListParagraph"/>
      </w:pPr>
      <w:r>
        <w:rPr>
          <w:sz w:val="22"/>
        </w:rPr>
        <w:t>B. Xương chẩm</w:t>
      </w:r>
    </w:p>
    <w:p>
      <w:pPr>
        <w:pStyle w:val="ListParagraph"/>
      </w:pPr>
      <w:r>
        <w:rPr>
          <w:sz w:val="22"/>
        </w:rPr>
        <w:t>C. Thái dương</w:t>
      </w:r>
    </w:p>
    <w:p>
      <w:pPr>
        <w:pStyle w:val="ListParagraph"/>
      </w:pPr>
      <w:r>
        <w:rPr>
          <w:sz w:val="22"/>
        </w:rPr>
        <w:t>D. Xương sàng</w:t>
      </w:r>
    </w:p>
    <w:p/>
    <w:p>
      <w:r>
        <w:rPr>
          <w:b/>
          <w:sz w:val="24"/>
        </w:rPr>
        <w:t>Câu 12: Bốn mỏm của xương hàm trên là:</w:t>
      </w:r>
    </w:p>
    <w:p>
      <w:pPr>
        <w:pStyle w:val="ListParagraph"/>
      </w:pPr>
      <w:r>
        <w:rPr>
          <w:sz w:val="22"/>
        </w:rPr>
        <w:t>A. Mỏm khẩu cái, mỏm thái dương, mỏm huyệt ổ răng, mỏm gò má</w:t>
      </w:r>
    </w:p>
    <w:p>
      <w:pPr>
        <w:pStyle w:val="ListParagraph"/>
      </w:pPr>
      <w:r>
        <w:rPr>
          <w:sz w:val="22"/>
        </w:rPr>
        <w:t>B. Mỏm khẩu cái, mỏm trán, mỏm huyệt ổ răng, mỏm gò má</w:t>
      </w:r>
    </w:p>
    <w:p>
      <w:pPr>
        <w:pStyle w:val="ListParagraph"/>
      </w:pPr>
      <w:r>
        <w:rPr>
          <w:sz w:val="22"/>
        </w:rPr>
        <w:t>C. Mỏm khẩu cái, mỏm trán, mỏm huyệt ổ răng, mỏm hàm dưới</w:t>
      </w:r>
    </w:p>
    <w:p>
      <w:pPr>
        <w:pStyle w:val="ListParagraph"/>
      </w:pPr>
      <w:r>
        <w:rPr>
          <w:sz w:val="22"/>
        </w:rPr>
        <w:t>D. Mỏm mũi, mỏm trán, mỏm huyệt ổ răng, mỏm gò má</w:t>
      </w:r>
    </w:p>
    <w:p/>
    <w:p>
      <w:r>
        <w:rPr>
          <w:b/>
          <w:sz w:val="24"/>
        </w:rPr>
        <w:t>Câu 13: Góc hàm được tạo nên bởi hai cấu trúc sau:</w:t>
      </w:r>
    </w:p>
    <w:p>
      <w:pPr>
        <w:pStyle w:val="ListParagraph"/>
      </w:pPr>
      <w:r>
        <w:rPr>
          <w:sz w:val="22"/>
        </w:rPr>
        <w:t>A. Ngành xương hàm dưới bên trái và ngành xương hàm dưới bên phải</w:t>
      </w:r>
    </w:p>
    <w:p>
      <w:pPr>
        <w:pStyle w:val="ListParagraph"/>
      </w:pPr>
      <w:r>
        <w:rPr>
          <w:sz w:val="22"/>
        </w:rPr>
        <w:t>B. Ngành xương hàm dưới và xương thái dương</w:t>
      </w:r>
    </w:p>
    <w:p>
      <w:pPr>
        <w:pStyle w:val="ListParagraph"/>
      </w:pPr>
      <w:r>
        <w:rPr>
          <w:sz w:val="22"/>
        </w:rPr>
        <w:t>C. Hai nửa trái , phải của thân xương hàm dưới</w:t>
      </w:r>
    </w:p>
    <w:p>
      <w:pPr>
        <w:pStyle w:val="ListParagraph"/>
      </w:pPr>
      <w:r>
        <w:rPr>
          <w:sz w:val="22"/>
        </w:rPr>
        <w:t>D. Thân xương và ngành xương hàm dưới</w:t>
      </w:r>
    </w:p>
    <w:p/>
    <w:p>
      <w:r>
        <w:rPr>
          <w:b/>
          <w:sz w:val="24"/>
        </w:rPr>
        <w:t>Câu 14: Mô tả nào đúng với cơ vùng đầu mặt:</w:t>
      </w:r>
    </w:p>
    <w:p>
      <w:pPr>
        <w:pStyle w:val="ListParagraph"/>
      </w:pPr>
      <w:r>
        <w:rPr>
          <w:sz w:val="22"/>
        </w:rPr>
        <w:t>A. Gồm các cơ bám da và cơ nhai mà đa số là cơ bám da</w:t>
      </w:r>
    </w:p>
    <w:p>
      <w:pPr>
        <w:pStyle w:val="ListParagraph"/>
      </w:pPr>
      <w:r>
        <w:rPr>
          <w:sz w:val="22"/>
        </w:rPr>
        <w:t>B. Các cơ bám da thể hiện nét mặt và chức năng nhai</w:t>
      </w:r>
    </w:p>
    <w:p>
      <w:pPr>
        <w:pStyle w:val="ListParagraph"/>
      </w:pPr>
      <w:r>
        <w:rPr>
          <w:sz w:val="22"/>
        </w:rPr>
        <w:t>C. Các cơ nhai  là cơ bám da</w:t>
      </w:r>
    </w:p>
    <w:p>
      <w:pPr>
        <w:pStyle w:val="ListParagraph"/>
      </w:pPr>
      <w:r>
        <w:rPr>
          <w:sz w:val="22"/>
        </w:rPr>
        <w:t>D. Tất cả cơ vùng đầu mặt do dây thần kinh mặt (VII) vận động</w:t>
      </w:r>
    </w:p>
    <w:p/>
    <w:p>
      <w:r>
        <w:rPr>
          <w:b/>
          <w:sz w:val="24"/>
        </w:rPr>
        <w:t>Câu 15: Mô tả nào sau đúng với cơ bám da mặt:</w:t>
      </w:r>
    </w:p>
    <w:p>
      <w:pPr>
        <w:pStyle w:val="ListParagraph"/>
      </w:pPr>
      <w:r>
        <w:rPr>
          <w:sz w:val="22"/>
        </w:rPr>
        <w:t>A. Bám tận dính vào dưới da vùng mặt</w:t>
      </w:r>
    </w:p>
    <w:p>
      <w:pPr>
        <w:pStyle w:val="ListParagraph"/>
      </w:pPr>
      <w:r>
        <w:rPr>
          <w:sz w:val="22"/>
        </w:rPr>
        <w:t>B. Các cơ bám da tham gia động tác nhai</w:t>
      </w:r>
    </w:p>
    <w:p>
      <w:pPr>
        <w:pStyle w:val="ListParagraph"/>
      </w:pPr>
      <w:r>
        <w:rPr>
          <w:sz w:val="22"/>
        </w:rPr>
        <w:t>C. Các cơ bám da chia thành 4 vùng</w:t>
      </w:r>
    </w:p>
    <w:p>
      <w:pPr>
        <w:pStyle w:val="ListParagraph"/>
      </w:pPr>
      <w:r>
        <w:rPr>
          <w:sz w:val="22"/>
        </w:rPr>
        <w:t>D. Các cơ bám da do dây thần kinh VIII vận động</w:t>
      </w:r>
    </w:p>
    <w:p/>
    <w:p>
      <w:r>
        <w:rPr>
          <w:b/>
          <w:sz w:val="24"/>
        </w:rPr>
        <w:t>Câu 16: Cơ nào sau đây nằm trong nhóm cơ làm động tác nhai:</w:t>
      </w:r>
    </w:p>
    <w:p>
      <w:pPr>
        <w:pStyle w:val="ListParagraph"/>
      </w:pPr>
      <w:r>
        <w:rPr>
          <w:sz w:val="22"/>
        </w:rPr>
        <w:t>A. Cơ nâng môi trên</w:t>
      </w:r>
    </w:p>
    <w:p>
      <w:pPr>
        <w:pStyle w:val="ListParagraph"/>
      </w:pPr>
      <w:r>
        <w:rPr>
          <w:sz w:val="22"/>
        </w:rPr>
        <w:t>B. Cơ chân bướm trong và ngoài</w:t>
      </w:r>
    </w:p>
    <w:p>
      <w:pPr>
        <w:pStyle w:val="ListParagraph"/>
      </w:pPr>
      <w:r>
        <w:rPr>
          <w:sz w:val="22"/>
        </w:rPr>
        <w:t>C. Cơ thái dương – đỉnh</w:t>
      </w:r>
    </w:p>
    <w:p>
      <w:pPr>
        <w:pStyle w:val="ListParagraph"/>
      </w:pPr>
      <w:r>
        <w:rPr>
          <w:sz w:val="22"/>
        </w:rPr>
        <w:t>D. Cơ vòng miệng</w:t>
      </w:r>
    </w:p>
    <w:p/>
    <w:p>
      <w:r>
        <w:rPr>
          <w:b/>
          <w:sz w:val="24"/>
        </w:rPr>
        <w:t>Câu 17: Cơ nào sau đây thuộc nhóm cơ quanh mắt:</w:t>
      </w:r>
    </w:p>
    <w:p>
      <w:pPr>
        <w:pStyle w:val="ListParagraph"/>
      </w:pPr>
      <w:r>
        <w:rPr>
          <w:sz w:val="22"/>
        </w:rPr>
        <w:t>A. Cơ tháp ​​​​</w:t>
      </w:r>
    </w:p>
    <w:p>
      <w:pPr>
        <w:pStyle w:val="ListParagraph"/>
      </w:pPr>
      <w:r>
        <w:rPr>
          <w:sz w:val="22"/>
        </w:rPr>
        <w:t>B. Cơ cau mày</w:t>
      </w:r>
    </w:p>
    <w:p>
      <w:pPr>
        <w:pStyle w:val="ListParagraph"/>
      </w:pPr>
      <w:r>
        <w:rPr>
          <w:sz w:val="22"/>
        </w:rPr>
        <w:t>C. Cơ gò má lớn ​​​​​</w:t>
      </w:r>
    </w:p>
    <w:p>
      <w:pPr>
        <w:pStyle w:val="ListParagraph"/>
      </w:pPr>
      <w:r>
        <w:rPr>
          <w:sz w:val="22"/>
        </w:rPr>
        <w:t>D. Cơ gò má bé</w:t>
      </w:r>
    </w:p>
    <w:p/>
    <w:p>
      <w:r>
        <w:rPr>
          <w:b/>
          <w:sz w:val="24"/>
        </w:rPr>
        <w:t>Câu 18: Cơ nào sau đây thuộc nhóm cơ dưới xương móng:</w:t>
      </w:r>
    </w:p>
    <w:p>
      <w:pPr>
        <w:pStyle w:val="ListParagraph"/>
      </w:pPr>
      <w:r>
        <w:rPr>
          <w:sz w:val="22"/>
        </w:rPr>
        <w:t>A. Cơ nhị thân</w:t>
      </w:r>
    </w:p>
    <w:p>
      <w:pPr>
        <w:pStyle w:val="ListParagraph"/>
      </w:pPr>
      <w:r>
        <w:rPr>
          <w:sz w:val="22"/>
        </w:rPr>
        <w:t>B. Cơ hàm móng</w:t>
      </w:r>
    </w:p>
    <w:p>
      <w:pPr>
        <w:pStyle w:val="ListParagraph"/>
      </w:pPr>
      <w:r>
        <w:rPr>
          <w:sz w:val="22"/>
        </w:rPr>
        <w:t>C. Cơ trâm móng</w:t>
      </w:r>
    </w:p>
    <w:p>
      <w:pPr>
        <w:pStyle w:val="ListParagraph"/>
      </w:pPr>
      <w:r>
        <w:rPr>
          <w:sz w:val="22"/>
        </w:rPr>
        <w:t>D. Cơ vai móng</w:t>
      </w:r>
    </w:p>
    <w:p/>
    <w:p>
      <w:r>
        <w:rPr>
          <w:b/>
          <w:sz w:val="24"/>
        </w:rPr>
        <w:t>Câu 19: Cơ nào sau đây thuộc nhóm cơ nhai:</w:t>
      </w:r>
    </w:p>
    <w:p>
      <w:pPr>
        <w:pStyle w:val="ListParagraph"/>
      </w:pPr>
      <w:r>
        <w:rPr>
          <w:sz w:val="22"/>
        </w:rPr>
        <w:t>A. Cơ cắn</w:t>
      </w:r>
    </w:p>
    <w:p>
      <w:pPr>
        <w:pStyle w:val="ListParagraph"/>
      </w:pPr>
      <w:r>
        <w:rPr>
          <w:sz w:val="22"/>
        </w:rPr>
        <w:t>B. Cơ thái dương đỉnh</w:t>
      </w:r>
    </w:p>
    <w:p>
      <w:pPr>
        <w:pStyle w:val="ListParagraph"/>
      </w:pPr>
      <w:r>
        <w:rPr>
          <w:sz w:val="22"/>
        </w:rPr>
        <w:t>C. Cơ vòng miệng</w:t>
      </w:r>
    </w:p>
    <w:p>
      <w:pPr>
        <w:pStyle w:val="ListParagraph"/>
      </w:pPr>
      <w:r>
        <w:rPr>
          <w:sz w:val="22"/>
        </w:rPr>
        <w:t>D. Cơ mút</w:t>
      </w:r>
    </w:p>
    <w:p/>
    <w:p>
      <w:r>
        <w:rPr>
          <w:b/>
          <w:sz w:val="24"/>
        </w:rPr>
        <w:t>Câu 20: Cơ nào sau đây thuộc cơ vùng quanh mũi :</w:t>
      </w:r>
    </w:p>
    <w:p>
      <w:pPr>
        <w:pStyle w:val="ListParagraph"/>
      </w:pPr>
      <w:r>
        <w:rPr>
          <w:sz w:val="22"/>
        </w:rPr>
        <w:t>A. Cơ chẩm trán ​​​​</w:t>
      </w:r>
    </w:p>
    <w:p>
      <w:pPr>
        <w:pStyle w:val="ListParagraph"/>
      </w:pPr>
      <w:r>
        <w:rPr>
          <w:sz w:val="22"/>
        </w:rPr>
        <w:t>B. Cơ mảnh khảnh</w:t>
      </w:r>
    </w:p>
    <w:p>
      <w:pPr>
        <w:pStyle w:val="ListParagraph"/>
      </w:pPr>
      <w:r>
        <w:rPr>
          <w:sz w:val="22"/>
        </w:rPr>
        <w:t>C. Cơ gò má​​​​​</w:t>
      </w:r>
    </w:p>
    <w:p>
      <w:pPr>
        <w:pStyle w:val="ListParagraph"/>
      </w:pPr>
      <w:r>
        <w:rPr>
          <w:sz w:val="22"/>
        </w:rPr>
        <w:t>D. Cơ đỉnh chẩm</w:t>
      </w:r>
    </w:p>
    <w:p/>
    <w:p>
      <w:r>
        <w:rPr>
          <w:b/>
          <w:sz w:val="24"/>
        </w:rPr>
        <w:t>Câu 21: Cơ nào sau đây thuộc nhóm cơ trên xương móng:</w:t>
      </w:r>
    </w:p>
    <w:p>
      <w:pPr>
        <w:pStyle w:val="ListParagraph"/>
      </w:pPr>
      <w:r>
        <w:rPr>
          <w:sz w:val="22"/>
        </w:rPr>
        <w:t>A. Cơ ức móng</w:t>
      </w:r>
    </w:p>
    <w:p>
      <w:pPr>
        <w:pStyle w:val="ListParagraph"/>
      </w:pPr>
      <w:r>
        <w:rPr>
          <w:sz w:val="22"/>
        </w:rPr>
        <w:t>B. Cơ vai móng</w:t>
      </w:r>
    </w:p>
    <w:p>
      <w:pPr>
        <w:pStyle w:val="ListParagraph"/>
      </w:pPr>
      <w:r>
        <w:rPr>
          <w:sz w:val="22"/>
        </w:rPr>
        <w:t>C. Cơ nhị thân</w:t>
      </w:r>
    </w:p>
    <w:p>
      <w:pPr>
        <w:pStyle w:val="ListParagraph"/>
      </w:pPr>
      <w:r>
        <w:rPr>
          <w:sz w:val="22"/>
        </w:rPr>
        <w:t>D. Cơ giáp móng</w:t>
      </w:r>
    </w:p>
    <w:p/>
    <w:p>
      <w:r>
        <w:rPr>
          <w:b/>
          <w:sz w:val="24"/>
        </w:rPr>
        <w:t>Câu 22: Nhóm cơ nhai gồm bốn cơ nào sau đây:</w:t>
      </w:r>
    </w:p>
    <w:p>
      <w:pPr>
        <w:pStyle w:val="ListParagraph"/>
      </w:pPr>
      <w:r>
        <w:rPr>
          <w:sz w:val="22"/>
        </w:rPr>
        <w:t>A. Cơ cắn, cơ thái dương, cơ chân bướm ngoài và cơ chân bướm trong</w:t>
      </w:r>
    </w:p>
    <w:p>
      <w:pPr>
        <w:pStyle w:val="ListParagraph"/>
      </w:pPr>
      <w:r>
        <w:rPr>
          <w:sz w:val="22"/>
        </w:rPr>
        <w:t>B. Cơ vòng miệng, cơ thái dương, cơ chân bướm ngoài và cơ chân bướm trong</w:t>
      </w:r>
    </w:p>
    <w:p>
      <w:pPr>
        <w:pStyle w:val="ListParagraph"/>
      </w:pPr>
      <w:r>
        <w:rPr>
          <w:sz w:val="22"/>
        </w:rPr>
        <w:t>C. Cơ cắn, cơ thái dương, cơ chân bướm ngoài và cơ mút</w:t>
      </w:r>
    </w:p>
    <w:p>
      <w:pPr>
        <w:pStyle w:val="ListParagraph"/>
      </w:pPr>
      <w:r>
        <w:rPr>
          <w:sz w:val="22"/>
        </w:rPr>
        <w:t>D. Cơ cằn, cơ thái dương đỉnh, cơ chân bướm ngoài và cơ chân bướm trong</w:t>
      </w:r>
    </w:p>
    <w:p/>
    <w:p>
      <w:r>
        <w:rPr>
          <w:b/>
          <w:sz w:val="24"/>
        </w:rPr>
        <w:t>Câu 23: Trám mở khí quản được tạo nên từ 4 cơ:</w:t>
      </w:r>
    </w:p>
    <w:p>
      <w:pPr>
        <w:pStyle w:val="ListParagraph"/>
      </w:pPr>
      <w:r>
        <w:rPr>
          <w:sz w:val="22"/>
        </w:rPr>
        <w:t>A. 2 cơ ức giáp và 2 cơ ức móng</w:t>
      </w:r>
    </w:p>
    <w:p>
      <w:pPr>
        <w:pStyle w:val="ListParagraph"/>
      </w:pPr>
      <w:r>
        <w:rPr>
          <w:sz w:val="22"/>
        </w:rPr>
        <w:t>B. 2 cơ ức giáp và 2 cơ vai móng</w:t>
      </w:r>
    </w:p>
    <w:p>
      <w:pPr>
        <w:pStyle w:val="ListParagraph"/>
      </w:pPr>
      <w:r>
        <w:rPr>
          <w:sz w:val="22"/>
        </w:rPr>
        <w:t>C. 2 cơ giáp móng và 2 cơ ức móng</w:t>
      </w:r>
    </w:p>
    <w:p>
      <w:pPr>
        <w:pStyle w:val="ListParagraph"/>
      </w:pPr>
      <w:r>
        <w:rPr>
          <w:sz w:val="22"/>
        </w:rPr>
        <w:t>D. 2 cơ ức giáp và 2 cơ giáp móng</w:t>
      </w:r>
    </w:p>
    <w:p/>
    <w:p>
      <w:r>
        <w:rPr>
          <w:b/>
          <w:sz w:val="24"/>
        </w:rPr>
        <w:t>Câu 24: Mô tả đúng về chức năng cơ vòng miệng:</w:t>
      </w:r>
    </w:p>
    <w:p>
      <w:pPr>
        <w:pStyle w:val="ListParagraph"/>
      </w:pPr>
      <w:r>
        <w:rPr>
          <w:sz w:val="22"/>
        </w:rPr>
        <w:t>A. Đóng miệng</w:t>
      </w:r>
    </w:p>
    <w:p>
      <w:pPr>
        <w:pStyle w:val="ListParagraph"/>
      </w:pPr>
      <w:r>
        <w:rPr>
          <w:sz w:val="22"/>
        </w:rPr>
        <w:t>B. Hạ môi dưới</w:t>
      </w:r>
    </w:p>
    <w:p>
      <w:pPr>
        <w:pStyle w:val="ListParagraph"/>
      </w:pPr>
      <w:r>
        <w:rPr>
          <w:sz w:val="22"/>
        </w:rPr>
        <w:t>C. Nâng môi trên</w:t>
      </w:r>
    </w:p>
    <w:p>
      <w:pPr>
        <w:pStyle w:val="ListParagraph"/>
      </w:pPr>
      <w:r>
        <w:rPr>
          <w:sz w:val="22"/>
        </w:rPr>
        <w:t>D. Cơ duy nhất gây nên động tác cười</w:t>
      </w:r>
    </w:p>
    <w:p/>
    <w:p>
      <w:r>
        <w:rPr>
          <w:b/>
          <w:sz w:val="24"/>
        </w:rPr>
        <w:t>Câu 25: Dây thần kinh vận động cho nhóm cơ bám da mặt là:</w:t>
      </w:r>
    </w:p>
    <w:p>
      <w:pPr>
        <w:pStyle w:val="ListParagraph"/>
      </w:pPr>
      <w:r>
        <w:rPr>
          <w:sz w:val="22"/>
        </w:rPr>
        <w:t>A. Thần kinh hàm dưới</w:t>
      </w:r>
    </w:p>
    <w:p>
      <w:pPr>
        <w:pStyle w:val="ListParagraph"/>
      </w:pPr>
      <w:r>
        <w:rPr>
          <w:sz w:val="22"/>
        </w:rPr>
        <w:t>B. Thần kinh mặt( VII)</w:t>
      </w:r>
    </w:p>
    <w:p>
      <w:pPr>
        <w:pStyle w:val="ListParagraph"/>
      </w:pPr>
      <w:r>
        <w:rPr>
          <w:sz w:val="22"/>
        </w:rPr>
        <w:t>C. Thần kinh hàm dưới và thần kinh mặt</w:t>
      </w:r>
    </w:p>
    <w:p>
      <w:pPr>
        <w:pStyle w:val="ListParagraph"/>
      </w:pPr>
      <w:r>
        <w:rPr>
          <w:sz w:val="22"/>
        </w:rPr>
        <w:t>D. Thần kinh hàm trên và thần kinh mặt</w:t>
      </w:r>
    </w:p>
    <w:p/>
    <w:p>
      <w:r>
        <w:rPr>
          <w:b/>
          <w:sz w:val="24"/>
        </w:rPr>
        <w:t>Câu 26: Dây thần kinh nào sau đây điều khiển cơ cười:</w:t>
      </w:r>
    </w:p>
    <w:p>
      <w:pPr>
        <w:pStyle w:val="ListParagraph"/>
      </w:pPr>
      <w:r>
        <w:rPr>
          <w:sz w:val="22"/>
        </w:rPr>
        <w:t>A. Dây thần kinh số V</w:t>
      </w:r>
    </w:p>
    <w:p>
      <w:pPr>
        <w:pStyle w:val="ListParagraph"/>
      </w:pPr>
      <w:r>
        <w:rPr>
          <w:sz w:val="22"/>
        </w:rPr>
        <w:t>B. Dây thần kinh số VII</w:t>
      </w:r>
    </w:p>
    <w:p>
      <w:pPr>
        <w:pStyle w:val="ListParagraph"/>
      </w:pPr>
      <w:r>
        <w:rPr>
          <w:sz w:val="22"/>
        </w:rPr>
        <w:t>C. Dây thần kinh số IX</w:t>
      </w:r>
    </w:p>
    <w:p>
      <w:pPr>
        <w:pStyle w:val="ListParagraph"/>
      </w:pPr>
      <w:r>
        <w:rPr>
          <w:sz w:val="22"/>
        </w:rPr>
        <w:t>D. Dây thần kinh số XII</w:t>
      </w:r>
    </w:p>
    <w:p/>
    <w:p>
      <w:r>
        <w:rPr>
          <w:b/>
          <w:sz w:val="24"/>
        </w:rPr>
        <w:t>Câu 27: Hố dưới hàm là nơi chứa:</w:t>
      </w:r>
    </w:p>
    <w:p>
      <w:pPr>
        <w:pStyle w:val="ListParagraph"/>
      </w:pPr>
      <w:r>
        <w:rPr>
          <w:sz w:val="22"/>
        </w:rPr>
        <w:t>A. Tuyến giáp</w:t>
      </w:r>
    </w:p>
    <w:p>
      <w:pPr>
        <w:pStyle w:val="ListParagraph"/>
      </w:pPr>
      <w:r>
        <w:rPr>
          <w:sz w:val="22"/>
        </w:rPr>
        <w:t>B. Tuyến nước bọt dưới hàm</w:t>
      </w:r>
    </w:p>
    <w:p>
      <w:pPr>
        <w:pStyle w:val="ListParagraph"/>
      </w:pPr>
      <w:r>
        <w:rPr>
          <w:sz w:val="22"/>
        </w:rPr>
        <w:t>C. Tuyến nước bọt mang tai</w:t>
      </w:r>
    </w:p>
    <w:p>
      <w:pPr>
        <w:pStyle w:val="ListParagraph"/>
      </w:pPr>
      <w:r>
        <w:rPr>
          <w:sz w:val="22"/>
        </w:rPr>
        <w:t>D. Tuyến nước bọt dưới lưỡi</w:t>
      </w:r>
    </w:p>
    <w:p/>
    <w:p>
      <w:r>
        <w:rPr>
          <w:b/>
          <w:sz w:val="24"/>
        </w:rPr>
        <w:t>Câu 28: Cơ nào sau đây có chức năng nâng xương hàm dưới:</w:t>
      </w:r>
    </w:p>
    <w:p>
      <w:pPr>
        <w:pStyle w:val="ListParagraph"/>
      </w:pPr>
      <w:r>
        <w:rPr>
          <w:sz w:val="22"/>
        </w:rPr>
        <w:t>A. Cơ cắn</w:t>
      </w:r>
    </w:p>
    <w:p>
      <w:pPr>
        <w:pStyle w:val="ListParagraph"/>
      </w:pPr>
      <w:r>
        <w:rPr>
          <w:sz w:val="22"/>
        </w:rPr>
        <w:t>B. Cơ nâng môi trên</w:t>
      </w:r>
    </w:p>
    <w:p>
      <w:pPr>
        <w:pStyle w:val="ListParagraph"/>
      </w:pPr>
      <w:r>
        <w:rPr>
          <w:sz w:val="22"/>
        </w:rPr>
        <w:t>C. Cơ gò má</w:t>
      </w:r>
    </w:p>
    <w:p>
      <w:pPr>
        <w:pStyle w:val="ListParagraph"/>
      </w:pPr>
      <w:r>
        <w:rPr>
          <w:sz w:val="22"/>
        </w:rPr>
        <w:t>D. Cơ cằm</w:t>
      </w:r>
    </w:p>
    <w:p/>
    <w:p>
      <w:r>
        <w:rPr>
          <w:b/>
          <w:sz w:val="24"/>
        </w:rPr>
        <w:t>Câu 29: Khớp đỉnh chẩm thuộc loại khớp gì?</w:t>
      </w:r>
    </w:p>
    <w:p>
      <w:pPr>
        <w:pStyle w:val="ListParagraph"/>
      </w:pPr>
      <w:r>
        <w:rPr>
          <w:sz w:val="22"/>
        </w:rPr>
        <w:t>A. Khớp sụn.</w:t>
      </w:r>
    </w:p>
    <w:p>
      <w:pPr>
        <w:pStyle w:val="ListParagraph"/>
      </w:pPr>
      <w:r>
        <w:rPr>
          <w:sz w:val="22"/>
        </w:rPr>
        <w:t>B. Khớp sợi</w:t>
      </w:r>
    </w:p>
    <w:p>
      <w:pPr>
        <w:pStyle w:val="ListParagraph"/>
      </w:pPr>
      <w:r>
        <w:rPr>
          <w:sz w:val="22"/>
        </w:rPr>
        <w:t>C. Khớp bao hoạt dịch</w:t>
      </w:r>
    </w:p>
    <w:p>
      <w:pPr>
        <w:pStyle w:val="ListParagraph"/>
      </w:pPr>
      <w:r>
        <w:rPr>
          <w:sz w:val="22"/>
        </w:rPr>
        <w:t>D. Khớp động</w:t>
      </w:r>
    </w:p>
    <w:p/>
    <w:p>
      <w:r>
        <w:rPr>
          <w:b/>
          <w:sz w:val="24"/>
        </w:rPr>
        <w:t>Câu 30: Cơ nào sau đây có chức năng hạ xương hàm dưới trong khi nói hoặc ăn:</w:t>
      </w:r>
    </w:p>
    <w:p>
      <w:pPr>
        <w:pStyle w:val="ListParagraph"/>
      </w:pPr>
      <w:r>
        <w:rPr>
          <w:sz w:val="22"/>
        </w:rPr>
        <w:t>A. Cơ mút</w:t>
      </w:r>
    </w:p>
    <w:p>
      <w:pPr>
        <w:pStyle w:val="ListParagraph"/>
      </w:pPr>
      <w:r>
        <w:rPr>
          <w:sz w:val="22"/>
        </w:rPr>
        <w:t>B. Cơ chân bướm ngoài</w:t>
      </w:r>
    </w:p>
    <w:p>
      <w:pPr>
        <w:pStyle w:val="ListParagraph"/>
      </w:pPr>
      <w:r>
        <w:rPr>
          <w:sz w:val="22"/>
        </w:rPr>
        <w:t>C. Cơ cằm</w:t>
      </w:r>
    </w:p>
    <w:p>
      <w:pPr>
        <w:pStyle w:val="ListParagraph"/>
      </w:pPr>
      <w:r>
        <w:rPr>
          <w:sz w:val="22"/>
        </w:rPr>
        <w:t>D. Cơ ngang cằm</w:t>
      </w:r>
    </w:p>
    <w:p/>
    <w:p>
      <w:r>
        <w:rPr>
          <w:b/>
          <w:sz w:val="24"/>
        </w:rPr>
        <w:t>Câu 31: Đường khớp dọc thuộc loại khớp gì?</w:t>
      </w:r>
    </w:p>
    <w:p>
      <w:pPr>
        <w:pStyle w:val="ListParagraph"/>
      </w:pPr>
      <w:r>
        <w:rPr>
          <w:sz w:val="22"/>
        </w:rPr>
        <w:t>A. Khớp động</w:t>
      </w:r>
    </w:p>
    <w:p>
      <w:pPr>
        <w:pStyle w:val="ListParagraph"/>
      </w:pPr>
      <w:r>
        <w:rPr>
          <w:sz w:val="22"/>
        </w:rPr>
        <w:t>B. Khớp bất động</w:t>
      </w:r>
    </w:p>
    <w:p>
      <w:pPr>
        <w:pStyle w:val="ListParagraph"/>
      </w:pPr>
      <w:r>
        <w:rPr>
          <w:sz w:val="22"/>
        </w:rPr>
        <w:t>C. Khớp bán động</w:t>
      </w:r>
    </w:p>
    <w:p>
      <w:pPr>
        <w:pStyle w:val="ListParagraph"/>
      </w:pPr>
      <w:r>
        <w:rPr>
          <w:sz w:val="22"/>
        </w:rPr>
        <w:t>D. Khớp sụn</w:t>
      </w:r>
    </w:p>
    <w:p/>
    <w:p>
      <w:r>
        <w:rPr>
          <w:b/>
          <w:sz w:val="24"/>
        </w:rPr>
        <w:t>Câu 32: Cơ nào sau đây là cơ trên xương móng:</w:t>
      </w:r>
    </w:p>
    <w:p>
      <w:pPr>
        <w:pStyle w:val="ListParagraph"/>
      </w:pPr>
      <w:r>
        <w:rPr>
          <w:sz w:val="22"/>
        </w:rPr>
        <w:t>A. Cơ trâm móng</w:t>
      </w:r>
    </w:p>
    <w:p>
      <w:pPr>
        <w:pStyle w:val="ListParagraph"/>
      </w:pPr>
      <w:r>
        <w:rPr>
          <w:sz w:val="22"/>
        </w:rPr>
        <w:t>B. Cơ ức móng​</w:t>
      </w:r>
    </w:p>
    <w:p>
      <w:pPr>
        <w:pStyle w:val="ListParagraph"/>
      </w:pPr>
      <w:r>
        <w:rPr>
          <w:sz w:val="22"/>
        </w:rPr>
        <w:t>C. Cơ vai móng</w:t>
      </w:r>
    </w:p>
    <w:p>
      <w:pPr>
        <w:pStyle w:val="ListParagraph"/>
      </w:pPr>
      <w:r>
        <w:rPr>
          <w:sz w:val="22"/>
        </w:rPr>
        <w:t>D. Cơ giáp móng</w:t>
      </w:r>
    </w:p>
    <w:p/>
    <w:p>
      <w:r>
        <w:rPr>
          <w:b/>
          <w:sz w:val="24"/>
        </w:rPr>
        <w:t>Câu 33: Mô tả nào sau đây đúng về cơ ức đòn chũm:</w:t>
      </w:r>
    </w:p>
    <w:p>
      <w:pPr>
        <w:pStyle w:val="ListParagraph"/>
      </w:pPr>
      <w:r>
        <w:rPr>
          <w:sz w:val="22"/>
        </w:rPr>
        <w:t>A. Nó là  cơ của vùng cổ sau</w:t>
      </w:r>
    </w:p>
    <w:p>
      <w:pPr>
        <w:pStyle w:val="ListParagraph"/>
      </w:pPr>
      <w:r>
        <w:rPr>
          <w:sz w:val="22"/>
        </w:rPr>
        <w:t>B. Khi cơ ở bên nào co làm nghiêng đầu về vai phía đối diện</w:t>
      </w:r>
    </w:p>
    <w:p>
      <w:pPr>
        <w:pStyle w:val="ListParagraph"/>
      </w:pPr>
      <w:r>
        <w:rPr>
          <w:sz w:val="22"/>
        </w:rPr>
        <w:t>C. Hai cơ co kéo đầu ra trước</w:t>
      </w:r>
    </w:p>
    <w:p>
      <w:pPr>
        <w:pStyle w:val="ListParagraph"/>
      </w:pPr>
      <w:r>
        <w:rPr>
          <w:sz w:val="22"/>
        </w:rPr>
        <w:t>D. Khi co ở bên nào làm cho mặt quay về bên đó</w:t>
      </w:r>
    </w:p>
    <w:p/>
    <w:p>
      <w:r>
        <w:rPr>
          <w:b/>
          <w:sz w:val="24"/>
        </w:rPr>
        <w:t>Câu 34: Mô tả nào sau đây về cơ trên móng và cơ dưới móng  đúng:</w:t>
      </w:r>
    </w:p>
    <w:p>
      <w:pPr>
        <w:pStyle w:val="ListParagraph"/>
      </w:pPr>
      <w:r>
        <w:rPr>
          <w:sz w:val="22"/>
        </w:rPr>
        <w:t>A. Gồm 3 cơ nối xương móng vào sọ và 4 cơ dưới móng</w:t>
      </w:r>
    </w:p>
    <w:p>
      <w:pPr>
        <w:pStyle w:val="ListParagraph"/>
      </w:pPr>
      <w:r>
        <w:rPr>
          <w:sz w:val="22"/>
        </w:rPr>
        <w:t>B. Giúp cố định xương móng khi cùng co</w:t>
      </w:r>
    </w:p>
    <w:p>
      <w:pPr>
        <w:pStyle w:val="ListParagraph"/>
      </w:pPr>
      <w:r>
        <w:rPr>
          <w:sz w:val="22"/>
        </w:rPr>
        <w:t>C. Đều là những cơ có hai bụng</w:t>
      </w:r>
    </w:p>
    <w:p>
      <w:pPr>
        <w:pStyle w:val="ListParagraph"/>
      </w:pPr>
      <w:r>
        <w:rPr>
          <w:sz w:val="22"/>
        </w:rPr>
        <w:t>D. Không tham gia vào cử động nuốt</w:t>
      </w:r>
    </w:p>
    <w:p/>
    <w:p>
      <w:r>
        <w:rPr>
          <w:b/>
          <w:sz w:val="24"/>
        </w:rPr>
        <w:t>Câu 35: Cơ nào sao đây làm môi đóng lại:</w:t>
      </w:r>
    </w:p>
    <w:p>
      <w:pPr>
        <w:pStyle w:val="ListParagraph"/>
      </w:pPr>
      <w:r>
        <w:rPr>
          <w:sz w:val="22"/>
        </w:rPr>
        <w:t>A. Cơ chân bướm ngoài</w:t>
      </w:r>
    </w:p>
    <w:p>
      <w:pPr>
        <w:pStyle w:val="ListParagraph"/>
      </w:pPr>
      <w:r>
        <w:rPr>
          <w:sz w:val="22"/>
        </w:rPr>
        <w:t>B. Cơ chân bướm trong</w:t>
      </w:r>
    </w:p>
    <w:p>
      <w:pPr>
        <w:pStyle w:val="ListParagraph"/>
      </w:pPr>
      <w:r>
        <w:rPr>
          <w:sz w:val="22"/>
        </w:rPr>
        <w:t>C. Cơ mút</w:t>
      </w:r>
    </w:p>
    <w:p>
      <w:pPr>
        <w:pStyle w:val="ListParagraph"/>
      </w:pPr>
      <w:r>
        <w:rPr>
          <w:sz w:val="22"/>
        </w:rPr>
        <w:t>D. Cơ cắn</w:t>
      </w:r>
    </w:p>
    <w:p/>
    <w:p>
      <w:r>
        <w:rPr>
          <w:b/>
          <w:sz w:val="24"/>
        </w:rPr>
        <w:t>Câu 36: Một bệnh nhân chấn thương sọ não máu chảy ra từ ống tai ngoài xương có khả năng tổn thương nhất là</w:t>
      </w:r>
    </w:p>
    <w:p>
      <w:pPr>
        <w:pStyle w:val="ListParagraph"/>
      </w:pPr>
      <w:r>
        <w:rPr>
          <w:sz w:val="22"/>
        </w:rPr>
        <w:t>A. Xương trán</w:t>
      </w:r>
    </w:p>
    <w:p>
      <w:pPr>
        <w:pStyle w:val="ListParagraph"/>
      </w:pPr>
      <w:r>
        <w:rPr>
          <w:sz w:val="22"/>
        </w:rPr>
        <w:t>B. Xương sàng</w:t>
      </w:r>
    </w:p>
    <w:p>
      <w:pPr>
        <w:pStyle w:val="ListParagraph"/>
      </w:pPr>
      <w:r>
        <w:rPr>
          <w:sz w:val="22"/>
        </w:rPr>
        <w:t>C. Phần đá xương thái dương</w:t>
      </w:r>
    </w:p>
    <w:p>
      <w:pPr>
        <w:pStyle w:val="ListParagraph"/>
      </w:pPr>
      <w:r>
        <w:rPr>
          <w:sz w:val="22"/>
        </w:rPr>
        <w:t>D. Xương bướm</w:t>
      </w:r>
    </w:p>
    <w:p/>
    <w:p>
      <w:r>
        <w:rPr>
          <w:b/>
          <w:sz w:val="24"/>
        </w:rPr>
        <w:t>Câu 37: Một BN chấn thương sọ não với dấu hiệu đeo kính râm, xương có khả năng tổn thương nhất là:</w:t>
      </w:r>
    </w:p>
    <w:p>
      <w:pPr>
        <w:pStyle w:val="ListParagraph"/>
      </w:pPr>
      <w:r>
        <w:rPr>
          <w:sz w:val="22"/>
        </w:rPr>
        <w:t>A. Xương trán</w:t>
      </w:r>
    </w:p>
    <w:p>
      <w:pPr>
        <w:pStyle w:val="ListParagraph"/>
      </w:pPr>
      <w:r>
        <w:rPr>
          <w:sz w:val="22"/>
        </w:rPr>
        <w:t>B. Xương sàng</w:t>
      </w:r>
    </w:p>
    <w:p>
      <w:pPr>
        <w:pStyle w:val="ListParagraph"/>
      </w:pPr>
      <w:r>
        <w:rPr>
          <w:sz w:val="22"/>
        </w:rPr>
        <w:t>C. Xương bướm</w:t>
      </w:r>
    </w:p>
    <w:p>
      <w:pPr>
        <w:pStyle w:val="ListParagraph"/>
      </w:pPr>
      <w:r>
        <w:rPr>
          <w:sz w:val="22"/>
        </w:rPr>
        <w:t>D. Xương thái dương</w:t>
      </w:r>
    </w:p>
    <w:p/>
    <w:p>
      <w:r>
        <w:rPr>
          <w:b/>
          <w:sz w:val="24"/>
        </w:rPr>
        <w:t>Câu 38: Xương sọ tạng được chỉ ở đầu mũi tên là xương:</w:t>
      </w:r>
    </w:p>
    <w:p>
      <w:pPr>
        <w:pStyle w:val="ListParagraph"/>
      </w:pPr>
      <w:r>
        <w:rPr>
          <w:sz w:val="22"/>
        </w:rPr>
        <w:t>A. Xương hàm trên</w:t>
      </w:r>
    </w:p>
    <w:p>
      <w:pPr>
        <w:pStyle w:val="ListParagraph"/>
      </w:pPr>
      <w:r>
        <w:rPr>
          <w:sz w:val="22"/>
        </w:rPr>
        <w:t>B. Xương lá mía</w:t>
      </w:r>
    </w:p>
    <w:p>
      <w:pPr>
        <w:pStyle w:val="ListParagraph"/>
      </w:pPr>
      <w:r>
        <w:rPr>
          <w:sz w:val="22"/>
        </w:rPr>
        <w:t>C. Xương khẩu cái</w:t>
      </w:r>
    </w:p>
    <w:p>
      <w:pPr>
        <w:pStyle w:val="ListParagraph"/>
      </w:pPr>
      <w:r>
        <w:rPr>
          <w:sz w:val="22"/>
        </w:rPr>
        <w:t>D. Xoăn mũi dưới</w:t>
      </w:r>
    </w:p>
    <w:p/>
    <w:p>
      <w:r>
        <w:rPr>
          <w:b/>
          <w:sz w:val="24"/>
        </w:rPr>
        <w:t>Câu 39: Xương sọ thần kinh được chỉ ở đầu mũi tên là xương:</w:t>
      </w:r>
    </w:p>
    <w:p>
      <w:pPr>
        <w:pStyle w:val="ListParagraph"/>
      </w:pPr>
      <w:r>
        <w:rPr>
          <w:sz w:val="22"/>
        </w:rPr>
        <w:t>A. Xương thái dương</w:t>
      </w:r>
    </w:p>
    <w:p>
      <w:pPr>
        <w:pStyle w:val="ListParagraph"/>
      </w:pPr>
      <w:r>
        <w:rPr>
          <w:sz w:val="22"/>
        </w:rPr>
        <w:t>B. Xương bướm</w:t>
      </w:r>
    </w:p>
    <w:p>
      <w:pPr>
        <w:pStyle w:val="ListParagraph"/>
      </w:pPr>
      <w:r>
        <w:rPr>
          <w:sz w:val="22"/>
        </w:rPr>
        <w:t>C. Xương đỉnh</w:t>
      </w:r>
    </w:p>
    <w:p>
      <w:pPr>
        <w:pStyle w:val="ListParagraph"/>
      </w:pPr>
      <w:r>
        <w:rPr>
          <w:sz w:val="22"/>
        </w:rPr>
        <w:t>D. Xương chẩm</w:t>
      </w:r>
    </w:p>
    <w:p/>
    <w:p>
      <w:r>
        <w:rPr>
          <w:b/>
          <w:sz w:val="24"/>
        </w:rPr>
        <w:t>Câu 40: Cấu trúc được chỉ ra trên vòm sọ trẻ sơ sinh sau:</w:t>
      </w:r>
    </w:p>
    <w:p>
      <w:pPr>
        <w:pStyle w:val="ListParagraph"/>
      </w:pPr>
      <w:r>
        <w:rPr>
          <w:sz w:val="22"/>
        </w:rPr>
        <w:t>A. Thóp trước</w:t>
      </w:r>
    </w:p>
    <w:p>
      <w:pPr>
        <w:pStyle w:val="ListParagraph"/>
      </w:pPr>
      <w:r>
        <w:rPr>
          <w:sz w:val="22"/>
        </w:rPr>
        <w:t>B. Thóp sau</w:t>
      </w:r>
    </w:p>
    <w:p>
      <w:pPr>
        <w:pStyle w:val="ListParagraph"/>
      </w:pPr>
      <w:r>
        <w:rPr>
          <w:sz w:val="22"/>
        </w:rPr>
        <w:t>C. Thóp bên trước</w:t>
      </w:r>
    </w:p>
    <w:p>
      <w:pPr>
        <w:pStyle w:val="ListParagraph"/>
      </w:pPr>
      <w:r>
        <w:rPr>
          <w:sz w:val="22"/>
        </w:rPr>
        <w:t>D. Thóp bên sau</w:t>
      </w:r>
    </w:p>
    <w:p/>
    <w:p>
      <w:r>
        <w:rPr>
          <w:b/>
          <w:sz w:val="24"/>
        </w:rPr>
        <w:t>Câu 41: Cấu trúc được chỉ ra trên hình ảnh xương bướm sau là:</w:t>
      </w:r>
    </w:p>
    <w:p>
      <w:pPr>
        <w:pStyle w:val="ListParagraph"/>
      </w:pPr>
      <w:r>
        <w:rPr>
          <w:sz w:val="22"/>
        </w:rPr>
        <w:t>A. Chân bướm</w:t>
      </w:r>
    </w:p>
    <w:p>
      <w:pPr>
        <w:pStyle w:val="ListParagraph"/>
      </w:pPr>
      <w:r>
        <w:rPr>
          <w:sz w:val="22"/>
        </w:rPr>
        <w:t>B. Cánh lớn</w:t>
      </w:r>
    </w:p>
    <w:p>
      <w:pPr>
        <w:pStyle w:val="ListParagraph"/>
      </w:pPr>
      <w:r>
        <w:rPr>
          <w:sz w:val="22"/>
        </w:rPr>
        <w:t>C. Cánh nhỏ</w:t>
      </w:r>
    </w:p>
    <w:p>
      <w:pPr>
        <w:pStyle w:val="ListParagraph"/>
      </w:pPr>
      <w:r>
        <w:rPr>
          <w:sz w:val="22"/>
        </w:rPr>
        <w:t>D. Hố yên</w:t>
      </w:r>
    </w:p>
    <w:p/>
    <w:p>
      <w:r>
        <w:rPr>
          <w:b/>
          <w:sz w:val="24"/>
        </w:rPr>
        <w:t>Câu 42: Cơ thuộc nhóm cơ nhai  được chỉ ra ở đầu mũi tên sau là:</w:t>
      </w:r>
    </w:p>
    <w:p>
      <w:pPr>
        <w:pStyle w:val="ListParagraph"/>
      </w:pPr>
      <w:r>
        <w:rPr>
          <w:sz w:val="22"/>
        </w:rPr>
        <w:t>A. Cơ cắn</w:t>
      </w:r>
    </w:p>
    <w:p>
      <w:pPr>
        <w:pStyle w:val="ListParagraph"/>
      </w:pPr>
      <w:r>
        <w:rPr>
          <w:sz w:val="22"/>
        </w:rPr>
        <w:t>B. Cơ chân bướm trong</w:t>
      </w:r>
    </w:p>
    <w:p>
      <w:pPr>
        <w:pStyle w:val="ListParagraph"/>
      </w:pPr>
      <w:r>
        <w:rPr>
          <w:sz w:val="22"/>
        </w:rPr>
        <w:t>C. Cơ chân bướm ngoài</w:t>
      </w:r>
    </w:p>
    <w:p>
      <w:pPr>
        <w:pStyle w:val="ListParagraph"/>
      </w:pPr>
      <w:r>
        <w:rPr>
          <w:sz w:val="22"/>
        </w:rPr>
        <w:t>D. Cơ thái dương</w:t>
      </w:r>
    </w:p>
    <w:p/>
    <w:p>
      <w:r>
        <w:rPr>
          <w:b/>
          <w:sz w:val="24"/>
        </w:rPr>
        <w:t>Câu 43: Cơ thuộc nhóm cơ vùng cổ  bên  được chỉ ra ở đầu mũi tên sau là:</w:t>
      </w:r>
    </w:p>
    <w:p>
      <w:pPr>
        <w:pStyle w:val="ListParagraph"/>
      </w:pPr>
      <w:r>
        <w:rPr>
          <w:sz w:val="22"/>
        </w:rPr>
        <w:t>A. Cơ bám da cổ</w:t>
      </w:r>
    </w:p>
    <w:p>
      <w:pPr>
        <w:pStyle w:val="ListParagraph"/>
      </w:pPr>
      <w:r>
        <w:rPr>
          <w:sz w:val="22"/>
        </w:rPr>
        <w:t>B. Cơ ức đòn chũm</w:t>
      </w:r>
    </w:p>
    <w:p>
      <w:pPr>
        <w:pStyle w:val="ListParagraph"/>
      </w:pPr>
      <w:r>
        <w:rPr>
          <w:sz w:val="22"/>
        </w:rPr>
        <w:t>C. Cơ ức móng</w:t>
      </w:r>
    </w:p>
    <w:p>
      <w:pPr>
        <w:pStyle w:val="ListParagraph"/>
      </w:pPr>
      <w:r>
        <w:rPr>
          <w:sz w:val="22"/>
        </w:rPr>
        <w:t>D. Cơ ức giáp</w:t>
      </w:r>
    </w:p>
    <w:p/>
    <w:p>
      <w:r>
        <w:rPr>
          <w:b/>
          <w:sz w:val="24"/>
        </w:rPr>
        <w:t>Câu 44: Cơ thuộc nhóm cơ nhai được chỉ ra ở đầu mũi tên sau là:</w:t>
      </w:r>
    </w:p>
    <w:p>
      <w:pPr>
        <w:pStyle w:val="ListParagraph"/>
      </w:pPr>
      <w:r>
        <w:rPr>
          <w:sz w:val="22"/>
        </w:rPr>
        <w:t>A. Cơ cắn</w:t>
      </w:r>
    </w:p>
    <w:p>
      <w:pPr>
        <w:pStyle w:val="ListParagraph"/>
      </w:pPr>
      <w:r>
        <w:rPr>
          <w:sz w:val="22"/>
        </w:rPr>
        <w:t>B. Cơ chân bướm trong</w:t>
      </w:r>
    </w:p>
    <w:p>
      <w:pPr>
        <w:pStyle w:val="ListParagraph"/>
      </w:pPr>
      <w:r>
        <w:rPr>
          <w:sz w:val="22"/>
        </w:rPr>
        <w:t>C. Cơ chân bướm ngoài</w:t>
      </w:r>
    </w:p>
    <w:p>
      <w:pPr>
        <w:pStyle w:val="ListParagraph"/>
      </w:pPr>
      <w:r>
        <w:rPr>
          <w:sz w:val="22"/>
        </w:rPr>
        <w:t>D. Cơ thái dương</w:t>
      </w:r>
    </w:p>
    <w:p/>
    <w:p>
      <w:r>
        <w:rPr>
          <w:b/>
          <w:sz w:val="24"/>
        </w:rPr>
        <w:t>Câu 45: Cấu trúc được chỉ ra trên xương hàm dưới sau là:</w:t>
      </w:r>
    </w:p>
    <w:p>
      <w:pPr>
        <w:pStyle w:val="ListParagraph"/>
      </w:pPr>
      <w:r>
        <w:rPr>
          <w:sz w:val="22"/>
        </w:rPr>
        <w:t>A. Góc hàm</w:t>
      </w:r>
    </w:p>
    <w:p>
      <w:pPr>
        <w:pStyle w:val="ListParagraph"/>
      </w:pPr>
      <w:r>
        <w:rPr>
          <w:sz w:val="22"/>
        </w:rPr>
        <w:t>B. Thân xương</w:t>
      </w:r>
    </w:p>
    <w:p>
      <w:pPr>
        <w:pStyle w:val="ListParagraph"/>
      </w:pPr>
      <w:r>
        <w:rPr>
          <w:sz w:val="22"/>
        </w:rPr>
        <w:t>C. Ngành xương</w:t>
      </w:r>
    </w:p>
    <w:p>
      <w:pPr>
        <w:pStyle w:val="ListParagraph"/>
      </w:pPr>
      <w:r>
        <w:rPr>
          <w:sz w:val="22"/>
        </w:rPr>
        <w:t>D. Khuyết xương</w:t>
      </w:r>
    </w:p>
    <w:p/>
    <w:p>
      <w:r>
        <w:rPr>
          <w:b/>
          <w:sz w:val="24"/>
        </w:rPr>
        <w:t>Câu 46: Đường khớp của vòm sọ được chỉ ra ở đầu mũi tên trên hình ảnh xương sọ là:</w:t>
      </w:r>
    </w:p>
    <w:p>
      <w:pPr>
        <w:pStyle w:val="ListParagraph"/>
      </w:pPr>
      <w:r>
        <w:rPr>
          <w:sz w:val="22"/>
        </w:rPr>
        <w:t>A. Khớp dọc</w:t>
      </w:r>
    </w:p>
    <w:p>
      <w:pPr>
        <w:pStyle w:val="ListParagraph"/>
      </w:pPr>
      <w:r>
        <w:rPr>
          <w:sz w:val="22"/>
        </w:rPr>
        <w:t>B. Khớp vành</w:t>
      </w:r>
    </w:p>
    <w:p>
      <w:pPr>
        <w:pStyle w:val="ListParagraph"/>
      </w:pPr>
      <w:r>
        <w:rPr>
          <w:sz w:val="22"/>
        </w:rPr>
        <w:t>C. Khớp trai</w:t>
      </w:r>
    </w:p>
    <w:p>
      <w:pPr>
        <w:pStyle w:val="ListParagraph"/>
      </w:pPr>
      <w:r>
        <w:rPr>
          <w:sz w:val="22"/>
        </w:rPr>
        <w:t>D. Khớp đỉnh - chẩm</w:t>
      </w:r>
    </w:p>
    <w:p/>
    <w:p>
      <w:r>
        <w:rPr>
          <w:b/>
          <w:sz w:val="24"/>
        </w:rPr>
        <w:t>Câu 47: Cơ thuộc nhóm cơ quanh miệng được chỉ ra ở đầu mũi tên sau là:</w:t>
      </w:r>
    </w:p>
    <w:p>
      <w:pPr>
        <w:pStyle w:val="ListParagraph"/>
      </w:pPr>
      <w:r>
        <w:rPr>
          <w:sz w:val="22"/>
        </w:rPr>
        <w:t>A. Cơ mút</w:t>
      </w:r>
    </w:p>
    <w:p>
      <w:pPr>
        <w:pStyle w:val="ListParagraph"/>
      </w:pPr>
      <w:r>
        <w:rPr>
          <w:sz w:val="22"/>
        </w:rPr>
        <w:t>B. Cơ vòng miệng</w:t>
      </w:r>
    </w:p>
    <w:p>
      <w:pPr>
        <w:pStyle w:val="ListParagraph"/>
      </w:pPr>
      <w:r>
        <w:rPr>
          <w:sz w:val="22"/>
        </w:rPr>
        <w:t>C. Cơ cười</w:t>
      </w:r>
    </w:p>
    <w:p>
      <w:pPr>
        <w:pStyle w:val="ListParagraph"/>
      </w:pPr>
      <w:r>
        <w:rPr>
          <w:sz w:val="22"/>
        </w:rPr>
        <w:t>D. Cơ nâng môi trên</w:t>
      </w:r>
    </w:p>
    <w:p/>
    <w:p>
      <w:r>
        <w:rPr>
          <w:b/>
          <w:sz w:val="24"/>
        </w:rPr>
        <w:t>Câu 48: Tĩnh mạch vùng cổ được chỉ ra ở đầu mũi tên sau là:</w:t>
      </w:r>
    </w:p>
    <w:p>
      <w:pPr>
        <w:pStyle w:val="ListParagraph"/>
      </w:pPr>
      <w:r>
        <w:rPr>
          <w:sz w:val="22"/>
        </w:rPr>
        <w:t>A. Tĩnh mạch cảnh ngoài</w:t>
      </w:r>
    </w:p>
    <w:p>
      <w:pPr>
        <w:pStyle w:val="ListParagraph"/>
      </w:pPr>
      <w:r>
        <w:rPr>
          <w:sz w:val="22"/>
        </w:rPr>
        <w:t>B. Tĩnh mạch cảnh trong</w:t>
      </w:r>
    </w:p>
    <w:p>
      <w:pPr>
        <w:pStyle w:val="ListParagraph"/>
      </w:pPr>
      <w:r>
        <w:rPr>
          <w:sz w:val="22"/>
        </w:rPr>
        <w:t>C. Tĩnh mạch dưới đòn</w:t>
      </w:r>
    </w:p>
    <w:p>
      <w:pPr>
        <w:pStyle w:val="ListParagraph"/>
      </w:pPr>
      <w:r>
        <w:rPr>
          <w:sz w:val="22"/>
        </w:rPr>
        <w:t>D. Tĩnh mạch cảnh chung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D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B</w:t>
      </w:r>
    </w:p>
    <w:p>
      <w:r>
        <w:rPr>
          <w:b/>
        </w:rPr>
        <w:t>Câu 21: Đáp án đúng: C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D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B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B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B</w:t>
      </w:r>
    </w:p>
    <w:p>
      <w:r>
        <w:rPr>
          <w:b/>
        </w:rPr>
        <w:t>Câu 30: Đáp án đúng: B</w:t>
      </w:r>
    </w:p>
    <w:p>
      <w:r>
        <w:rPr>
          <w:b/>
        </w:rPr>
        <w:t>Câu 31: Đáp án đúng: B</w:t>
      </w:r>
    </w:p>
    <w:p>
      <w:r>
        <w:rPr>
          <w:b/>
        </w:rPr>
        <w:t>Câu 32: Đáp án đúng: A</w:t>
      </w:r>
    </w:p>
    <w:p>
      <w:r>
        <w:rPr>
          <w:b/>
        </w:rPr>
        <w:t>Câu 33: Đáp án đúng: C</w:t>
      </w:r>
    </w:p>
    <w:p>
      <w:r>
        <w:rPr>
          <w:b/>
        </w:rPr>
        <w:t>Câu 34: Đáp án đúng: B</w:t>
      </w:r>
    </w:p>
    <w:p>
      <w:r>
        <w:rPr>
          <w:b/>
        </w:rPr>
        <w:t>Câu 35: Đáp án đúng: C</w:t>
      </w:r>
    </w:p>
    <w:p>
      <w:r>
        <w:rPr>
          <w:b/>
        </w:rPr>
        <w:t>Câu 36: Đáp án đúng: C</w:t>
      </w:r>
    </w:p>
    <w:p>
      <w:r>
        <w:rPr>
          <w:b/>
        </w:rPr>
        <w:t>Câu 37: Đáp án đúng: B</w:t>
      </w:r>
    </w:p>
    <w:p>
      <w:r>
        <w:rPr>
          <w:b/>
        </w:rPr>
        <w:t>Câu 38: Đáp án đúng: A</w:t>
      </w:r>
    </w:p>
    <w:p>
      <w:r>
        <w:rPr>
          <w:b/>
        </w:rPr>
        <w:t>Câu 39: Đáp án đúng: A</w:t>
      </w:r>
    </w:p>
    <w:p>
      <w:r>
        <w:rPr>
          <w:b/>
        </w:rPr>
        <w:t>Câu 40: Đáp án đúng: B</w:t>
      </w:r>
    </w:p>
    <w:p>
      <w:r>
        <w:rPr>
          <w:b/>
        </w:rPr>
        <w:t>Câu 41: Đáp án đúng: D</w:t>
      </w:r>
    </w:p>
    <w:p>
      <w:r>
        <w:rPr>
          <w:b/>
        </w:rPr>
        <w:t>Câu 42: Đáp án đúng: A</w:t>
      </w:r>
    </w:p>
    <w:p>
      <w:r>
        <w:rPr>
          <w:b/>
        </w:rPr>
        <w:t>Câu 43: Đáp án đúng: B</w:t>
      </w:r>
    </w:p>
    <w:p>
      <w:r>
        <w:rPr>
          <w:b/>
        </w:rPr>
        <w:t>Câu 44: Đáp án đúng: D</w:t>
      </w:r>
    </w:p>
    <w:p>
      <w:r>
        <w:rPr>
          <w:b/>
        </w:rPr>
        <w:t>Câu 45: Đáp án đúng: A</w:t>
      </w:r>
    </w:p>
    <w:p>
      <w:r>
        <w:rPr>
          <w:b/>
        </w:rPr>
        <w:t>Câu 46: Đáp án đúng: B</w:t>
      </w:r>
    </w:p>
    <w:p>
      <w:r>
        <w:rPr>
          <w:b/>
        </w:rPr>
        <w:t>Câu 47: Đáp án đúng: B</w:t>
      </w:r>
    </w:p>
    <w:p>
      <w:r>
        <w:rPr>
          <w:b/>
        </w:rPr>
        <w:t>Câu 48: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