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cmktqt</w:t>
      </w:r>
    </w:p>
    <w:p>
      <w:pPr>
        <w:jc w:val="center"/>
      </w:pPr>
      <w:r>
        <w:rPr>
          <w:sz w:val="22"/>
        </w:rPr>
        <w:t>Số câu: 200    Thời gian: _____ phút    Họ và tên: _________________________</w:t>
      </w:r>
    </w:p>
    <w:p/>
    <w:p>
      <w:r>
        <w:rPr>
          <w:b/>
          <w:sz w:val="24"/>
        </w:rPr>
        <w:t>Câu 1: Số nào là số nguyên tố?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Kết quả của 12 × 8 là:</w:t>
      </w:r>
    </w:p>
    <w:p>
      <w:pPr>
        <w:pStyle w:val="ListParagraph"/>
      </w:pPr>
      <w:r>
        <w:rPr>
          <w:sz w:val="22"/>
        </w:rPr>
        <w:t>A. 96</w:t>
      </w:r>
    </w:p>
    <w:p>
      <w:pPr>
        <w:pStyle w:val="ListParagraph"/>
      </w:pPr>
      <w:r>
        <w:rPr>
          <w:sz w:val="22"/>
        </w:rPr>
        <w:t>B. 86</w:t>
      </w:r>
    </w:p>
    <w:p>
      <w:pPr>
        <w:pStyle w:val="ListParagraph"/>
      </w:pPr>
      <w:r>
        <w:rPr>
          <w:sz w:val="22"/>
        </w:rPr>
        <w:t>C. 108</w:t>
      </w:r>
    </w:p>
    <w:p>
      <w:pPr>
        <w:pStyle w:val="ListParagraph"/>
      </w:pPr>
      <w:r>
        <w:rPr>
          <w:sz w:val="22"/>
        </w:rPr>
        <w:t>D. 92</w:t>
      </w:r>
    </w:p>
    <w:p/>
    <w:p>
      <w:r>
        <w:rPr>
          <w:b/>
          <w:sz w:val="24"/>
        </w:rPr>
        <w:t>Câu 3: Ước chung lớn nhất của 12 và 18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4: Số đối của 5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-5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1/5</w:t>
      </w:r>
    </w:p>
    <w:p/>
    <w:p>
      <w:r>
        <w:rPr>
          <w:b/>
          <w:sz w:val="24"/>
        </w:rPr>
        <w:t>Câu 5: Giá trị của $2^3$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12</w:t>
      </w:r>
    </w:p>
    <w:p/>
    <w:p>
      <w:r>
        <w:rPr>
          <w:b/>
          <w:sz w:val="24"/>
        </w:rPr>
        <w:t>Câu 6: Nghiệm của phương trình $x + 3 = 7$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7: Diện tích hình chữ nhật có chiều dài 5, chiều rộng 3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10</w:t>
      </w:r>
    </w:p>
    <w:p/>
    <w:p>
      <w:r>
        <w:rPr>
          <w:b/>
          <w:sz w:val="24"/>
        </w:rPr>
        <w:t>Câu 8: Chu vi hình vuông cạnh 4 là: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9: Số pi xấp xỉ bằng:</w:t>
      </w:r>
    </w:p>
    <w:p>
      <w:pPr>
        <w:pStyle w:val="ListParagraph"/>
      </w:pPr>
      <w:r>
        <w:rPr>
          <w:sz w:val="22"/>
        </w:rPr>
        <w:t>A. 3,14</w:t>
      </w:r>
    </w:p>
    <w:p>
      <w:pPr>
        <w:pStyle w:val="ListParagraph"/>
      </w:pPr>
      <w:r>
        <w:rPr>
          <w:sz w:val="22"/>
        </w:rPr>
        <w:t>B. 2,14</w:t>
      </w:r>
    </w:p>
    <w:p>
      <w:pPr>
        <w:pStyle w:val="ListParagraph"/>
      </w:pPr>
      <w:r>
        <w:rPr>
          <w:sz w:val="22"/>
        </w:rPr>
        <w:t>C. 4,13</w:t>
      </w:r>
    </w:p>
    <w:p>
      <w:pPr>
        <w:pStyle w:val="ListParagraph"/>
      </w:pPr>
      <w:r>
        <w:rPr>
          <w:sz w:val="22"/>
        </w:rPr>
        <w:t>D. 3,41</w:t>
      </w:r>
    </w:p>
    <w:p/>
    <w:p>
      <w:r>
        <w:rPr>
          <w:b/>
          <w:sz w:val="24"/>
        </w:rPr>
        <w:t>Câu 10: Tam giác có ba cạnh bằng nhau gọi là:</w:t>
      </w:r>
    </w:p>
    <w:p>
      <w:pPr>
        <w:pStyle w:val="ListParagraph"/>
      </w:pPr>
      <w:r>
        <w:rPr>
          <w:sz w:val="22"/>
        </w:rPr>
        <w:t>A. Tam giác vuông</w:t>
      </w:r>
    </w:p>
    <w:p>
      <w:pPr>
        <w:pStyle w:val="ListParagraph"/>
      </w:pPr>
      <w:r>
        <w:rPr>
          <w:sz w:val="22"/>
        </w:rPr>
        <w:t>B. Tam giác cân</w:t>
      </w:r>
    </w:p>
    <w:p>
      <w:pPr>
        <w:pStyle w:val="ListParagraph"/>
      </w:pPr>
      <w:r>
        <w:rPr>
          <w:sz w:val="22"/>
        </w:rPr>
        <w:t>C. Tam giác đều</w:t>
      </w:r>
    </w:p>
    <w:p>
      <w:pPr>
        <w:pStyle w:val="ListParagraph"/>
      </w:pPr>
      <w:r>
        <w:rPr>
          <w:sz w:val="22"/>
        </w:rPr>
        <w:t>D. Tam giác thường</w:t>
      </w:r>
    </w:p>
    <w:p/>
    <w:p>
      <w:r>
        <w:rPr>
          <w:b/>
          <w:sz w:val="24"/>
        </w:rPr>
        <w:t>Câu 11: Tổng các góc trong một tam giác là:</w:t>
      </w:r>
    </w:p>
    <w:p>
      <w:pPr>
        <w:pStyle w:val="ListParagraph"/>
      </w:pPr>
      <w:r>
        <w:rPr>
          <w:sz w:val="22"/>
        </w:rPr>
        <w:t>A. 90°</w:t>
      </w:r>
    </w:p>
    <w:p>
      <w:pPr>
        <w:pStyle w:val="ListParagraph"/>
      </w:pPr>
      <w:r>
        <w:rPr>
          <w:sz w:val="22"/>
        </w:rPr>
        <w:t>B. 180°</w:t>
      </w:r>
    </w:p>
    <w:p>
      <w:pPr>
        <w:pStyle w:val="ListParagraph"/>
      </w:pPr>
      <w:r>
        <w:rPr>
          <w:sz w:val="22"/>
        </w:rPr>
        <w:t>C. 270°</w:t>
      </w:r>
    </w:p>
    <w:p>
      <w:pPr>
        <w:pStyle w:val="ListParagraph"/>
      </w:pPr>
      <w:r>
        <w:rPr>
          <w:sz w:val="22"/>
        </w:rPr>
        <w:t>D. 360°</w:t>
      </w:r>
    </w:p>
    <w:p/>
    <w:p>
      <w:r>
        <w:rPr>
          <w:b/>
          <w:sz w:val="24"/>
        </w:rPr>
        <w:t>Câu 12: Số 0,25 viết dưới dạng phân số là:</w:t>
      </w:r>
    </w:p>
    <w:p>
      <w:pPr>
        <w:pStyle w:val="ListParagraph"/>
      </w:pPr>
      <w:r>
        <w:rPr>
          <w:sz w:val="22"/>
        </w:rPr>
        <w:t>A. 1/2</w:t>
      </w:r>
    </w:p>
    <w:p>
      <w:pPr>
        <w:pStyle w:val="ListParagraph"/>
      </w:pPr>
      <w:r>
        <w:rPr>
          <w:sz w:val="22"/>
        </w:rPr>
        <w:t>B. 1/3</w:t>
      </w:r>
    </w:p>
    <w:p>
      <w:pPr>
        <w:pStyle w:val="ListParagraph"/>
      </w:pPr>
      <w:r>
        <w:rPr>
          <w:sz w:val="22"/>
        </w:rPr>
        <w:t>C. 1/4</w:t>
      </w:r>
    </w:p>
    <w:p>
      <w:pPr>
        <w:pStyle w:val="ListParagraph"/>
      </w:pPr>
      <w:r>
        <w:rPr>
          <w:sz w:val="22"/>
        </w:rPr>
        <w:t>D. 1/5</w:t>
      </w:r>
    </w:p>
    <w:p/>
    <w:p>
      <w:r>
        <w:rPr>
          <w:b/>
          <w:sz w:val="24"/>
        </w:rPr>
        <w:t>Câu 13: Giá trị tuyệt đối của -7 là:</w:t>
      </w:r>
    </w:p>
    <w:p>
      <w:pPr>
        <w:pStyle w:val="ListParagraph"/>
      </w:pPr>
      <w:r>
        <w:rPr>
          <w:sz w:val="22"/>
        </w:rPr>
        <w:t>A. -7</w:t>
      </w:r>
    </w:p>
    <w:p>
      <w:pPr>
        <w:pStyle w:val="ListParagraph"/>
      </w:pPr>
      <w:r>
        <w:rPr>
          <w:sz w:val="22"/>
        </w:rPr>
        <w:t>B. 0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14: Nếu $a = 3$ và $b = 4$, thì $a^2 + b^2$ bằng: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25</w:t>
      </w:r>
    </w:p>
    <w:p>
      <w:pPr>
        <w:pStyle w:val="ListParagraph"/>
      </w:pPr>
      <w:r>
        <w:rPr>
          <w:sz w:val="22"/>
        </w:rPr>
        <w:t>D. 49</w:t>
      </w:r>
    </w:p>
    <w:p/>
    <w:p>
      <w:r>
        <w:rPr>
          <w:b/>
          <w:sz w:val="24"/>
        </w:rPr>
        <w:t>Câu 15: Hình tròn có bán kính r. Diện tích là:</w:t>
      </w:r>
    </w:p>
    <w:p>
      <w:pPr>
        <w:pStyle w:val="ListParagraph"/>
      </w:pPr>
      <w:r>
        <w:rPr>
          <w:sz w:val="22"/>
        </w:rPr>
        <w:t>A. 2πr</w:t>
      </w:r>
    </w:p>
    <w:p>
      <w:pPr>
        <w:pStyle w:val="ListParagraph"/>
      </w:pPr>
      <w:r>
        <w:rPr>
          <w:sz w:val="22"/>
        </w:rPr>
        <w:t>B. πr^2</w:t>
      </w:r>
    </w:p>
    <w:p>
      <w:pPr>
        <w:pStyle w:val="ListParagraph"/>
      </w:pPr>
      <w:r>
        <w:rPr>
          <w:sz w:val="22"/>
        </w:rPr>
        <w:t>C. πd</w:t>
      </w:r>
    </w:p>
    <w:p>
      <w:pPr>
        <w:pStyle w:val="ListParagraph"/>
      </w:pPr>
      <w:r>
        <w:rPr>
          <w:sz w:val="22"/>
        </w:rPr>
        <w:t>D. r^2</w:t>
      </w:r>
    </w:p>
    <w:p/>
    <w:p>
      <w:r>
        <w:rPr>
          <w:b/>
          <w:sz w:val="24"/>
        </w:rPr>
        <w:t>Câu 16: Số nào chia hết cho cả 2 và 5?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17: Trung bình cộng của 4, 6, 8 là: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18: Đạo hàm của $x^2$ là:</w:t>
      </w:r>
    </w:p>
    <w:p>
      <w:pPr>
        <w:pStyle w:val="ListParagraph"/>
      </w:pPr>
      <w:r>
        <w:rPr>
          <w:sz w:val="22"/>
        </w:rPr>
        <w:t>A. $x$</w:t>
      </w:r>
    </w:p>
    <w:p>
      <w:pPr>
        <w:pStyle w:val="ListParagraph"/>
      </w:pPr>
      <w:r>
        <w:rPr>
          <w:sz w:val="22"/>
        </w:rPr>
        <w:t>B. $2x$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$x^3$</w:t>
      </w:r>
    </w:p>
    <w:p/>
    <w:p>
      <w:r>
        <w:rPr>
          <w:b/>
          <w:sz w:val="24"/>
        </w:rPr>
        <w:t>Câu 19: Phương trình $x^2 = 9$ có nghiệm là:</w:t>
      </w:r>
    </w:p>
    <w:p>
      <w:pPr>
        <w:pStyle w:val="ListParagraph"/>
      </w:pPr>
      <w:r>
        <w:rPr>
          <w:sz w:val="22"/>
        </w:rPr>
        <w:t>A. x = 3</w:t>
      </w:r>
    </w:p>
    <w:p>
      <w:pPr>
        <w:pStyle w:val="ListParagraph"/>
      </w:pPr>
      <w:r>
        <w:rPr>
          <w:sz w:val="22"/>
        </w:rPr>
        <w:t>B. x = -3</w:t>
      </w:r>
    </w:p>
    <w:p>
      <w:pPr>
        <w:pStyle w:val="ListParagraph"/>
      </w:pPr>
      <w:r>
        <w:rPr>
          <w:sz w:val="22"/>
        </w:rPr>
        <w:t>C. x = ±3</w:t>
      </w:r>
    </w:p>
    <w:p>
      <w:pPr>
        <w:pStyle w:val="ListParagraph"/>
      </w:pPr>
      <w:r>
        <w:rPr>
          <w:sz w:val="22"/>
        </w:rPr>
        <w:t>D. x = 9</w:t>
      </w:r>
    </w:p>
    <w:p/>
    <w:p>
      <w:r>
        <w:rPr>
          <w:b/>
          <w:sz w:val="24"/>
        </w:rPr>
        <w:t>Câu 20: Số La Mã X biểu thị: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21: Đơn vị đo cường độ dòng điện là: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22: Vận tốc ánh sáng trong chân không xấp xỉ:</w:t>
      </w:r>
    </w:p>
    <w:p>
      <w:pPr>
        <w:pStyle w:val="ListParagraph"/>
      </w:pPr>
      <w:r>
        <w:rPr>
          <w:sz w:val="22"/>
        </w:rPr>
        <w:t>A. 300.000 km/s</w:t>
      </w:r>
    </w:p>
    <w:p>
      <w:pPr>
        <w:pStyle w:val="ListParagraph"/>
      </w:pPr>
      <w:r>
        <w:rPr>
          <w:sz w:val="22"/>
        </w:rPr>
        <w:t>B. 3.000 km/s</w:t>
      </w:r>
    </w:p>
    <w:p>
      <w:pPr>
        <w:pStyle w:val="ListParagraph"/>
      </w:pPr>
      <w:r>
        <w:rPr>
          <w:sz w:val="22"/>
        </w:rPr>
        <w:t>C. 30.000 km/s</w:t>
      </w:r>
    </w:p>
    <w:p>
      <w:pPr>
        <w:pStyle w:val="ListParagraph"/>
      </w:pPr>
      <w:r>
        <w:rPr>
          <w:sz w:val="22"/>
        </w:rPr>
        <w:t>D. 300 km/s</w:t>
      </w:r>
    </w:p>
    <w:p/>
    <w:p>
      <w:r>
        <w:rPr>
          <w:b/>
          <w:sz w:val="24"/>
        </w:rPr>
        <w:t>Câu 23: Đơn vị đo lực là:</w:t>
      </w:r>
    </w:p>
    <w:p>
      <w:pPr>
        <w:pStyle w:val="ListParagraph"/>
      </w:pPr>
      <w:r>
        <w:rPr>
          <w:sz w:val="22"/>
        </w:rPr>
        <w:t>A. Jun</w:t>
      </w:r>
    </w:p>
    <w:p>
      <w:pPr>
        <w:pStyle w:val="ListParagraph"/>
      </w:pPr>
      <w:r>
        <w:rPr>
          <w:sz w:val="22"/>
        </w:rPr>
        <w:t>B. Newton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Pascal</w:t>
      </w:r>
    </w:p>
    <w:p/>
    <w:p>
      <w:r>
        <w:rPr>
          <w:b/>
          <w:sz w:val="24"/>
        </w:rPr>
        <w:t>Câu 24: Đơn vị của công là:</w:t>
      </w:r>
    </w:p>
    <w:p>
      <w:pPr>
        <w:pStyle w:val="ListParagraph"/>
      </w:pPr>
      <w:r>
        <w:rPr>
          <w:sz w:val="22"/>
        </w:rPr>
        <w:t>A. Jun</w:t>
      </w:r>
    </w:p>
    <w:p>
      <w:pPr>
        <w:pStyle w:val="ListParagraph"/>
      </w:pPr>
      <w:r>
        <w:rPr>
          <w:sz w:val="22"/>
        </w:rPr>
        <w:t>B. Newton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Pascal</w:t>
      </w:r>
    </w:p>
    <w:p/>
    <w:p>
      <w:r>
        <w:rPr>
          <w:b/>
          <w:sz w:val="24"/>
        </w:rPr>
        <w:t>Câu 25: Năng lượng không tự sinh ra hoặc mất đi, chỉ chuyển hóa từ dạng này sang dạng khác. Đó là:</w:t>
      </w:r>
    </w:p>
    <w:p>
      <w:pPr>
        <w:pStyle w:val="ListParagraph"/>
      </w:pPr>
      <w:r>
        <w:rPr>
          <w:sz w:val="22"/>
        </w:rPr>
        <w:t>A. Định luật bảo toàn năng lượng</w:t>
      </w:r>
    </w:p>
    <w:p>
      <w:pPr>
        <w:pStyle w:val="ListParagraph"/>
      </w:pPr>
      <w:r>
        <w:rPr>
          <w:sz w:val="22"/>
        </w:rPr>
        <w:t>B. Định luật Ôm</w:t>
      </w:r>
    </w:p>
    <w:p>
      <w:pPr>
        <w:pStyle w:val="ListParagraph"/>
      </w:pPr>
      <w:r>
        <w:rPr>
          <w:sz w:val="22"/>
        </w:rPr>
        <w:t>C. Định luật Jun-Lenxơ</w:t>
      </w:r>
    </w:p>
    <w:p>
      <w:pPr>
        <w:pStyle w:val="ListParagraph"/>
      </w:pPr>
      <w:r>
        <w:rPr>
          <w:sz w:val="22"/>
        </w:rPr>
        <w:t>D. Định luật Faraday</w:t>
      </w:r>
    </w:p>
    <w:p/>
    <w:p>
      <w:r>
        <w:rPr>
          <w:b/>
          <w:sz w:val="24"/>
        </w:rPr>
        <w:t>Câu 26: Hiện tượng khúc xạ ánh sáng là:</w:t>
      </w:r>
    </w:p>
    <w:p>
      <w:pPr>
        <w:pStyle w:val="ListParagraph"/>
      </w:pPr>
      <w:r>
        <w:rPr>
          <w:sz w:val="22"/>
        </w:rPr>
        <w:t>A. Ánh sáng bị lệch khi truyền qua mặt phân cách hai môi trường</w:t>
      </w:r>
    </w:p>
    <w:p>
      <w:pPr>
        <w:pStyle w:val="ListParagraph"/>
      </w:pPr>
      <w:r>
        <w:rPr>
          <w:sz w:val="22"/>
        </w:rPr>
        <w:t>B. Ánh sáng bị hấp thụ hoàn toàn</w:t>
      </w:r>
    </w:p>
    <w:p>
      <w:pPr>
        <w:pStyle w:val="ListParagraph"/>
      </w:pPr>
      <w:r>
        <w:rPr>
          <w:sz w:val="22"/>
        </w:rPr>
        <w:t>C. Ánh sáng truyền thẳng</w:t>
      </w:r>
    </w:p>
    <w:p>
      <w:pPr>
        <w:pStyle w:val="ListParagraph"/>
      </w:pPr>
      <w:r>
        <w:rPr>
          <w:sz w:val="22"/>
        </w:rPr>
        <w:t>D. Ánh sáng bị phản xạ hoàn toàn</w:t>
      </w:r>
    </w:p>
    <w:p/>
    <w:p>
      <w:r>
        <w:rPr>
          <w:b/>
          <w:sz w:val="24"/>
        </w:rPr>
        <w:t>Câu 27: Âm thanh không truyền được trong môi trường nào?</w:t>
      </w:r>
    </w:p>
    <w:p>
      <w:pPr>
        <w:pStyle w:val="ListParagraph"/>
      </w:pPr>
      <w:r>
        <w:rPr>
          <w:sz w:val="22"/>
        </w:rPr>
        <w:t>A. Chất rắn</w:t>
      </w:r>
    </w:p>
    <w:p>
      <w:pPr>
        <w:pStyle w:val="ListParagraph"/>
      </w:pPr>
      <w:r>
        <w:rPr>
          <w:sz w:val="22"/>
        </w:rPr>
        <w:t>B. Chất lỏng</w:t>
      </w:r>
    </w:p>
    <w:p>
      <w:pPr>
        <w:pStyle w:val="ListParagraph"/>
      </w:pPr>
      <w:r>
        <w:rPr>
          <w:sz w:val="22"/>
        </w:rPr>
        <w:t>C. Chất khí</w:t>
      </w:r>
    </w:p>
    <w:p>
      <w:pPr>
        <w:pStyle w:val="ListParagraph"/>
      </w:pPr>
      <w:r>
        <w:rPr>
          <w:sz w:val="22"/>
        </w:rPr>
        <w:t>D. Chân không</w:t>
      </w:r>
    </w:p>
    <w:p/>
    <w:p>
      <w:r>
        <w:rPr>
          <w:b/>
          <w:sz w:val="24"/>
        </w:rPr>
        <w:t>Câu 28: Đơn vị đo tần số là:</w:t>
      </w:r>
    </w:p>
    <w:p>
      <w:pPr>
        <w:pStyle w:val="ListParagraph"/>
      </w:pPr>
      <w:r>
        <w:rPr>
          <w:sz w:val="22"/>
        </w:rPr>
        <w:t>A. Giây</w:t>
      </w:r>
    </w:p>
    <w:p>
      <w:pPr>
        <w:pStyle w:val="ListParagraph"/>
      </w:pPr>
      <w:r>
        <w:rPr>
          <w:sz w:val="22"/>
        </w:rPr>
        <w:t>B. Héc</w:t>
      </w:r>
    </w:p>
    <w:p>
      <w:pPr>
        <w:pStyle w:val="ListParagraph"/>
      </w:pPr>
      <w:r>
        <w:rPr>
          <w:sz w:val="22"/>
        </w:rPr>
        <w:t>C. Mét</w:t>
      </w:r>
    </w:p>
    <w:p>
      <w:pPr>
        <w:pStyle w:val="ListParagraph"/>
      </w:pPr>
      <w:r>
        <w:rPr>
          <w:sz w:val="22"/>
        </w:rPr>
        <w:t>D. Niutơn</w:t>
      </w:r>
    </w:p>
    <w:p/>
    <w:p>
      <w:r>
        <w:rPr>
          <w:b/>
          <w:sz w:val="24"/>
        </w:rPr>
        <w:t>Câu 29: Dòng điện xoay chiều có đặc điểm:</w:t>
      </w:r>
    </w:p>
    <w:p>
      <w:pPr>
        <w:pStyle w:val="ListParagraph"/>
      </w:pPr>
      <w:r>
        <w:rPr>
          <w:sz w:val="22"/>
        </w:rPr>
        <w:t>A. Chiều không đổi</w:t>
      </w:r>
    </w:p>
    <w:p>
      <w:pPr>
        <w:pStyle w:val="ListParagraph"/>
      </w:pPr>
      <w:r>
        <w:rPr>
          <w:sz w:val="22"/>
        </w:rPr>
        <w:t>B. Chiều thay đổi liên tục</w:t>
      </w:r>
    </w:p>
    <w:p>
      <w:pPr>
        <w:pStyle w:val="ListParagraph"/>
      </w:pPr>
      <w:r>
        <w:rPr>
          <w:sz w:val="22"/>
        </w:rPr>
        <w:t>C. Cường độ không đổi</w:t>
      </w:r>
    </w:p>
    <w:p>
      <w:pPr>
        <w:pStyle w:val="ListParagraph"/>
      </w:pPr>
      <w:r>
        <w:rPr>
          <w:sz w:val="22"/>
        </w:rPr>
        <w:t>D. Chỉ chạy một chiều</w:t>
      </w:r>
    </w:p>
    <w:p/>
    <w:p>
      <w:r>
        <w:rPr>
          <w:b/>
          <w:sz w:val="24"/>
        </w:rPr>
        <w:t>Câu 30: Máy biến thế dùng để:</w:t>
      </w:r>
    </w:p>
    <w:p>
      <w:pPr>
        <w:pStyle w:val="ListParagraph"/>
      </w:pPr>
      <w:r>
        <w:rPr>
          <w:sz w:val="22"/>
        </w:rPr>
        <w:t>A. Thay đổi hiệu điện thế</w:t>
      </w:r>
    </w:p>
    <w:p>
      <w:pPr>
        <w:pStyle w:val="ListParagraph"/>
      </w:pPr>
      <w:r>
        <w:rPr>
          <w:sz w:val="22"/>
        </w:rPr>
        <w:t>B. Thay đổi cường độ dòng điện</w:t>
      </w:r>
    </w:p>
    <w:p>
      <w:pPr>
        <w:pStyle w:val="ListParagraph"/>
      </w:pPr>
      <w:r>
        <w:rPr>
          <w:sz w:val="22"/>
        </w:rPr>
        <w:t>C. Thay đổi điện trở</w:t>
      </w:r>
    </w:p>
    <w:p>
      <w:pPr>
        <w:pStyle w:val="ListParagraph"/>
      </w:pPr>
      <w:r>
        <w:rPr>
          <w:sz w:val="22"/>
        </w:rPr>
        <w:t>D. Thay đổi công suất</w:t>
      </w:r>
    </w:p>
    <w:p/>
    <w:p>
      <w:r>
        <w:rPr>
          <w:b/>
          <w:sz w:val="24"/>
        </w:rPr>
        <w:t>Câu 31: Đơn vị đo hiệu điện thế là:</w:t>
      </w:r>
    </w:p>
    <w:p>
      <w:pPr>
        <w:pStyle w:val="ListParagraph"/>
      </w:pPr>
      <w:r>
        <w:rPr>
          <w:sz w:val="22"/>
        </w:rPr>
        <w:t>A. Ampe</w:t>
      </w:r>
    </w:p>
    <w:p>
      <w:pPr>
        <w:pStyle w:val="ListParagraph"/>
      </w:pPr>
      <w:r>
        <w:rPr>
          <w:sz w:val="22"/>
        </w:rPr>
        <w:t>B. Vôn</w:t>
      </w:r>
    </w:p>
    <w:p>
      <w:pPr>
        <w:pStyle w:val="ListParagraph"/>
      </w:pPr>
      <w:r>
        <w:rPr>
          <w:sz w:val="22"/>
        </w:rPr>
        <w:t>C. Oát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32: Định luật Ôm cho đoạn mạch: I bằng:</w:t>
      </w:r>
    </w:p>
    <w:p>
      <w:pPr>
        <w:pStyle w:val="ListParagraph"/>
      </w:pPr>
      <w:r>
        <w:rPr>
          <w:sz w:val="22"/>
        </w:rPr>
        <w:t>A. U.R</w:t>
      </w:r>
    </w:p>
    <w:p>
      <w:pPr>
        <w:pStyle w:val="ListParagraph"/>
      </w:pPr>
      <w:r>
        <w:rPr>
          <w:sz w:val="22"/>
        </w:rPr>
        <w:t>B. U/R</w:t>
      </w:r>
    </w:p>
    <w:p>
      <w:pPr>
        <w:pStyle w:val="ListParagraph"/>
      </w:pPr>
      <w:r>
        <w:rPr>
          <w:sz w:val="22"/>
        </w:rPr>
        <w:t>C. R/U</w:t>
      </w:r>
    </w:p>
    <w:p>
      <w:pPr>
        <w:pStyle w:val="ListParagraph"/>
      </w:pPr>
      <w:r>
        <w:rPr>
          <w:sz w:val="22"/>
        </w:rPr>
        <w:t>D. U + R</w:t>
      </w:r>
    </w:p>
    <w:p/>
    <w:p>
      <w:r>
        <w:rPr>
          <w:b/>
          <w:sz w:val="24"/>
        </w:rPr>
        <w:t>Câu 33: Thấu kính hội tụ có đặc điểm:</w:t>
      </w:r>
    </w:p>
    <w:p>
      <w:pPr>
        <w:pStyle w:val="ListParagraph"/>
      </w:pPr>
      <w:r>
        <w:rPr>
          <w:sz w:val="22"/>
        </w:rPr>
        <w:t>A. Rìa dày hơn giữa</w:t>
      </w:r>
    </w:p>
    <w:p>
      <w:pPr>
        <w:pStyle w:val="ListParagraph"/>
      </w:pPr>
      <w:r>
        <w:rPr>
          <w:sz w:val="22"/>
        </w:rPr>
        <w:t>B. Rìa mỏng hơn giữa</w:t>
      </w:r>
    </w:p>
    <w:p>
      <w:pPr>
        <w:pStyle w:val="ListParagraph"/>
      </w:pPr>
      <w:r>
        <w:rPr>
          <w:sz w:val="22"/>
        </w:rPr>
        <w:t>C. Phẳng</w:t>
      </w:r>
    </w:p>
    <w:p>
      <w:pPr>
        <w:pStyle w:val="ListParagraph"/>
      </w:pPr>
      <w:r>
        <w:rPr>
          <w:sz w:val="22"/>
        </w:rPr>
        <w:t>D. Hai mặt lõm</w:t>
      </w:r>
    </w:p>
    <w:p/>
    <w:p>
      <w:r>
        <w:rPr>
          <w:b/>
          <w:sz w:val="24"/>
        </w:rPr>
        <w:t>Câu 34: Ảnh của vật qua gương phẳng là:</w:t>
      </w:r>
    </w:p>
    <w:p>
      <w:pPr>
        <w:pStyle w:val="ListParagraph"/>
      </w:pPr>
      <w:r>
        <w:rPr>
          <w:sz w:val="22"/>
        </w:rPr>
        <w:t>A. Ảnh thật, ngược chiều</w:t>
      </w:r>
    </w:p>
    <w:p>
      <w:pPr>
        <w:pStyle w:val="ListParagraph"/>
      </w:pPr>
      <w:r>
        <w:rPr>
          <w:sz w:val="22"/>
        </w:rPr>
        <w:t>B. Ảnh ảo, cùng chiều, lớn bằng vật</w:t>
      </w:r>
    </w:p>
    <w:p>
      <w:pPr>
        <w:pStyle w:val="ListParagraph"/>
      </w:pPr>
      <w:r>
        <w:rPr>
          <w:sz w:val="22"/>
        </w:rPr>
        <w:t>C. Ảnh ảo, ngược chiều</w:t>
      </w:r>
    </w:p>
    <w:p>
      <w:pPr>
        <w:pStyle w:val="ListParagraph"/>
      </w:pPr>
      <w:r>
        <w:rPr>
          <w:sz w:val="22"/>
        </w:rPr>
        <w:t>D. Ảnh thật, cùng chiều</w:t>
      </w:r>
    </w:p>
    <w:p/>
    <w:p>
      <w:r>
        <w:rPr>
          <w:b/>
          <w:sz w:val="24"/>
        </w:rPr>
        <w:t>Câu 35: Nhiệt lượng cần để làm nóng một vật phụ thuộc vào:</w:t>
      </w:r>
    </w:p>
    <w:p>
      <w:pPr>
        <w:pStyle w:val="ListParagraph"/>
      </w:pPr>
      <w:r>
        <w:rPr>
          <w:sz w:val="22"/>
        </w:rPr>
        <w:t>A. Khối lượng, độ tăng nhiệt độ, chất làm vật</w:t>
      </w:r>
    </w:p>
    <w:p>
      <w:pPr>
        <w:pStyle w:val="ListParagraph"/>
      </w:pPr>
      <w:r>
        <w:rPr>
          <w:sz w:val="22"/>
        </w:rPr>
        <w:t>B. Chỉ khối lượng</w:t>
      </w:r>
    </w:p>
    <w:p>
      <w:pPr>
        <w:pStyle w:val="ListParagraph"/>
      </w:pPr>
      <w:r>
        <w:rPr>
          <w:sz w:val="22"/>
        </w:rPr>
        <w:t>C. Chỉ nhiệt độ</w:t>
      </w:r>
    </w:p>
    <w:p>
      <w:pPr>
        <w:pStyle w:val="ListParagraph"/>
      </w:pPr>
      <w:r>
        <w:rPr>
          <w:sz w:val="22"/>
        </w:rPr>
        <w:t>D. Chỉ chất làm vật</w:t>
      </w:r>
    </w:p>
    <w:p/>
    <w:p>
      <w:r>
        <w:rPr>
          <w:b/>
          <w:sz w:val="24"/>
        </w:rPr>
        <w:t>Câu 36: Đơn vị đo nhiệt độ trong hệ SI là:</w:t>
      </w:r>
    </w:p>
    <w:p>
      <w:pPr>
        <w:pStyle w:val="ListParagraph"/>
      </w:pPr>
      <w:r>
        <w:rPr>
          <w:sz w:val="22"/>
        </w:rPr>
        <w:t>A. Độ C</w:t>
      </w:r>
    </w:p>
    <w:p>
      <w:pPr>
        <w:pStyle w:val="ListParagraph"/>
      </w:pPr>
      <w:r>
        <w:rPr>
          <w:sz w:val="22"/>
        </w:rPr>
        <w:t>B. Độ F</w:t>
      </w:r>
    </w:p>
    <w:p>
      <w:pPr>
        <w:pStyle w:val="ListParagraph"/>
      </w:pPr>
      <w:r>
        <w:rPr>
          <w:sz w:val="22"/>
        </w:rPr>
        <w:t>C. Kelvin</w:t>
      </w:r>
    </w:p>
    <w:p>
      <w:pPr>
        <w:pStyle w:val="ListParagraph"/>
      </w:pPr>
      <w:r>
        <w:rPr>
          <w:sz w:val="22"/>
        </w:rPr>
        <w:t>D. Calo</w:t>
      </w:r>
    </w:p>
    <w:p/>
    <w:p>
      <w:r>
        <w:rPr>
          <w:b/>
          <w:sz w:val="24"/>
        </w:rPr>
        <w:t>Câu 37: Hiện tượng cảm ứng điện từ được ứng dụng trong:</w:t>
      </w:r>
    </w:p>
    <w:p>
      <w:pPr>
        <w:pStyle w:val="ListParagraph"/>
      </w:pPr>
      <w:r>
        <w:rPr>
          <w:sz w:val="22"/>
        </w:rPr>
        <w:t>A. Máy phát điện</w:t>
      </w:r>
    </w:p>
    <w:p>
      <w:pPr>
        <w:pStyle w:val="ListParagraph"/>
      </w:pPr>
      <w:r>
        <w:rPr>
          <w:sz w:val="22"/>
        </w:rPr>
        <w:t>B. Bàn là</w:t>
      </w:r>
    </w:p>
    <w:p>
      <w:pPr>
        <w:pStyle w:val="ListParagraph"/>
      </w:pPr>
      <w:r>
        <w:rPr>
          <w:sz w:val="22"/>
        </w:rPr>
        <w:t>C. Nồi cơm điện</w:t>
      </w:r>
    </w:p>
    <w:p>
      <w:pPr>
        <w:pStyle w:val="ListParagraph"/>
      </w:pPr>
      <w:r>
        <w:rPr>
          <w:sz w:val="22"/>
        </w:rPr>
        <w:t>D. Đèn sợi đốt</w:t>
      </w:r>
    </w:p>
    <w:p/>
    <w:p>
      <w:r>
        <w:rPr>
          <w:b/>
          <w:sz w:val="24"/>
        </w:rPr>
        <w:t>Câu 38: Lực đẩy Ác-si-mét có phương:</w:t>
      </w:r>
    </w:p>
    <w:p>
      <w:pPr>
        <w:pStyle w:val="ListParagraph"/>
      </w:pPr>
      <w:r>
        <w:rPr>
          <w:sz w:val="22"/>
        </w:rPr>
        <w:t>A. Nằm ngang</w:t>
      </w:r>
    </w:p>
    <w:p>
      <w:pPr>
        <w:pStyle w:val="ListParagraph"/>
      </w:pPr>
      <w:r>
        <w:rPr>
          <w:sz w:val="22"/>
        </w:rPr>
        <w:t>B. Thẳng đứng, chiều từ dưới lên</w:t>
      </w:r>
    </w:p>
    <w:p>
      <w:pPr>
        <w:pStyle w:val="ListParagraph"/>
      </w:pPr>
      <w:r>
        <w:rPr>
          <w:sz w:val="22"/>
        </w:rPr>
        <w:t>C. Thẳng đứng, chiều từ trên xuống</w:t>
      </w:r>
    </w:p>
    <w:p>
      <w:pPr>
        <w:pStyle w:val="ListParagraph"/>
      </w:pPr>
      <w:r>
        <w:rPr>
          <w:sz w:val="22"/>
        </w:rPr>
        <w:t>D. Tuỳ ý</w:t>
      </w:r>
    </w:p>
    <w:p/>
    <w:p>
      <w:r>
        <w:rPr>
          <w:b/>
          <w:sz w:val="24"/>
        </w:rPr>
        <w:t>Câu 39: Công thức tính áp suất là:</w:t>
      </w:r>
    </w:p>
    <w:p>
      <w:pPr>
        <w:pStyle w:val="ListParagraph"/>
      </w:pPr>
      <w:r>
        <w:rPr>
          <w:sz w:val="22"/>
        </w:rPr>
        <w:t>A. p = F/S</w:t>
      </w:r>
    </w:p>
    <w:p>
      <w:pPr>
        <w:pStyle w:val="ListParagraph"/>
      </w:pPr>
      <w:r>
        <w:rPr>
          <w:sz w:val="22"/>
        </w:rPr>
        <w:t>B. p = S/F</w:t>
      </w:r>
    </w:p>
    <w:p>
      <w:pPr>
        <w:pStyle w:val="ListParagraph"/>
      </w:pPr>
      <w:r>
        <w:rPr>
          <w:sz w:val="22"/>
        </w:rPr>
        <w:t>C. p = F.S</w:t>
      </w:r>
    </w:p>
    <w:p>
      <w:pPr>
        <w:pStyle w:val="ListParagraph"/>
      </w:pPr>
      <w:r>
        <w:rPr>
          <w:sz w:val="22"/>
        </w:rPr>
        <w:t>D. p = F/S^2</w:t>
      </w:r>
    </w:p>
    <w:p/>
    <w:p>
      <w:r>
        <w:rPr>
          <w:b/>
          <w:sz w:val="24"/>
        </w:rPr>
        <w:t>Câu 40: Trọng lực có phương và chiều:</w:t>
      </w:r>
    </w:p>
    <w:p>
      <w:pPr>
        <w:pStyle w:val="ListParagraph"/>
      </w:pPr>
      <w:r>
        <w:rPr>
          <w:sz w:val="22"/>
        </w:rPr>
        <w:t>A. Nằm ngang</w:t>
      </w:r>
    </w:p>
    <w:p>
      <w:pPr>
        <w:pStyle w:val="ListParagraph"/>
      </w:pPr>
      <w:r>
        <w:rPr>
          <w:sz w:val="22"/>
        </w:rPr>
        <w:t>B. Thẳng đứng, hướng về Trái Đất</w:t>
      </w:r>
    </w:p>
    <w:p>
      <w:pPr>
        <w:pStyle w:val="ListParagraph"/>
      </w:pPr>
      <w:r>
        <w:rPr>
          <w:sz w:val="22"/>
        </w:rPr>
        <w:t>C. Thẳng đứng, hướng lên</w:t>
      </w:r>
    </w:p>
    <w:p>
      <w:pPr>
        <w:pStyle w:val="ListParagraph"/>
      </w:pPr>
      <w:r>
        <w:rPr>
          <w:sz w:val="22"/>
        </w:rPr>
        <w:t>D. Cong</w:t>
      </w:r>
    </w:p>
    <w:p/>
    <w:p>
      <w:r>
        <w:rPr>
          <w:b/>
          <w:sz w:val="24"/>
        </w:rPr>
        <w:t>Câu 41: Ký hiệu hóa học của Natri là:</w:t>
      </w:r>
    </w:p>
    <w:p>
      <w:pPr>
        <w:pStyle w:val="ListParagraph"/>
      </w:pPr>
      <w:r>
        <w:rPr>
          <w:sz w:val="22"/>
        </w:rPr>
        <w:t>A. Na</w:t>
      </w:r>
    </w:p>
    <w:p>
      <w:pPr>
        <w:pStyle w:val="ListParagraph"/>
      </w:pPr>
      <w:r>
        <w:rPr>
          <w:sz w:val="22"/>
        </w:rPr>
        <w:t>B. N</w:t>
      </w:r>
    </w:p>
    <w:p>
      <w:pPr>
        <w:pStyle w:val="ListParagraph"/>
      </w:pPr>
      <w:r>
        <w:rPr>
          <w:sz w:val="22"/>
        </w:rPr>
        <w:t>C. K</w:t>
      </w:r>
    </w:p>
    <w:p>
      <w:pPr>
        <w:pStyle w:val="ListParagraph"/>
      </w:pPr>
      <w:r>
        <w:rPr>
          <w:sz w:val="22"/>
        </w:rPr>
        <w:t>D. Ca</w:t>
      </w:r>
    </w:p>
    <w:p/>
    <w:p>
      <w:r>
        <w:rPr>
          <w:b/>
          <w:sz w:val="24"/>
        </w:rPr>
        <w:t>Câu 42: Công thức hóa học của nước là: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H2O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43: Nguyên tố nào có ký hiệu O?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Oxy</w:t>
      </w:r>
    </w:p>
    <w:p>
      <w:pPr>
        <w:pStyle w:val="ListParagraph"/>
      </w:pPr>
      <w:r>
        <w:rPr>
          <w:sz w:val="22"/>
        </w:rPr>
        <w:t>C. Sắt</w:t>
      </w:r>
    </w:p>
    <w:p>
      <w:pPr>
        <w:pStyle w:val="ListParagraph"/>
      </w:pPr>
      <w:r>
        <w:rPr>
          <w:sz w:val="22"/>
        </w:rPr>
        <w:t>D. Bạc</w:t>
      </w:r>
    </w:p>
    <w:p/>
    <w:p>
      <w:r>
        <w:rPr>
          <w:b/>
          <w:sz w:val="24"/>
        </w:rPr>
        <w:t>Câu 44: Số nguyên tử trong phân tử H2SO4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45: Đơn chất là chất tạo nên từ:</w:t>
      </w:r>
    </w:p>
    <w:p>
      <w:pPr>
        <w:pStyle w:val="ListParagraph"/>
      </w:pPr>
      <w:r>
        <w:rPr>
          <w:sz w:val="22"/>
        </w:rPr>
        <w:t>A. Một nguyên tố hóa học</w:t>
      </w:r>
    </w:p>
    <w:p>
      <w:pPr>
        <w:pStyle w:val="ListParagraph"/>
      </w:pPr>
      <w:r>
        <w:rPr>
          <w:sz w:val="22"/>
        </w:rPr>
        <w:t>B. Hai nguyên tố</w:t>
      </w:r>
    </w:p>
    <w:p>
      <w:pPr>
        <w:pStyle w:val="ListParagraph"/>
      </w:pPr>
      <w:r>
        <w:rPr>
          <w:sz w:val="22"/>
        </w:rPr>
        <w:t>C. Ba nguyên tố</w:t>
      </w:r>
    </w:p>
    <w:p>
      <w:pPr>
        <w:pStyle w:val="ListParagraph"/>
      </w:pPr>
      <w:r>
        <w:rPr>
          <w:sz w:val="22"/>
        </w:rPr>
        <w:t>D. Nhiều nguyên tố</w:t>
      </w:r>
    </w:p>
    <w:p/>
    <w:p>
      <w:r>
        <w:rPr>
          <w:b/>
          <w:sz w:val="24"/>
        </w:rPr>
        <w:t>Câu 46: Hợp chất là chất tạo nên từ:</w:t>
      </w:r>
    </w:p>
    <w:p>
      <w:pPr>
        <w:pStyle w:val="ListParagraph"/>
      </w:pPr>
      <w:r>
        <w:rPr>
          <w:sz w:val="22"/>
        </w:rPr>
        <w:t>A. Một nguyên tố</w:t>
      </w:r>
    </w:p>
    <w:p>
      <w:pPr>
        <w:pStyle w:val="ListParagraph"/>
      </w:pPr>
      <w:r>
        <w:rPr>
          <w:sz w:val="22"/>
        </w:rPr>
        <w:t>B. Hai nguyên tố trở lên</w:t>
      </w:r>
    </w:p>
    <w:p>
      <w:pPr>
        <w:pStyle w:val="ListParagraph"/>
      </w:pPr>
      <w:r>
        <w:rPr>
          <w:sz w:val="22"/>
        </w:rPr>
        <w:t>C. Một nguyên tử</w:t>
      </w:r>
    </w:p>
    <w:p>
      <w:pPr>
        <w:pStyle w:val="ListParagraph"/>
      </w:pPr>
      <w:r>
        <w:rPr>
          <w:sz w:val="22"/>
        </w:rPr>
        <w:t>D. Một phân tử</w:t>
      </w:r>
    </w:p>
    <w:p/>
    <w:p>
      <w:r>
        <w:rPr>
          <w:b/>
          <w:sz w:val="24"/>
        </w:rPr>
        <w:t>Câu 47: Khí nào duy trì sự cháy?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O2</w:t>
      </w:r>
    </w:p>
    <w:p>
      <w:pPr>
        <w:pStyle w:val="ListParagraph"/>
      </w:pPr>
      <w:r>
        <w:rPr>
          <w:sz w:val="22"/>
        </w:rPr>
        <w:t>C. N2</w:t>
      </w:r>
    </w:p>
    <w:p>
      <w:pPr>
        <w:pStyle w:val="ListParagraph"/>
      </w:pPr>
      <w:r>
        <w:rPr>
          <w:sz w:val="22"/>
        </w:rPr>
        <w:t>D. H2</w:t>
      </w:r>
    </w:p>
    <w:p/>
    <w:p>
      <w:r>
        <w:rPr>
          <w:b/>
          <w:sz w:val="24"/>
        </w:rPr>
        <w:t>Câu 48: Nước có tính chất:</w:t>
      </w:r>
    </w:p>
    <w:p>
      <w:pPr>
        <w:pStyle w:val="ListParagraph"/>
      </w:pPr>
      <w:r>
        <w:rPr>
          <w:sz w:val="22"/>
        </w:rPr>
        <w:t>A. Axit</w:t>
      </w:r>
    </w:p>
    <w:p>
      <w:pPr>
        <w:pStyle w:val="ListParagraph"/>
      </w:pPr>
      <w:r>
        <w:rPr>
          <w:sz w:val="22"/>
        </w:rPr>
        <w:t>B. Bazơ</w:t>
      </w:r>
    </w:p>
    <w:p>
      <w:pPr>
        <w:pStyle w:val="ListParagraph"/>
      </w:pPr>
      <w:r>
        <w:rPr>
          <w:sz w:val="22"/>
        </w:rPr>
        <w:t>C. Trung tính</w:t>
      </w:r>
    </w:p>
    <w:p>
      <w:pPr>
        <w:pStyle w:val="ListParagraph"/>
      </w:pPr>
      <w:r>
        <w:rPr>
          <w:sz w:val="22"/>
        </w:rPr>
        <w:t>D. Lưỡng tính</w:t>
      </w:r>
    </w:p>
    <w:p/>
    <w:p>
      <w:r>
        <w:rPr>
          <w:b/>
          <w:sz w:val="24"/>
        </w:rPr>
        <w:t>Câu 49: Kim loại nào phản ứng với nước ở điều kiện thường tạo khí H2?</w:t>
      </w:r>
    </w:p>
    <w:p>
      <w:pPr>
        <w:pStyle w:val="ListParagraph"/>
      </w:pPr>
      <w:r>
        <w:rPr>
          <w:sz w:val="22"/>
        </w:rPr>
        <w:t>A. Na</w:t>
      </w:r>
    </w:p>
    <w:p>
      <w:pPr>
        <w:pStyle w:val="ListParagraph"/>
      </w:pPr>
      <w:r>
        <w:rPr>
          <w:sz w:val="22"/>
        </w:rPr>
        <w:t>B. Cu</w:t>
      </w:r>
    </w:p>
    <w:p>
      <w:pPr>
        <w:pStyle w:val="ListParagraph"/>
      </w:pPr>
      <w:r>
        <w:rPr>
          <w:sz w:val="22"/>
        </w:rPr>
        <w:t>C. Ag</w:t>
      </w:r>
    </w:p>
    <w:p>
      <w:pPr>
        <w:pStyle w:val="ListParagraph"/>
      </w:pPr>
      <w:r>
        <w:rPr>
          <w:sz w:val="22"/>
        </w:rPr>
        <w:t>D. Au</w:t>
      </w:r>
    </w:p>
    <w:p/>
    <w:p>
      <w:r>
        <w:rPr>
          <w:b/>
          <w:sz w:val="24"/>
        </w:rPr>
        <w:t>Câu 50: Công thức hóa học của muối ăn là:</w:t>
      </w:r>
    </w:p>
    <w:p>
      <w:pPr>
        <w:pStyle w:val="ListParagraph"/>
      </w:pPr>
      <w:r>
        <w:rPr>
          <w:sz w:val="22"/>
        </w:rPr>
        <w:t>A. NaCl</w:t>
      </w:r>
    </w:p>
    <w:p>
      <w:pPr>
        <w:pStyle w:val="ListParagraph"/>
      </w:pPr>
      <w:r>
        <w:rPr>
          <w:sz w:val="22"/>
        </w:rPr>
        <w:t>B. KCl</w:t>
      </w:r>
    </w:p>
    <w:p>
      <w:pPr>
        <w:pStyle w:val="ListParagraph"/>
      </w:pPr>
      <w:r>
        <w:rPr>
          <w:sz w:val="22"/>
        </w:rPr>
        <w:t>C. CaCO3</w:t>
      </w:r>
    </w:p>
    <w:p>
      <w:pPr>
        <w:pStyle w:val="ListParagraph"/>
      </w:pPr>
      <w:r>
        <w:rPr>
          <w:sz w:val="22"/>
        </w:rPr>
        <w:t>D. Na2CO3</w:t>
      </w:r>
    </w:p>
    <w:p/>
    <w:p>
      <w:r>
        <w:rPr>
          <w:b/>
          <w:sz w:val="24"/>
        </w:rPr>
        <w:t>Câu 51: Trong bảng tuần hoàn, nguyên tố nào có số hiệu nguyên tử 1?</w:t>
      </w:r>
    </w:p>
    <w:p>
      <w:pPr>
        <w:pStyle w:val="ListParagraph"/>
      </w:pPr>
      <w:r>
        <w:rPr>
          <w:sz w:val="22"/>
        </w:rPr>
        <w:t>A. Heli</w:t>
      </w:r>
    </w:p>
    <w:p>
      <w:pPr>
        <w:pStyle w:val="ListParagraph"/>
      </w:pPr>
      <w:r>
        <w:rPr>
          <w:sz w:val="22"/>
        </w:rPr>
        <w:t>B. Hydro</w:t>
      </w:r>
    </w:p>
    <w:p>
      <w:pPr>
        <w:pStyle w:val="ListParagraph"/>
      </w:pPr>
      <w:r>
        <w:rPr>
          <w:sz w:val="22"/>
        </w:rPr>
        <w:t>C. Liti</w:t>
      </w:r>
    </w:p>
    <w:p>
      <w:pPr>
        <w:pStyle w:val="ListParagraph"/>
      </w:pPr>
      <w:r>
        <w:rPr>
          <w:sz w:val="22"/>
        </w:rPr>
        <w:t>D. Oxy</w:t>
      </w:r>
    </w:p>
    <w:p/>
    <w:p>
      <w:r>
        <w:rPr>
          <w:b/>
          <w:sz w:val="24"/>
        </w:rPr>
        <w:t>Câu 52: Axit clohidric có công thức là:</w:t>
      </w:r>
    </w:p>
    <w:p>
      <w:pPr>
        <w:pStyle w:val="ListParagraph"/>
      </w:pPr>
      <w:r>
        <w:rPr>
          <w:sz w:val="22"/>
        </w:rPr>
        <w:t>A. HCl</w:t>
      </w:r>
    </w:p>
    <w:p>
      <w:pPr>
        <w:pStyle w:val="ListParagraph"/>
      </w:pPr>
      <w:r>
        <w:rPr>
          <w:sz w:val="22"/>
        </w:rPr>
        <w:t>B. H2SO4</w:t>
      </w:r>
    </w:p>
    <w:p>
      <w:pPr>
        <w:pStyle w:val="ListParagraph"/>
      </w:pPr>
      <w:r>
        <w:rPr>
          <w:sz w:val="22"/>
        </w:rPr>
        <w:t>C. HNO3</w:t>
      </w:r>
    </w:p>
    <w:p>
      <w:pPr>
        <w:pStyle w:val="ListParagraph"/>
      </w:pPr>
      <w:r>
        <w:rPr>
          <w:sz w:val="22"/>
        </w:rPr>
        <w:t>D. H2CO3</w:t>
      </w:r>
    </w:p>
    <w:p/>
    <w:p>
      <w:r>
        <w:rPr>
          <w:b/>
          <w:sz w:val="24"/>
        </w:rPr>
        <w:t>Câu 53: Phản ứng hóa học là quá trình:</w:t>
      </w:r>
    </w:p>
    <w:p>
      <w:pPr>
        <w:pStyle w:val="ListParagraph"/>
      </w:pPr>
      <w:r>
        <w:rPr>
          <w:sz w:val="22"/>
        </w:rPr>
        <w:t>A. Biến đổi chất này thành chất khác</w:t>
      </w:r>
    </w:p>
    <w:p>
      <w:pPr>
        <w:pStyle w:val="ListParagraph"/>
      </w:pPr>
      <w:r>
        <w:rPr>
          <w:sz w:val="22"/>
        </w:rPr>
        <w:t>B. Biến đổi trạng thái</w:t>
      </w:r>
    </w:p>
    <w:p>
      <w:pPr>
        <w:pStyle w:val="ListParagraph"/>
      </w:pPr>
      <w:r>
        <w:rPr>
          <w:sz w:val="22"/>
        </w:rPr>
        <w:t>C. Thay đổi hình dạng</w:t>
      </w:r>
    </w:p>
    <w:p>
      <w:pPr>
        <w:pStyle w:val="ListParagraph"/>
      </w:pPr>
      <w:r>
        <w:rPr>
          <w:sz w:val="22"/>
        </w:rPr>
        <w:t>D. Hòa tan</w:t>
      </w:r>
    </w:p>
    <w:p/>
    <w:p>
      <w:r>
        <w:rPr>
          <w:b/>
          <w:sz w:val="24"/>
        </w:rPr>
        <w:t>Câu 54: Chất xúc tác là chất:</w:t>
      </w:r>
    </w:p>
    <w:p>
      <w:pPr>
        <w:pStyle w:val="ListParagraph"/>
      </w:pPr>
      <w:r>
        <w:rPr>
          <w:sz w:val="22"/>
        </w:rPr>
        <w:t>A. Làm phản ứng xảy ra nhanh hơn</w:t>
      </w:r>
    </w:p>
    <w:p>
      <w:pPr>
        <w:pStyle w:val="ListParagraph"/>
      </w:pPr>
      <w:r>
        <w:rPr>
          <w:sz w:val="22"/>
        </w:rPr>
        <w:t>B. Bị biến đổi thành chất khác</w:t>
      </w:r>
    </w:p>
    <w:p>
      <w:pPr>
        <w:pStyle w:val="ListParagraph"/>
      </w:pPr>
      <w:r>
        <w:rPr>
          <w:sz w:val="22"/>
        </w:rPr>
        <w:t>C. Không tham gia phản ứng</w:t>
      </w:r>
    </w:p>
    <w:p>
      <w:pPr>
        <w:pStyle w:val="ListParagraph"/>
      </w:pPr>
      <w:r>
        <w:rPr>
          <w:sz w:val="22"/>
        </w:rPr>
        <w:t>D. Tạo ra sản phẩm mới</w:t>
      </w:r>
    </w:p>
    <w:p/>
    <w:p>
      <w:r>
        <w:rPr>
          <w:b/>
          <w:sz w:val="24"/>
        </w:rPr>
        <w:t>Câu 55: Đơn vị của khối lượng mol là:</w:t>
      </w:r>
    </w:p>
    <w:p>
      <w:pPr>
        <w:pStyle w:val="ListParagraph"/>
      </w:pPr>
      <w:r>
        <w:rPr>
          <w:sz w:val="22"/>
        </w:rPr>
        <w:t>A. g/mol</w:t>
      </w:r>
    </w:p>
    <w:p>
      <w:pPr>
        <w:pStyle w:val="ListParagraph"/>
      </w:pPr>
      <w:r>
        <w:rPr>
          <w:sz w:val="22"/>
        </w:rPr>
        <w:t>B. mol/g</w:t>
      </w:r>
    </w:p>
    <w:p>
      <w:pPr>
        <w:pStyle w:val="ListParagraph"/>
      </w:pPr>
      <w:r>
        <w:rPr>
          <w:sz w:val="22"/>
        </w:rPr>
        <w:t>C. g</w:t>
      </w:r>
    </w:p>
    <w:p>
      <w:pPr>
        <w:pStyle w:val="ListParagraph"/>
      </w:pPr>
      <w:r>
        <w:rPr>
          <w:sz w:val="22"/>
        </w:rPr>
        <w:t>D. mol</w:t>
      </w:r>
    </w:p>
    <w:p/>
    <w:p>
      <w:r>
        <w:rPr>
          <w:b/>
          <w:sz w:val="24"/>
        </w:rPr>
        <w:t>Câu 56: Số Avogadro xấp xỉ bằng:</w:t>
      </w:r>
    </w:p>
    <w:p>
      <w:pPr>
        <w:pStyle w:val="ListParagraph"/>
      </w:pPr>
      <w:r>
        <w:rPr>
          <w:sz w:val="22"/>
        </w:rPr>
        <w:t>A. 6,02.10^23</w:t>
      </w:r>
    </w:p>
    <w:p>
      <w:pPr>
        <w:pStyle w:val="ListParagraph"/>
      </w:pPr>
      <w:r>
        <w:rPr>
          <w:sz w:val="22"/>
        </w:rPr>
        <w:t>B. 3,14.10^23</w:t>
      </w:r>
    </w:p>
    <w:p>
      <w:pPr>
        <w:pStyle w:val="ListParagraph"/>
      </w:pPr>
      <w:r>
        <w:rPr>
          <w:sz w:val="22"/>
        </w:rPr>
        <w:t>C. 9,8.10^23</w:t>
      </w:r>
    </w:p>
    <w:p>
      <w:pPr>
        <w:pStyle w:val="ListParagraph"/>
      </w:pPr>
      <w:r>
        <w:rPr>
          <w:sz w:val="22"/>
        </w:rPr>
        <w:t>D. 1,6.10^23</w:t>
      </w:r>
    </w:p>
    <w:p/>
    <w:p>
      <w:r>
        <w:rPr>
          <w:b/>
          <w:sz w:val="24"/>
        </w:rPr>
        <w:t>Câu 57: Dung dịch làm quỳ tím chuyển đỏ là:</w:t>
      </w:r>
    </w:p>
    <w:p>
      <w:pPr>
        <w:pStyle w:val="ListParagraph"/>
      </w:pPr>
      <w:r>
        <w:rPr>
          <w:sz w:val="22"/>
        </w:rPr>
        <w:t>A. Axit</w:t>
      </w:r>
    </w:p>
    <w:p>
      <w:pPr>
        <w:pStyle w:val="ListParagraph"/>
      </w:pPr>
      <w:r>
        <w:rPr>
          <w:sz w:val="22"/>
        </w:rPr>
        <w:t>B. Bazơ</w:t>
      </w:r>
    </w:p>
    <w:p>
      <w:pPr>
        <w:pStyle w:val="ListParagraph"/>
      </w:pPr>
      <w:r>
        <w:rPr>
          <w:sz w:val="22"/>
        </w:rPr>
        <w:t>C. Muối</w:t>
      </w:r>
    </w:p>
    <w:p>
      <w:pPr>
        <w:pStyle w:val="ListParagraph"/>
      </w:pPr>
      <w:r>
        <w:rPr>
          <w:sz w:val="22"/>
        </w:rPr>
        <w:t>D. Nước cất</w:t>
      </w:r>
    </w:p>
    <w:p/>
    <w:p>
      <w:r>
        <w:rPr>
          <w:b/>
          <w:sz w:val="24"/>
        </w:rPr>
        <w:t>Câu 58: Kim loại nào có tính dẫn điện tốt nhất?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Bạc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Nhôm</w:t>
      </w:r>
    </w:p>
    <w:p/>
    <w:p>
      <w:r>
        <w:rPr>
          <w:b/>
          <w:sz w:val="24"/>
        </w:rPr>
        <w:t>Câu 59: Nhiên liệu hóa thạch gồm:</w:t>
      </w:r>
    </w:p>
    <w:p>
      <w:pPr>
        <w:pStyle w:val="ListParagraph"/>
      </w:pPr>
      <w:r>
        <w:rPr>
          <w:sz w:val="22"/>
        </w:rPr>
        <w:t>A. Than, dầu, khí đốt</w:t>
      </w:r>
    </w:p>
    <w:p>
      <w:pPr>
        <w:pStyle w:val="ListParagraph"/>
      </w:pPr>
      <w:r>
        <w:rPr>
          <w:sz w:val="22"/>
        </w:rPr>
        <w:t>B. Gỗ, củi</w:t>
      </w:r>
    </w:p>
    <w:p>
      <w:pPr>
        <w:pStyle w:val="ListParagraph"/>
      </w:pPr>
      <w:r>
        <w:rPr>
          <w:sz w:val="22"/>
        </w:rPr>
        <w:t>C. Nước</w:t>
      </w:r>
    </w:p>
    <w:p>
      <w:pPr>
        <w:pStyle w:val="ListParagraph"/>
      </w:pPr>
      <w:r>
        <w:rPr>
          <w:sz w:val="22"/>
        </w:rPr>
        <w:t>D. Gió</w:t>
      </w:r>
    </w:p>
    <w:p/>
    <w:p>
      <w:r>
        <w:rPr>
          <w:b/>
          <w:sz w:val="24"/>
        </w:rPr>
        <w:t>Câu 60: Khí gây hiệu ứng nhà kính chủ yếu là:</w:t>
      </w:r>
    </w:p>
    <w:p>
      <w:pPr>
        <w:pStyle w:val="ListParagraph"/>
      </w:pPr>
      <w:r>
        <w:rPr>
          <w:sz w:val="22"/>
        </w:rPr>
        <w:t>A. CO2</w:t>
      </w:r>
    </w:p>
    <w:p>
      <w:pPr>
        <w:pStyle w:val="ListParagraph"/>
      </w:pPr>
      <w:r>
        <w:rPr>
          <w:sz w:val="22"/>
        </w:rPr>
        <w:t>B. O2</w:t>
      </w:r>
    </w:p>
    <w:p>
      <w:pPr>
        <w:pStyle w:val="ListParagraph"/>
      </w:pPr>
      <w:r>
        <w:rPr>
          <w:sz w:val="22"/>
        </w:rPr>
        <w:t>C. N2</w:t>
      </w:r>
    </w:p>
    <w:p>
      <w:pPr>
        <w:pStyle w:val="ListParagraph"/>
      </w:pPr>
      <w:r>
        <w:rPr>
          <w:sz w:val="22"/>
        </w:rPr>
        <w:t>D. H2</w:t>
      </w:r>
    </w:p>
    <w:p/>
    <w:p>
      <w:r>
        <w:rPr>
          <w:b/>
          <w:sz w:val="24"/>
        </w:rPr>
        <w:t>Câu 61: Đơn vị cấu tạo nên cơ thể sinh vật là:</w:t>
      </w:r>
    </w:p>
    <w:p>
      <w:pPr>
        <w:pStyle w:val="ListParagraph"/>
      </w:pPr>
      <w:r>
        <w:rPr>
          <w:sz w:val="22"/>
        </w:rPr>
        <w:t>A. Tế bào</w:t>
      </w:r>
    </w:p>
    <w:p>
      <w:pPr>
        <w:pStyle w:val="ListParagraph"/>
      </w:pPr>
      <w:r>
        <w:rPr>
          <w:sz w:val="22"/>
        </w:rPr>
        <w:t>B. Mô</w:t>
      </w:r>
    </w:p>
    <w:p>
      <w:pPr>
        <w:pStyle w:val="ListParagraph"/>
      </w:pPr>
      <w:r>
        <w:rPr>
          <w:sz w:val="22"/>
        </w:rPr>
        <w:t>C. Cơ quan</w:t>
      </w:r>
    </w:p>
    <w:p>
      <w:pPr>
        <w:pStyle w:val="ListParagraph"/>
      </w:pPr>
      <w:r>
        <w:rPr>
          <w:sz w:val="22"/>
        </w:rPr>
        <w:t>D. Hệ cơ quan</w:t>
      </w:r>
    </w:p>
    <w:p/>
    <w:p>
      <w:r>
        <w:rPr>
          <w:b/>
          <w:sz w:val="24"/>
        </w:rPr>
        <w:t>Câu 62: Quá trình cây xanh tạo chất hữu cơ nhờ ánh sáng gọi là:</w:t>
      </w:r>
    </w:p>
    <w:p>
      <w:pPr>
        <w:pStyle w:val="ListParagraph"/>
      </w:pPr>
      <w:r>
        <w:rPr>
          <w:sz w:val="22"/>
        </w:rPr>
        <w:t>A. Hô hấp</w:t>
      </w:r>
    </w:p>
    <w:p>
      <w:pPr>
        <w:pStyle w:val="ListParagraph"/>
      </w:pPr>
      <w:r>
        <w:rPr>
          <w:sz w:val="22"/>
        </w:rPr>
        <w:t>B. Quang hợp</w:t>
      </w:r>
    </w:p>
    <w:p>
      <w:pPr>
        <w:pStyle w:val="ListParagraph"/>
      </w:pPr>
      <w:r>
        <w:rPr>
          <w:sz w:val="22"/>
        </w:rPr>
        <w:t>C. Thoát hơi nước</w:t>
      </w:r>
    </w:p>
    <w:p>
      <w:pPr>
        <w:pStyle w:val="ListParagraph"/>
      </w:pPr>
      <w:r>
        <w:rPr>
          <w:sz w:val="22"/>
        </w:rPr>
        <w:t>D. Hấp thụ</w:t>
      </w:r>
    </w:p>
    <w:p/>
    <w:p>
      <w:r>
        <w:rPr>
          <w:b/>
          <w:sz w:val="24"/>
        </w:rPr>
        <w:t>Câu 63: Cơ quan hô hấp chính của người là:</w:t>
      </w:r>
    </w:p>
    <w:p>
      <w:pPr>
        <w:pStyle w:val="ListParagraph"/>
      </w:pPr>
      <w:r>
        <w:rPr>
          <w:sz w:val="22"/>
        </w:rPr>
        <w:t>A. Phổi</w:t>
      </w:r>
    </w:p>
    <w:p>
      <w:pPr>
        <w:pStyle w:val="ListParagraph"/>
      </w:pPr>
      <w:r>
        <w:rPr>
          <w:sz w:val="22"/>
        </w:rPr>
        <w:t>B. Tim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64: Máu được bơm đi khắp cơ thể nhờ:</w:t>
      </w:r>
    </w:p>
    <w:p>
      <w:pPr>
        <w:pStyle w:val="ListParagraph"/>
      </w:pPr>
      <w:r>
        <w:rPr>
          <w:sz w:val="22"/>
        </w:rPr>
        <w:t>A. Tim</w:t>
      </w:r>
    </w:p>
    <w:p>
      <w:pPr>
        <w:pStyle w:val="ListParagraph"/>
      </w:pPr>
      <w:r>
        <w:rPr>
          <w:sz w:val="22"/>
        </w:rPr>
        <w:t>B. Phổi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65: Nhóm máu nào là nhóm máu chuyên cho?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B</w:t>
      </w:r>
    </w:p>
    <w:p>
      <w:pPr>
        <w:pStyle w:val="ListParagraph"/>
      </w:pPr>
      <w:r>
        <w:rPr>
          <w:sz w:val="22"/>
        </w:rPr>
        <w:t>C. AB</w:t>
      </w:r>
    </w:p>
    <w:p>
      <w:pPr>
        <w:pStyle w:val="ListParagraph"/>
      </w:pPr>
      <w:r>
        <w:rPr>
          <w:sz w:val="22"/>
        </w:rPr>
        <w:t>D. O</w:t>
      </w:r>
    </w:p>
    <w:p/>
    <w:p>
      <w:r>
        <w:rPr>
          <w:b/>
          <w:sz w:val="24"/>
        </w:rPr>
        <w:t>Câu 66: Đơn vị di truyền là:</w:t>
      </w:r>
    </w:p>
    <w:p>
      <w:pPr>
        <w:pStyle w:val="ListParagraph"/>
      </w:pPr>
      <w:r>
        <w:rPr>
          <w:sz w:val="22"/>
        </w:rPr>
        <w:t>A. Gen</w:t>
      </w:r>
    </w:p>
    <w:p>
      <w:pPr>
        <w:pStyle w:val="ListParagraph"/>
      </w:pPr>
      <w:r>
        <w:rPr>
          <w:sz w:val="22"/>
        </w:rPr>
        <w:t>B. NST</w:t>
      </w:r>
    </w:p>
    <w:p>
      <w:pPr>
        <w:pStyle w:val="ListParagraph"/>
      </w:pPr>
      <w:r>
        <w:rPr>
          <w:sz w:val="22"/>
        </w:rPr>
        <w:t>C. Protein</w:t>
      </w:r>
    </w:p>
    <w:p>
      <w:pPr>
        <w:pStyle w:val="ListParagraph"/>
      </w:pPr>
      <w:r>
        <w:rPr>
          <w:sz w:val="22"/>
        </w:rPr>
        <w:t>D. Lipit</w:t>
      </w:r>
    </w:p>
    <w:p/>
    <w:p>
      <w:r>
        <w:rPr>
          <w:b/>
          <w:sz w:val="24"/>
        </w:rPr>
        <w:t>Câu 67: ADN có cấu trúc:</w:t>
      </w:r>
    </w:p>
    <w:p>
      <w:pPr>
        <w:pStyle w:val="ListParagraph"/>
      </w:pPr>
      <w:r>
        <w:rPr>
          <w:sz w:val="22"/>
        </w:rPr>
        <w:t>A. Xoắn kép</w:t>
      </w:r>
    </w:p>
    <w:p>
      <w:pPr>
        <w:pStyle w:val="ListParagraph"/>
      </w:pPr>
      <w:r>
        <w:rPr>
          <w:sz w:val="22"/>
        </w:rPr>
        <w:t>B. Xoắn đơn</w:t>
      </w:r>
    </w:p>
    <w:p>
      <w:pPr>
        <w:pStyle w:val="ListParagraph"/>
      </w:pPr>
      <w:r>
        <w:rPr>
          <w:sz w:val="22"/>
        </w:rPr>
        <w:t>C. Thẳng</w:t>
      </w:r>
    </w:p>
    <w:p>
      <w:pPr>
        <w:pStyle w:val="ListParagraph"/>
      </w:pPr>
      <w:r>
        <w:rPr>
          <w:sz w:val="22"/>
        </w:rPr>
        <w:t>D. Vòng</w:t>
      </w:r>
    </w:p>
    <w:p/>
    <w:p>
      <w:r>
        <w:rPr>
          <w:b/>
          <w:sz w:val="24"/>
        </w:rPr>
        <w:t>Câu 68: Loài nào sau đây thuộc lớp Thú?</w:t>
      </w:r>
    </w:p>
    <w:p>
      <w:pPr>
        <w:pStyle w:val="ListParagraph"/>
      </w:pPr>
      <w:r>
        <w:rPr>
          <w:sz w:val="22"/>
        </w:rPr>
        <w:t>A. Cá chép</w:t>
      </w:r>
    </w:p>
    <w:p>
      <w:pPr>
        <w:pStyle w:val="ListParagraph"/>
      </w:pPr>
      <w:r>
        <w:rPr>
          <w:sz w:val="22"/>
        </w:rPr>
        <w:t>B. Chim bồ câu</w:t>
      </w:r>
    </w:p>
    <w:p>
      <w:pPr>
        <w:pStyle w:val="ListParagraph"/>
      </w:pPr>
      <w:r>
        <w:rPr>
          <w:sz w:val="22"/>
        </w:rPr>
        <w:t>C. Ếch đồng</w:t>
      </w:r>
    </w:p>
    <w:p>
      <w:pPr>
        <w:pStyle w:val="ListParagraph"/>
      </w:pPr>
      <w:r>
        <w:rPr>
          <w:sz w:val="22"/>
        </w:rPr>
        <w:t>D. Mèo</w:t>
      </w:r>
    </w:p>
    <w:p/>
    <w:p>
      <w:r>
        <w:rPr>
          <w:b/>
          <w:sz w:val="24"/>
        </w:rPr>
        <w:t>Câu 69: Thực vật có hoa sinh sản bằng:</w:t>
      </w:r>
    </w:p>
    <w:p>
      <w:pPr>
        <w:pStyle w:val="ListParagraph"/>
      </w:pPr>
      <w:r>
        <w:rPr>
          <w:sz w:val="22"/>
        </w:rPr>
        <w:t>A. Bào tử</w:t>
      </w:r>
    </w:p>
    <w:p>
      <w:pPr>
        <w:pStyle w:val="ListParagraph"/>
      </w:pPr>
      <w:r>
        <w:rPr>
          <w:sz w:val="22"/>
        </w:rPr>
        <w:t>B. Hạt</w:t>
      </w:r>
    </w:p>
    <w:p>
      <w:pPr>
        <w:pStyle w:val="ListParagraph"/>
      </w:pPr>
      <w:r>
        <w:rPr>
          <w:sz w:val="22"/>
        </w:rPr>
        <w:t>C. Phân chia</w:t>
      </w:r>
    </w:p>
    <w:p>
      <w:pPr>
        <w:pStyle w:val="ListParagraph"/>
      </w:pPr>
      <w:r>
        <w:rPr>
          <w:sz w:val="22"/>
        </w:rPr>
        <w:t>D. Nảy chồi</w:t>
      </w:r>
    </w:p>
    <w:p/>
    <w:p>
      <w:r>
        <w:rPr>
          <w:b/>
          <w:sz w:val="24"/>
        </w:rPr>
        <w:t>Câu 70: Cơ quan thực hiện trao đổi khí ở thực vật là:</w:t>
      </w:r>
    </w:p>
    <w:p>
      <w:pPr>
        <w:pStyle w:val="ListParagraph"/>
      </w:pPr>
      <w:r>
        <w:rPr>
          <w:sz w:val="22"/>
        </w:rPr>
        <w:t>A. Lá</w:t>
      </w:r>
    </w:p>
    <w:p>
      <w:pPr>
        <w:pStyle w:val="ListParagraph"/>
      </w:pPr>
      <w:r>
        <w:rPr>
          <w:sz w:val="22"/>
        </w:rPr>
        <w:t>B. Rễ</w:t>
      </w:r>
    </w:p>
    <w:p>
      <w:pPr>
        <w:pStyle w:val="ListParagraph"/>
      </w:pPr>
      <w:r>
        <w:rPr>
          <w:sz w:val="22"/>
        </w:rPr>
        <w:t>C. Thân</w:t>
      </w:r>
    </w:p>
    <w:p>
      <w:pPr>
        <w:pStyle w:val="ListParagraph"/>
      </w:pPr>
      <w:r>
        <w:rPr>
          <w:sz w:val="22"/>
        </w:rPr>
        <w:t>D. Hoa</w:t>
      </w:r>
    </w:p>
    <w:p/>
    <w:p>
      <w:r>
        <w:rPr>
          <w:b/>
          <w:sz w:val="24"/>
        </w:rPr>
        <w:t>Câu 71: Enzim tiêu hóa tinh bột trong nước bọt là:</w:t>
      </w:r>
    </w:p>
    <w:p>
      <w:pPr>
        <w:pStyle w:val="ListParagraph"/>
      </w:pPr>
      <w:r>
        <w:rPr>
          <w:sz w:val="22"/>
        </w:rPr>
        <w:t>A. Pepsin</w:t>
      </w:r>
    </w:p>
    <w:p>
      <w:pPr>
        <w:pStyle w:val="ListParagraph"/>
      </w:pPr>
      <w:r>
        <w:rPr>
          <w:sz w:val="22"/>
        </w:rPr>
        <w:t>B. Amilaza</w:t>
      </w:r>
    </w:p>
    <w:p>
      <w:pPr>
        <w:pStyle w:val="ListParagraph"/>
      </w:pPr>
      <w:r>
        <w:rPr>
          <w:sz w:val="22"/>
        </w:rPr>
        <w:t>C. Lipaza</w:t>
      </w:r>
    </w:p>
    <w:p>
      <w:pPr>
        <w:pStyle w:val="ListParagraph"/>
      </w:pPr>
      <w:r>
        <w:rPr>
          <w:sz w:val="22"/>
        </w:rPr>
        <w:t>D. Tripsin</w:t>
      </w:r>
    </w:p>
    <w:p/>
    <w:p>
      <w:r>
        <w:rPr>
          <w:b/>
          <w:sz w:val="24"/>
        </w:rPr>
        <w:t>Câu 72: Tuyến nội tiết tiết insulin là:</w:t>
      </w:r>
    </w:p>
    <w:p>
      <w:pPr>
        <w:pStyle w:val="ListParagraph"/>
      </w:pPr>
      <w:r>
        <w:rPr>
          <w:sz w:val="22"/>
        </w:rPr>
        <w:t>A. Tuyến giáp</w:t>
      </w:r>
    </w:p>
    <w:p>
      <w:pPr>
        <w:pStyle w:val="ListParagraph"/>
      </w:pPr>
      <w:r>
        <w:rPr>
          <w:sz w:val="22"/>
        </w:rPr>
        <w:t>B. Tuyến tụy</w:t>
      </w:r>
    </w:p>
    <w:p>
      <w:pPr>
        <w:pStyle w:val="ListParagraph"/>
      </w:pPr>
      <w:r>
        <w:rPr>
          <w:sz w:val="22"/>
        </w:rPr>
        <w:t>C. Tuyến thượng thận</w:t>
      </w:r>
    </w:p>
    <w:p>
      <w:pPr>
        <w:pStyle w:val="ListParagraph"/>
      </w:pPr>
      <w:r>
        <w:rPr>
          <w:sz w:val="22"/>
        </w:rPr>
        <w:t>D. Tuyến yên</w:t>
      </w:r>
    </w:p>
    <w:p/>
    <w:p>
      <w:r>
        <w:rPr>
          <w:b/>
          <w:sz w:val="24"/>
        </w:rPr>
        <w:t>Câu 73: Bộ phận nào của tế bào chứa vật chất di truyền?</w:t>
      </w:r>
    </w:p>
    <w:p>
      <w:pPr>
        <w:pStyle w:val="ListParagraph"/>
      </w:pPr>
      <w:r>
        <w:rPr>
          <w:sz w:val="22"/>
        </w:rPr>
        <w:t>A. Nhân</w:t>
      </w:r>
    </w:p>
    <w:p>
      <w:pPr>
        <w:pStyle w:val="ListParagraph"/>
      </w:pPr>
      <w:r>
        <w:rPr>
          <w:sz w:val="22"/>
        </w:rPr>
        <w:t>B. Màng</w:t>
      </w:r>
    </w:p>
    <w:p>
      <w:pPr>
        <w:pStyle w:val="ListParagraph"/>
      </w:pPr>
      <w:r>
        <w:rPr>
          <w:sz w:val="22"/>
        </w:rPr>
        <w:t>C. Tế bào chất</w:t>
      </w:r>
    </w:p>
    <w:p>
      <w:pPr>
        <w:pStyle w:val="ListParagraph"/>
      </w:pPr>
      <w:r>
        <w:rPr>
          <w:sz w:val="22"/>
        </w:rPr>
        <w:t>D. Ribosome</w:t>
      </w:r>
    </w:p>
    <w:p/>
    <w:p>
      <w:r>
        <w:rPr>
          <w:b/>
          <w:sz w:val="24"/>
        </w:rPr>
        <w:t>Câu 74: Quá trình nguyên phân tạo ra:</w:t>
      </w:r>
    </w:p>
    <w:p>
      <w:pPr>
        <w:pStyle w:val="ListParagraph"/>
      </w:pPr>
      <w:r>
        <w:rPr>
          <w:sz w:val="22"/>
        </w:rPr>
        <w:t>A. 2 tế bào con giống nhau</w:t>
      </w:r>
    </w:p>
    <w:p>
      <w:pPr>
        <w:pStyle w:val="ListParagraph"/>
      </w:pPr>
      <w:r>
        <w:rPr>
          <w:sz w:val="22"/>
        </w:rPr>
        <w:t>B. 4 tế bào con khác nhau</w:t>
      </w:r>
    </w:p>
    <w:p>
      <w:pPr>
        <w:pStyle w:val="ListParagraph"/>
      </w:pPr>
      <w:r>
        <w:rPr>
          <w:sz w:val="22"/>
        </w:rPr>
        <w:t>C. 2 tế bào con khác nhau</w:t>
      </w:r>
    </w:p>
    <w:p>
      <w:pPr>
        <w:pStyle w:val="ListParagraph"/>
      </w:pPr>
      <w:r>
        <w:rPr>
          <w:sz w:val="22"/>
        </w:rPr>
        <w:t>D. 4 tế bào con giống nhau</w:t>
      </w:r>
    </w:p>
    <w:p/>
    <w:p>
      <w:r>
        <w:rPr>
          <w:b/>
          <w:sz w:val="24"/>
        </w:rPr>
        <w:t>Câu 75: Giảm phân tạo ra:</w:t>
      </w:r>
    </w:p>
    <w:p>
      <w:pPr>
        <w:pStyle w:val="ListParagraph"/>
      </w:pPr>
      <w:r>
        <w:rPr>
          <w:sz w:val="22"/>
        </w:rPr>
        <w:t>A. Tế bào sinh dưỡng</w:t>
      </w:r>
    </w:p>
    <w:p>
      <w:pPr>
        <w:pStyle w:val="ListParagraph"/>
      </w:pPr>
      <w:r>
        <w:rPr>
          <w:sz w:val="22"/>
        </w:rPr>
        <w:t>B. Giao tử</w:t>
      </w:r>
    </w:p>
    <w:p>
      <w:pPr>
        <w:pStyle w:val="ListParagraph"/>
      </w:pPr>
      <w:r>
        <w:rPr>
          <w:sz w:val="22"/>
        </w:rPr>
        <w:t>C. Tế bào thần kinh</w:t>
      </w:r>
    </w:p>
    <w:p>
      <w:pPr>
        <w:pStyle w:val="ListParagraph"/>
      </w:pPr>
      <w:r>
        <w:rPr>
          <w:sz w:val="22"/>
        </w:rPr>
        <w:t>D. Hồng cầu</w:t>
      </w:r>
    </w:p>
    <w:p/>
    <w:p>
      <w:r>
        <w:rPr>
          <w:b/>
          <w:sz w:val="24"/>
        </w:rPr>
        <w:t>Câu 76: Nguyên tố nào cần cho cây tổng hợp diệp lục?</w:t>
      </w:r>
    </w:p>
    <w:p>
      <w:pPr>
        <w:pStyle w:val="ListParagraph"/>
      </w:pPr>
      <w:r>
        <w:rPr>
          <w:sz w:val="22"/>
        </w:rPr>
        <w:t>A. Sắt</w:t>
      </w:r>
    </w:p>
    <w:p>
      <w:pPr>
        <w:pStyle w:val="ListParagraph"/>
      </w:pPr>
      <w:r>
        <w:rPr>
          <w:sz w:val="22"/>
        </w:rPr>
        <w:t>B. Magie</w:t>
      </w:r>
    </w:p>
    <w:p>
      <w:pPr>
        <w:pStyle w:val="ListParagraph"/>
      </w:pPr>
      <w:r>
        <w:rPr>
          <w:sz w:val="22"/>
        </w:rPr>
        <w:t>C. Canxi</w:t>
      </w:r>
    </w:p>
    <w:p>
      <w:pPr>
        <w:pStyle w:val="ListParagraph"/>
      </w:pPr>
      <w:r>
        <w:rPr>
          <w:sz w:val="22"/>
        </w:rPr>
        <w:t>D. Kali</w:t>
      </w:r>
    </w:p>
    <w:p/>
    <w:p>
      <w:r>
        <w:rPr>
          <w:b/>
          <w:sz w:val="24"/>
        </w:rPr>
        <w:t>Câu 77: Nhóm động vật có xương sống gồm:</w:t>
      </w:r>
    </w:p>
    <w:p>
      <w:pPr>
        <w:pStyle w:val="ListParagraph"/>
      </w:pPr>
      <w:r>
        <w:rPr>
          <w:sz w:val="22"/>
        </w:rPr>
        <w:t>A. Cá, lưỡng cư, bò sát, chim, thú</w:t>
      </w:r>
    </w:p>
    <w:p>
      <w:pPr>
        <w:pStyle w:val="ListParagraph"/>
      </w:pPr>
      <w:r>
        <w:rPr>
          <w:sz w:val="22"/>
        </w:rPr>
        <w:t>B. Cá, côn trùng, chim</w:t>
      </w:r>
    </w:p>
    <w:p>
      <w:pPr>
        <w:pStyle w:val="ListParagraph"/>
      </w:pPr>
      <w:r>
        <w:rPr>
          <w:sz w:val="22"/>
        </w:rPr>
        <w:t>C. Thân mềm, da gai</w:t>
      </w:r>
    </w:p>
    <w:p>
      <w:pPr>
        <w:pStyle w:val="ListParagraph"/>
      </w:pPr>
      <w:r>
        <w:rPr>
          <w:sz w:val="22"/>
        </w:rPr>
        <w:t>D. Giun, chân khớp</w:t>
      </w:r>
    </w:p>
    <w:p/>
    <w:p>
      <w:r>
        <w:rPr>
          <w:b/>
          <w:sz w:val="24"/>
        </w:rPr>
        <w:t>Câu 78: Vi khuẩn là sinh vật:</w:t>
      </w:r>
    </w:p>
    <w:p>
      <w:pPr>
        <w:pStyle w:val="ListParagraph"/>
      </w:pPr>
      <w:r>
        <w:rPr>
          <w:sz w:val="22"/>
        </w:rPr>
        <w:t>A. Nhân thực</w:t>
      </w:r>
    </w:p>
    <w:p>
      <w:pPr>
        <w:pStyle w:val="ListParagraph"/>
      </w:pPr>
      <w:r>
        <w:rPr>
          <w:sz w:val="22"/>
        </w:rPr>
        <w:t>B. Nhân sơ</w:t>
      </w:r>
    </w:p>
    <w:p>
      <w:pPr>
        <w:pStyle w:val="ListParagraph"/>
      </w:pPr>
      <w:r>
        <w:rPr>
          <w:sz w:val="22"/>
        </w:rPr>
        <w:t>C. Đa bào</w:t>
      </w:r>
    </w:p>
    <w:p>
      <w:pPr>
        <w:pStyle w:val="ListParagraph"/>
      </w:pPr>
      <w:r>
        <w:rPr>
          <w:sz w:val="22"/>
        </w:rPr>
        <w:t>D. Thực vật</w:t>
      </w:r>
    </w:p>
    <w:p/>
    <w:p>
      <w:r>
        <w:rPr>
          <w:b/>
          <w:sz w:val="24"/>
        </w:rPr>
        <w:t>Câu 79: Virus sống ký sinh trong:</w:t>
      </w:r>
    </w:p>
    <w:p>
      <w:pPr>
        <w:pStyle w:val="ListParagraph"/>
      </w:pPr>
      <w:r>
        <w:rPr>
          <w:sz w:val="22"/>
        </w:rPr>
        <w:t>A. Tế bào sống</w:t>
      </w:r>
    </w:p>
    <w:p>
      <w:pPr>
        <w:pStyle w:val="ListParagraph"/>
      </w:pPr>
      <w:r>
        <w:rPr>
          <w:sz w:val="22"/>
        </w:rPr>
        <w:t>B. Đất</w:t>
      </w:r>
    </w:p>
    <w:p>
      <w:pPr>
        <w:pStyle w:val="ListParagraph"/>
      </w:pPr>
      <w:r>
        <w:rPr>
          <w:sz w:val="22"/>
        </w:rPr>
        <w:t>C. Nước</w:t>
      </w:r>
    </w:p>
    <w:p>
      <w:pPr>
        <w:pStyle w:val="ListParagraph"/>
      </w:pPr>
      <w:r>
        <w:rPr>
          <w:sz w:val="22"/>
        </w:rPr>
        <w:t>D. Không khí</w:t>
      </w:r>
    </w:p>
    <w:p/>
    <w:p>
      <w:r>
        <w:rPr>
          <w:b/>
          <w:sz w:val="24"/>
        </w:rPr>
        <w:t>Câu 80: Hệ tuần hoàn của người gồm:</w:t>
      </w:r>
    </w:p>
    <w:p>
      <w:pPr>
        <w:pStyle w:val="ListParagraph"/>
      </w:pPr>
      <w:r>
        <w:rPr>
          <w:sz w:val="22"/>
        </w:rPr>
        <w:t>A. Tim và mạch máu</w:t>
      </w:r>
    </w:p>
    <w:p>
      <w:pPr>
        <w:pStyle w:val="ListParagraph"/>
      </w:pPr>
      <w:r>
        <w:rPr>
          <w:sz w:val="22"/>
        </w:rPr>
        <w:t>B. Phổi và khí quản</w:t>
      </w:r>
    </w:p>
    <w:p>
      <w:pPr>
        <w:pStyle w:val="ListParagraph"/>
      </w:pPr>
      <w:r>
        <w:rPr>
          <w:sz w:val="22"/>
        </w:rPr>
        <w:t>C. Dạ dày và ruột</w:t>
      </w:r>
    </w:p>
    <w:p>
      <w:pPr>
        <w:pStyle w:val="ListParagraph"/>
      </w:pPr>
      <w:r>
        <w:rPr>
          <w:sz w:val="22"/>
        </w:rPr>
        <w:t>D. Thận và bàng quang</w:t>
      </w:r>
    </w:p>
    <w:p/>
    <w:p>
      <w:r>
        <w:rPr>
          <w:b/>
          <w:sz w:val="24"/>
        </w:rPr>
        <w:t>Câu 81: Ai là người thành lập nước Vạn Xuân?</w:t>
      </w:r>
    </w:p>
    <w:p>
      <w:pPr>
        <w:pStyle w:val="ListParagraph"/>
      </w:pPr>
      <w:r>
        <w:rPr>
          <w:sz w:val="22"/>
        </w:rPr>
        <w:t>A. Lý Bí</w:t>
      </w:r>
    </w:p>
    <w:p>
      <w:pPr>
        <w:pStyle w:val="ListParagraph"/>
      </w:pPr>
      <w:r>
        <w:rPr>
          <w:sz w:val="22"/>
        </w:rPr>
        <w:t>B. Ngô Quyền</w:t>
      </w:r>
    </w:p>
    <w:p>
      <w:pPr>
        <w:pStyle w:val="ListParagraph"/>
      </w:pPr>
      <w:r>
        <w:rPr>
          <w:sz w:val="22"/>
        </w:rPr>
        <w:t>C. Đinh Bộ Lĩnh</w:t>
      </w:r>
    </w:p>
    <w:p>
      <w:pPr>
        <w:pStyle w:val="ListParagraph"/>
      </w:pPr>
      <w:r>
        <w:rPr>
          <w:sz w:val="22"/>
        </w:rPr>
        <w:t>D. Lê Lợi</w:t>
      </w:r>
    </w:p>
    <w:p/>
    <w:p>
      <w:r>
        <w:rPr>
          <w:b/>
          <w:sz w:val="24"/>
        </w:rPr>
        <w:t>Câu 82: Chiến thắng Bạch Đằng năm 938 gắn với ai?</w:t>
      </w:r>
    </w:p>
    <w:p>
      <w:pPr>
        <w:pStyle w:val="ListParagraph"/>
      </w:pPr>
      <w:r>
        <w:rPr>
          <w:sz w:val="22"/>
        </w:rPr>
        <w:t>A. Ngô Quyền</w:t>
      </w:r>
    </w:p>
    <w:p>
      <w:pPr>
        <w:pStyle w:val="ListParagraph"/>
      </w:pPr>
      <w:r>
        <w:rPr>
          <w:sz w:val="22"/>
        </w:rPr>
        <w:t>B. Lê Hoàn</w:t>
      </w:r>
    </w:p>
    <w:p>
      <w:pPr>
        <w:pStyle w:val="ListParagraph"/>
      </w:pPr>
      <w:r>
        <w:rPr>
          <w:sz w:val="22"/>
        </w:rPr>
        <w:t>C. Trần Hưng Đạo</w:t>
      </w:r>
    </w:p>
    <w:p>
      <w:pPr>
        <w:pStyle w:val="ListParagraph"/>
      </w:pPr>
      <w:r>
        <w:rPr>
          <w:sz w:val="22"/>
        </w:rPr>
        <w:t>D. Lý Thường Kiệt</w:t>
      </w:r>
    </w:p>
    <w:p/>
    <w:p>
      <w:r>
        <w:rPr>
          <w:b/>
          <w:sz w:val="24"/>
        </w:rPr>
        <w:t>Câu 83: Nhà Lý dời đô về Thăng Long vào năm nào?</w:t>
      </w:r>
    </w:p>
    <w:p>
      <w:pPr>
        <w:pStyle w:val="ListParagraph"/>
      </w:pPr>
      <w:r>
        <w:rPr>
          <w:sz w:val="22"/>
        </w:rPr>
        <w:t>A. 1009</w:t>
      </w:r>
    </w:p>
    <w:p>
      <w:pPr>
        <w:pStyle w:val="ListParagraph"/>
      </w:pPr>
      <w:r>
        <w:rPr>
          <w:sz w:val="22"/>
        </w:rPr>
        <w:t>B. 1010</w:t>
      </w:r>
    </w:p>
    <w:p>
      <w:pPr>
        <w:pStyle w:val="ListParagraph"/>
      </w:pPr>
      <w:r>
        <w:rPr>
          <w:sz w:val="22"/>
        </w:rPr>
        <w:t>C. 1011</w:t>
      </w:r>
    </w:p>
    <w:p>
      <w:pPr>
        <w:pStyle w:val="ListParagraph"/>
      </w:pPr>
      <w:r>
        <w:rPr>
          <w:sz w:val="22"/>
        </w:rPr>
        <w:t>D. 1012</w:t>
      </w:r>
    </w:p>
    <w:p/>
    <w:p>
      <w:r>
        <w:rPr>
          <w:b/>
          <w:sz w:val="24"/>
        </w:rPr>
        <w:t>Câu 84: Ai được coi là anh hùng dân tộc đánh đuổi quân Minh?</w:t>
      </w:r>
    </w:p>
    <w:p>
      <w:pPr>
        <w:pStyle w:val="ListParagraph"/>
      </w:pPr>
      <w:r>
        <w:rPr>
          <w:sz w:val="22"/>
        </w:rPr>
        <w:t>A. Lê Lợi</w:t>
      </w:r>
    </w:p>
    <w:p>
      <w:pPr>
        <w:pStyle w:val="ListParagraph"/>
      </w:pPr>
      <w:r>
        <w:rPr>
          <w:sz w:val="22"/>
        </w:rPr>
        <w:t>B. Lý Thường Kiệt</w:t>
      </w:r>
    </w:p>
    <w:p>
      <w:pPr>
        <w:pStyle w:val="ListParagraph"/>
      </w:pPr>
      <w:r>
        <w:rPr>
          <w:sz w:val="22"/>
        </w:rPr>
        <w:t>C. Trần Hưng Đạo</w:t>
      </w:r>
    </w:p>
    <w:p>
      <w:pPr>
        <w:pStyle w:val="ListParagraph"/>
      </w:pPr>
      <w:r>
        <w:rPr>
          <w:sz w:val="22"/>
        </w:rPr>
        <w:t>D. Ngô Quyền</w:t>
      </w:r>
    </w:p>
    <w:p/>
    <w:p>
      <w:r>
        <w:rPr>
          <w:b/>
          <w:sz w:val="24"/>
        </w:rPr>
        <w:t>Câu 85: Trận Điện Biên Phủ kết thúc năm nào?</w:t>
      </w:r>
    </w:p>
    <w:p>
      <w:pPr>
        <w:pStyle w:val="ListParagraph"/>
      </w:pPr>
      <w:r>
        <w:rPr>
          <w:sz w:val="22"/>
        </w:rPr>
        <w:t>A. 1950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86: Việt Nam giành độc lập hoàn toàn vào ngày nào?</w:t>
      </w:r>
    </w:p>
    <w:p>
      <w:pPr>
        <w:pStyle w:val="ListParagraph"/>
      </w:pPr>
      <w:r>
        <w:rPr>
          <w:sz w:val="22"/>
        </w:rPr>
        <w:t>A. 30/4/1975</w:t>
      </w:r>
    </w:p>
    <w:p>
      <w:pPr>
        <w:pStyle w:val="ListParagraph"/>
      </w:pPr>
      <w:r>
        <w:rPr>
          <w:sz w:val="22"/>
        </w:rPr>
        <w:t>B. 2/9/1945</w:t>
      </w:r>
    </w:p>
    <w:p>
      <w:pPr>
        <w:pStyle w:val="ListParagraph"/>
      </w:pPr>
      <w:r>
        <w:rPr>
          <w:sz w:val="22"/>
        </w:rPr>
        <w:t>C. 19/8/1945</w:t>
      </w:r>
    </w:p>
    <w:p>
      <w:pPr>
        <w:pStyle w:val="ListParagraph"/>
      </w:pPr>
      <w:r>
        <w:rPr>
          <w:sz w:val="22"/>
        </w:rPr>
        <w:t>D. 7/5/1954</w:t>
      </w:r>
    </w:p>
    <w:p/>
    <w:p>
      <w:r>
        <w:rPr>
          <w:b/>
          <w:sz w:val="24"/>
        </w:rPr>
        <w:t>Câu 87: Bác Hồ đọc Tuyên ngôn Độc lập tại:</w:t>
      </w:r>
    </w:p>
    <w:p>
      <w:pPr>
        <w:pStyle w:val="ListParagraph"/>
      </w:pPr>
      <w:r>
        <w:rPr>
          <w:sz w:val="22"/>
        </w:rPr>
        <w:t>A. Quảng trường Ba Đình</w:t>
      </w:r>
    </w:p>
    <w:p>
      <w:pPr>
        <w:pStyle w:val="ListParagraph"/>
      </w:pPr>
      <w:r>
        <w:rPr>
          <w:sz w:val="22"/>
        </w:rPr>
        <w:t>B. Bến Nhà Rồng</w:t>
      </w:r>
    </w:p>
    <w:p>
      <w:pPr>
        <w:pStyle w:val="ListParagraph"/>
      </w:pPr>
      <w:r>
        <w:rPr>
          <w:sz w:val="22"/>
        </w:rPr>
        <w:t>C. Pác Bó</w:t>
      </w:r>
    </w:p>
    <w:p>
      <w:pPr>
        <w:pStyle w:val="ListParagraph"/>
      </w:pPr>
      <w:r>
        <w:rPr>
          <w:sz w:val="22"/>
        </w:rPr>
        <w:t>D. Tân Trào</w:t>
      </w:r>
    </w:p>
    <w:p/>
    <w:p>
      <w:r>
        <w:rPr>
          <w:b/>
          <w:sz w:val="24"/>
        </w:rPr>
        <w:t>Câu 88: Chiến dịch Hồ Chí Minh kết thúc vào ngày:</w:t>
      </w:r>
    </w:p>
    <w:p>
      <w:pPr>
        <w:pStyle w:val="ListParagraph"/>
      </w:pPr>
      <w:r>
        <w:rPr>
          <w:sz w:val="22"/>
        </w:rPr>
        <w:t>A. 30/4/1975</w:t>
      </w:r>
    </w:p>
    <w:p>
      <w:pPr>
        <w:pStyle w:val="ListParagraph"/>
      </w:pPr>
      <w:r>
        <w:rPr>
          <w:sz w:val="22"/>
        </w:rPr>
        <w:t>B. 1/5/1975</w:t>
      </w:r>
    </w:p>
    <w:p>
      <w:pPr>
        <w:pStyle w:val="ListParagraph"/>
      </w:pPr>
      <w:r>
        <w:rPr>
          <w:sz w:val="22"/>
        </w:rPr>
        <w:t>C. 7/5/1954</w:t>
      </w:r>
    </w:p>
    <w:p>
      <w:pPr>
        <w:pStyle w:val="ListParagraph"/>
      </w:pPr>
      <w:r>
        <w:rPr>
          <w:sz w:val="22"/>
        </w:rPr>
        <w:t>D. 2/9/1945</w:t>
      </w:r>
    </w:p>
    <w:p/>
    <w:p>
      <w:r>
        <w:rPr>
          <w:b/>
          <w:sz w:val="24"/>
        </w:rPr>
        <w:t>Câu 89: Nhà nước đầu tiên của người Việt có tên là gì?</w:t>
      </w:r>
    </w:p>
    <w:p>
      <w:pPr>
        <w:pStyle w:val="ListParagraph"/>
      </w:pPr>
      <w:r>
        <w:rPr>
          <w:sz w:val="22"/>
        </w:rPr>
        <w:t>A. Văn Lang</w:t>
      </w:r>
    </w:p>
    <w:p>
      <w:pPr>
        <w:pStyle w:val="ListParagraph"/>
      </w:pPr>
      <w:r>
        <w:rPr>
          <w:sz w:val="22"/>
        </w:rPr>
        <w:t>B. Âu Lạc</w:t>
      </w:r>
    </w:p>
    <w:p>
      <w:pPr>
        <w:pStyle w:val="ListParagraph"/>
      </w:pPr>
      <w:r>
        <w:rPr>
          <w:sz w:val="22"/>
        </w:rPr>
        <w:t>C. Vạn Xuân</w:t>
      </w:r>
    </w:p>
    <w:p>
      <w:pPr>
        <w:pStyle w:val="ListParagraph"/>
      </w:pPr>
      <w:r>
        <w:rPr>
          <w:sz w:val="22"/>
        </w:rPr>
        <w:t>D. Đại Việt</w:t>
      </w:r>
    </w:p>
    <w:p/>
    <w:p>
      <w:r>
        <w:rPr>
          <w:b/>
          <w:sz w:val="24"/>
        </w:rPr>
        <w:t>Câu 90: Kinh đô của nước Âu Lạc đặt ở:</w:t>
      </w:r>
    </w:p>
    <w:p>
      <w:pPr>
        <w:pStyle w:val="ListParagraph"/>
      </w:pPr>
      <w:r>
        <w:rPr>
          <w:sz w:val="22"/>
        </w:rPr>
        <w:t>A. Phong Khê</w:t>
      </w:r>
    </w:p>
    <w:p>
      <w:pPr>
        <w:pStyle w:val="ListParagraph"/>
      </w:pPr>
      <w:r>
        <w:rPr>
          <w:sz w:val="22"/>
        </w:rPr>
        <w:t>B. Cổ Loa</w:t>
      </w:r>
    </w:p>
    <w:p>
      <w:pPr>
        <w:pStyle w:val="ListParagraph"/>
      </w:pPr>
      <w:r>
        <w:rPr>
          <w:sz w:val="22"/>
        </w:rPr>
        <w:t>C. Thăng Long</w:t>
      </w:r>
    </w:p>
    <w:p>
      <w:pPr>
        <w:pStyle w:val="ListParagraph"/>
      </w:pPr>
      <w:r>
        <w:rPr>
          <w:sz w:val="22"/>
        </w:rPr>
        <w:t>D. Hoa Lư</w:t>
      </w:r>
    </w:p>
    <w:p/>
    <w:p>
      <w:r>
        <w:rPr>
          <w:b/>
          <w:sz w:val="24"/>
        </w:rPr>
        <w:t>Câu 91: Hai Bà Trưng khởi nghĩa vào năm nào?</w:t>
      </w:r>
    </w:p>
    <w:p>
      <w:pPr>
        <w:pStyle w:val="ListParagraph"/>
      </w:pPr>
      <w:r>
        <w:rPr>
          <w:sz w:val="22"/>
        </w:rPr>
        <w:t>A. 40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43</w:t>
      </w:r>
    </w:p>
    <w:p>
      <w:pPr>
        <w:pStyle w:val="ListParagraph"/>
      </w:pPr>
      <w:r>
        <w:rPr>
          <w:sz w:val="22"/>
        </w:rPr>
        <w:t>D. 248</w:t>
      </w:r>
    </w:p>
    <w:p/>
    <w:p>
      <w:r>
        <w:rPr>
          <w:b/>
          <w:sz w:val="24"/>
        </w:rPr>
        <w:t>Câu 92: Lý Thường Kiệt đánh quân Tống trên sông nào?</w:t>
      </w:r>
    </w:p>
    <w:p>
      <w:pPr>
        <w:pStyle w:val="ListParagraph"/>
      </w:pPr>
      <w:r>
        <w:rPr>
          <w:sz w:val="22"/>
        </w:rPr>
        <w:t>A. Sông Bạch Đằng</w:t>
      </w:r>
    </w:p>
    <w:p>
      <w:pPr>
        <w:pStyle w:val="ListParagraph"/>
      </w:pPr>
      <w:r>
        <w:rPr>
          <w:sz w:val="22"/>
        </w:rPr>
        <w:t>B. Sông Như Nguyệt</w:t>
      </w:r>
    </w:p>
    <w:p>
      <w:pPr>
        <w:pStyle w:val="ListParagraph"/>
      </w:pPr>
      <w:r>
        <w:rPr>
          <w:sz w:val="22"/>
        </w:rPr>
        <w:t>C. Sông Hồng</w:t>
      </w:r>
    </w:p>
    <w:p>
      <w:pPr>
        <w:pStyle w:val="ListParagraph"/>
      </w:pPr>
      <w:r>
        <w:rPr>
          <w:sz w:val="22"/>
        </w:rPr>
        <w:t>D. Sông Mã</w:t>
      </w:r>
    </w:p>
    <w:p/>
    <w:p>
      <w:r>
        <w:rPr>
          <w:b/>
          <w:sz w:val="24"/>
        </w:rPr>
        <w:t>Câu 93: Trần Hưng Đạo ba lần đánh thắng quân Nguyên - Mông vào thế kỷ nào?</w:t>
      </w:r>
    </w:p>
    <w:p>
      <w:pPr>
        <w:pStyle w:val="ListParagraph"/>
      </w:pPr>
      <w:r>
        <w:rPr>
          <w:sz w:val="22"/>
        </w:rPr>
        <w:t>A. XI</w:t>
      </w:r>
    </w:p>
    <w:p>
      <w:pPr>
        <w:pStyle w:val="ListParagraph"/>
      </w:pPr>
      <w:r>
        <w:rPr>
          <w:sz w:val="22"/>
        </w:rPr>
        <w:t>B. XII</w:t>
      </w:r>
    </w:p>
    <w:p>
      <w:pPr>
        <w:pStyle w:val="ListParagraph"/>
      </w:pPr>
      <w:r>
        <w:rPr>
          <w:sz w:val="22"/>
        </w:rPr>
        <w:t>C. XIII</w:t>
      </w:r>
    </w:p>
    <w:p>
      <w:pPr>
        <w:pStyle w:val="ListParagraph"/>
      </w:pPr>
      <w:r>
        <w:rPr>
          <w:sz w:val="22"/>
        </w:rPr>
        <w:t>D. XIV</w:t>
      </w:r>
    </w:p>
    <w:p/>
    <w:p>
      <w:r>
        <w:rPr>
          <w:b/>
          <w:sz w:val="24"/>
        </w:rPr>
        <w:t>Câu 94: Vua nào ban hành Bộ luật Hồng Đức?</w:t>
      </w:r>
    </w:p>
    <w:p>
      <w:pPr>
        <w:pStyle w:val="ListParagraph"/>
      </w:pPr>
      <w:r>
        <w:rPr>
          <w:sz w:val="22"/>
        </w:rPr>
        <w:t>A. Lê Thánh Tông</w:t>
      </w:r>
    </w:p>
    <w:p>
      <w:pPr>
        <w:pStyle w:val="ListParagraph"/>
      </w:pPr>
      <w:r>
        <w:rPr>
          <w:sz w:val="22"/>
        </w:rPr>
        <w:t>B. Lê Lợi</w:t>
      </w:r>
    </w:p>
    <w:p>
      <w:pPr>
        <w:pStyle w:val="ListParagraph"/>
      </w:pPr>
      <w:r>
        <w:rPr>
          <w:sz w:val="22"/>
        </w:rPr>
        <w:t>C. Lý Thánh Tông</w:t>
      </w:r>
    </w:p>
    <w:p>
      <w:pPr>
        <w:pStyle w:val="ListParagraph"/>
      </w:pPr>
      <w:r>
        <w:rPr>
          <w:sz w:val="22"/>
        </w:rPr>
        <w:t>D. Trần Nhân Tông</w:t>
      </w:r>
    </w:p>
    <w:p/>
    <w:p>
      <w:r>
        <w:rPr>
          <w:b/>
          <w:sz w:val="24"/>
        </w:rPr>
        <w:t>Câu 95: Chiến tranh thế giới thứ hai kết thúc năm nào?</w:t>
      </w:r>
    </w:p>
    <w:p>
      <w:pPr>
        <w:pStyle w:val="ListParagraph"/>
      </w:pPr>
      <w:r>
        <w:rPr>
          <w:sz w:val="22"/>
        </w:rPr>
        <w:t>A. 1918</w:t>
      </w:r>
    </w:p>
    <w:p>
      <w:pPr>
        <w:pStyle w:val="ListParagraph"/>
      </w:pPr>
      <w:r>
        <w:rPr>
          <w:sz w:val="22"/>
        </w:rPr>
        <w:t>B. 1939</w:t>
      </w:r>
    </w:p>
    <w:p>
      <w:pPr>
        <w:pStyle w:val="ListParagraph"/>
      </w:pPr>
      <w:r>
        <w:rPr>
          <w:sz w:val="22"/>
        </w:rPr>
        <w:t>C. 1945</w:t>
      </w:r>
    </w:p>
    <w:p>
      <w:pPr>
        <w:pStyle w:val="ListParagraph"/>
      </w:pPr>
      <w:r>
        <w:rPr>
          <w:sz w:val="22"/>
        </w:rPr>
        <w:t>D. 1954</w:t>
      </w:r>
    </w:p>
    <w:p/>
    <w:p>
      <w:r>
        <w:rPr>
          <w:b/>
          <w:sz w:val="24"/>
        </w:rPr>
        <w:t>Câu 96: Cách mạng tháng Mười Nga diễn ra năm nào?</w:t>
      </w:r>
    </w:p>
    <w:p>
      <w:pPr>
        <w:pStyle w:val="ListParagraph"/>
      </w:pPr>
      <w:r>
        <w:rPr>
          <w:sz w:val="22"/>
        </w:rPr>
        <w:t>A. 1905</w:t>
      </w:r>
    </w:p>
    <w:p>
      <w:pPr>
        <w:pStyle w:val="ListParagraph"/>
      </w:pPr>
      <w:r>
        <w:rPr>
          <w:sz w:val="22"/>
        </w:rPr>
        <w:t>B. 1917</w:t>
      </w:r>
    </w:p>
    <w:p>
      <w:pPr>
        <w:pStyle w:val="ListParagraph"/>
      </w:pPr>
      <w:r>
        <w:rPr>
          <w:sz w:val="22"/>
        </w:rPr>
        <w:t>C. 1918</w:t>
      </w:r>
    </w:p>
    <w:p>
      <w:pPr>
        <w:pStyle w:val="ListParagraph"/>
      </w:pPr>
      <w:r>
        <w:rPr>
          <w:sz w:val="22"/>
        </w:rPr>
        <w:t>D. 1921</w:t>
      </w:r>
    </w:p>
    <w:p/>
    <w:p>
      <w:r>
        <w:rPr>
          <w:b/>
          <w:sz w:val="24"/>
        </w:rPr>
        <w:t>Câu 97: Tổ chức ASEAN thành lập năm nào?</w:t>
      </w:r>
    </w:p>
    <w:p>
      <w:pPr>
        <w:pStyle w:val="ListParagraph"/>
      </w:pPr>
      <w:r>
        <w:rPr>
          <w:sz w:val="22"/>
        </w:rPr>
        <w:t>A. 1967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1995</w:t>
      </w:r>
    </w:p>
    <w:p>
      <w:pPr>
        <w:pStyle w:val="ListParagraph"/>
      </w:pPr>
      <w:r>
        <w:rPr>
          <w:sz w:val="22"/>
        </w:rPr>
        <w:t>D. 2007</w:t>
      </w:r>
    </w:p>
    <w:p/>
    <w:p>
      <w:r>
        <w:rPr>
          <w:b/>
          <w:sz w:val="24"/>
        </w:rPr>
        <w:t>Câu 98: Việt Nam gia nhập ASEAN vào năm nào?</w:t>
      </w:r>
    </w:p>
    <w:p>
      <w:pPr>
        <w:pStyle w:val="ListParagraph"/>
      </w:pPr>
      <w:r>
        <w:rPr>
          <w:sz w:val="22"/>
        </w:rPr>
        <w:t>A. 1967</w:t>
      </w:r>
    </w:p>
    <w:p>
      <w:pPr>
        <w:pStyle w:val="ListParagraph"/>
      </w:pPr>
      <w:r>
        <w:rPr>
          <w:sz w:val="22"/>
        </w:rPr>
        <w:t>B. 1976</w:t>
      </w:r>
    </w:p>
    <w:p>
      <w:pPr>
        <w:pStyle w:val="ListParagraph"/>
      </w:pPr>
      <w:r>
        <w:rPr>
          <w:sz w:val="22"/>
        </w:rPr>
        <w:t>C. 1995</w:t>
      </w:r>
    </w:p>
    <w:p>
      <w:pPr>
        <w:pStyle w:val="ListParagraph"/>
      </w:pPr>
      <w:r>
        <w:rPr>
          <w:sz w:val="22"/>
        </w:rPr>
        <w:t>D. 2007</w:t>
      </w:r>
    </w:p>
    <w:p/>
    <w:p>
      <w:r>
        <w:rPr>
          <w:b/>
          <w:sz w:val="24"/>
        </w:rPr>
        <w:t>Câu 99: Quốc kỳ Việt Nam có màu gì?</w:t>
      </w:r>
    </w:p>
    <w:p>
      <w:pPr>
        <w:pStyle w:val="ListParagraph"/>
      </w:pPr>
      <w:r>
        <w:rPr>
          <w:sz w:val="22"/>
        </w:rPr>
        <w:t>A. Đỏ sao vàng</w:t>
      </w:r>
    </w:p>
    <w:p>
      <w:pPr>
        <w:pStyle w:val="ListParagraph"/>
      </w:pPr>
      <w:r>
        <w:rPr>
          <w:sz w:val="22"/>
        </w:rPr>
        <w:t>B. Đỏ sao trắng</w:t>
      </w:r>
    </w:p>
    <w:p>
      <w:pPr>
        <w:pStyle w:val="ListParagraph"/>
      </w:pPr>
      <w:r>
        <w:rPr>
          <w:sz w:val="22"/>
        </w:rPr>
        <w:t>C. Xanh sao vàng</w:t>
      </w:r>
    </w:p>
    <w:p>
      <w:pPr>
        <w:pStyle w:val="ListParagraph"/>
      </w:pPr>
      <w:r>
        <w:rPr>
          <w:sz w:val="22"/>
        </w:rPr>
        <w:t>D. Vàng sao đỏ</w:t>
      </w:r>
    </w:p>
    <w:p/>
    <w:p>
      <w:r>
        <w:rPr>
          <w:b/>
          <w:sz w:val="24"/>
        </w:rPr>
        <w:t>Câu 100: Thủ đô của Việt Nam là: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101: Việt Nam nằm ở khu vực nào của châu Á?</w:t>
      </w:r>
    </w:p>
    <w:p>
      <w:pPr>
        <w:pStyle w:val="ListParagraph"/>
      </w:pPr>
      <w:r>
        <w:rPr>
          <w:sz w:val="22"/>
        </w:rPr>
        <w:t>A. Đông Bắc Á</w:t>
      </w:r>
    </w:p>
    <w:p>
      <w:pPr>
        <w:pStyle w:val="ListParagraph"/>
      </w:pPr>
      <w:r>
        <w:rPr>
          <w:sz w:val="22"/>
        </w:rPr>
        <w:t>B. Đông Nam Á</w:t>
      </w:r>
    </w:p>
    <w:p>
      <w:pPr>
        <w:pStyle w:val="ListParagraph"/>
      </w:pPr>
      <w:r>
        <w:rPr>
          <w:sz w:val="22"/>
        </w:rPr>
        <w:t>C. Nam Á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102: Diện tích Việt Nam khoảng:</w:t>
      </w:r>
    </w:p>
    <w:p>
      <w:pPr>
        <w:pStyle w:val="ListParagraph"/>
      </w:pPr>
      <w:r>
        <w:rPr>
          <w:sz w:val="22"/>
        </w:rPr>
        <w:t>A. 331.212 km²</w:t>
      </w:r>
    </w:p>
    <w:p>
      <w:pPr>
        <w:pStyle w:val="ListParagraph"/>
      </w:pPr>
      <w:r>
        <w:rPr>
          <w:sz w:val="22"/>
        </w:rPr>
        <w:t>B. 310.000 km²</w:t>
      </w:r>
    </w:p>
    <w:p>
      <w:pPr>
        <w:pStyle w:val="ListParagraph"/>
      </w:pPr>
      <w:r>
        <w:rPr>
          <w:sz w:val="22"/>
        </w:rPr>
        <w:t>C. 350.000 km²</w:t>
      </w:r>
    </w:p>
    <w:p>
      <w:pPr>
        <w:pStyle w:val="ListParagraph"/>
      </w:pPr>
      <w:r>
        <w:rPr>
          <w:sz w:val="22"/>
        </w:rPr>
        <w:t>D. 300.000 km²</w:t>
      </w:r>
    </w:p>
    <w:p/>
    <w:p>
      <w:r>
        <w:rPr>
          <w:b/>
          <w:sz w:val="24"/>
        </w:rPr>
        <w:t>Câu 103: Việt Nam có bao nhiêu tỉnh thành?</w:t>
      </w:r>
    </w:p>
    <w:p>
      <w:pPr>
        <w:pStyle w:val="ListParagraph"/>
      </w:pPr>
      <w:r>
        <w:rPr>
          <w:sz w:val="22"/>
        </w:rPr>
        <w:t>A. 63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62</w:t>
      </w:r>
    </w:p>
    <w:p>
      <w:pPr>
        <w:pStyle w:val="ListParagraph"/>
      </w:pPr>
      <w:r>
        <w:rPr>
          <w:sz w:val="22"/>
        </w:rPr>
        <w:t>D. 65</w:t>
      </w:r>
    </w:p>
    <w:p/>
    <w:p>
      <w:r>
        <w:rPr>
          <w:b/>
          <w:sz w:val="24"/>
        </w:rPr>
        <w:t>Câu 104: Tỉnh nào có diện tích lớn nhất Việt Nam?</w:t>
      </w:r>
    </w:p>
    <w:p>
      <w:pPr>
        <w:pStyle w:val="ListParagraph"/>
      </w:pPr>
      <w:r>
        <w:rPr>
          <w:sz w:val="22"/>
        </w:rPr>
        <w:t>A. Nghệ An</w:t>
      </w:r>
    </w:p>
    <w:p>
      <w:pPr>
        <w:pStyle w:val="ListParagraph"/>
      </w:pPr>
      <w:r>
        <w:rPr>
          <w:sz w:val="22"/>
        </w:rPr>
        <w:t>B. Gia Lai</w:t>
      </w:r>
    </w:p>
    <w:p>
      <w:pPr>
        <w:pStyle w:val="ListParagraph"/>
      </w:pPr>
      <w:r>
        <w:rPr>
          <w:sz w:val="22"/>
        </w:rPr>
        <w:t>C. Sơn La</w:t>
      </w:r>
    </w:p>
    <w:p>
      <w:pPr>
        <w:pStyle w:val="ListParagraph"/>
      </w:pPr>
      <w:r>
        <w:rPr>
          <w:sz w:val="22"/>
        </w:rPr>
        <w:t>D. Đắk Lắk</w:t>
      </w:r>
    </w:p>
    <w:p/>
    <w:p>
      <w:r>
        <w:rPr>
          <w:b/>
          <w:sz w:val="24"/>
        </w:rPr>
        <w:t>Câu 105: Sông dài nhất hoàn toàn trong lãnh thổ Việt Nam là:</w:t>
      </w:r>
    </w:p>
    <w:p>
      <w:pPr>
        <w:pStyle w:val="ListParagraph"/>
      </w:pPr>
      <w:r>
        <w:rPr>
          <w:sz w:val="22"/>
        </w:rPr>
        <w:t>A. Sông Hồng</w:t>
      </w:r>
    </w:p>
    <w:p>
      <w:pPr>
        <w:pStyle w:val="ListParagraph"/>
      </w:pPr>
      <w:r>
        <w:rPr>
          <w:sz w:val="22"/>
        </w:rPr>
        <w:t>B. Sông Mê Kông</w:t>
      </w:r>
    </w:p>
    <w:p>
      <w:pPr>
        <w:pStyle w:val="ListParagraph"/>
      </w:pPr>
      <w:r>
        <w:rPr>
          <w:sz w:val="22"/>
        </w:rPr>
        <w:t>C. Sông Đồng Nai</w:t>
      </w:r>
    </w:p>
    <w:p>
      <w:pPr>
        <w:pStyle w:val="ListParagraph"/>
      </w:pPr>
      <w:r>
        <w:rPr>
          <w:sz w:val="22"/>
        </w:rPr>
        <w:t>D. Sông Đà</w:t>
      </w:r>
    </w:p>
    <w:p/>
    <w:p>
      <w:r>
        <w:rPr>
          <w:b/>
          <w:sz w:val="24"/>
        </w:rPr>
        <w:t>Câu 106: Thành phố nào đông dân nhất Việt Nam?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Hải Phòng</w:t>
      </w:r>
    </w:p>
    <w:p>
      <w:pPr>
        <w:pStyle w:val="ListParagraph"/>
      </w:pPr>
      <w:r>
        <w:rPr>
          <w:sz w:val="22"/>
        </w:rPr>
        <w:t>D. Đà Nẵng</w:t>
      </w:r>
    </w:p>
    <w:p/>
    <w:p>
      <w:r>
        <w:rPr>
          <w:b/>
          <w:sz w:val="24"/>
        </w:rPr>
        <w:t>Câu 107: Vịnh Hạ Long thuộc tỉnh nào?</w:t>
      </w:r>
    </w:p>
    <w:p>
      <w:pPr>
        <w:pStyle w:val="ListParagraph"/>
      </w:pPr>
      <w:r>
        <w:rPr>
          <w:sz w:val="22"/>
        </w:rPr>
        <w:t>A. Quảng Ninh</w:t>
      </w:r>
    </w:p>
    <w:p>
      <w:pPr>
        <w:pStyle w:val="ListParagraph"/>
      </w:pPr>
      <w:r>
        <w:rPr>
          <w:sz w:val="22"/>
        </w:rPr>
        <w:t>B. Hải Phòng</w:t>
      </w:r>
    </w:p>
    <w:p>
      <w:pPr>
        <w:pStyle w:val="ListParagraph"/>
      </w:pPr>
      <w:r>
        <w:rPr>
          <w:sz w:val="22"/>
        </w:rPr>
        <w:t>C. Thanh Hóa</w:t>
      </w:r>
    </w:p>
    <w:p>
      <w:pPr>
        <w:pStyle w:val="ListParagraph"/>
      </w:pPr>
      <w:r>
        <w:rPr>
          <w:sz w:val="22"/>
        </w:rPr>
        <w:t>D. Nghệ An</w:t>
      </w:r>
    </w:p>
    <w:p/>
    <w:p>
      <w:r>
        <w:rPr>
          <w:b/>
          <w:sz w:val="24"/>
        </w:rPr>
        <w:t>Câu 108: Đỉnh Fansipan cao bao nhiêu mét?</w:t>
      </w:r>
    </w:p>
    <w:p>
      <w:pPr>
        <w:pStyle w:val="ListParagraph"/>
      </w:pPr>
      <w:r>
        <w:rPr>
          <w:sz w:val="22"/>
        </w:rPr>
        <w:t>A. 3.143 m</w:t>
      </w:r>
    </w:p>
    <w:p>
      <w:pPr>
        <w:pStyle w:val="ListParagraph"/>
      </w:pPr>
      <w:r>
        <w:rPr>
          <w:sz w:val="22"/>
        </w:rPr>
        <w:t>B. 3.134 m</w:t>
      </w:r>
    </w:p>
    <w:p>
      <w:pPr>
        <w:pStyle w:val="ListParagraph"/>
      </w:pPr>
      <w:r>
        <w:rPr>
          <w:sz w:val="22"/>
        </w:rPr>
        <w:t>C. 3.413 m</w:t>
      </w:r>
    </w:p>
    <w:p>
      <w:pPr>
        <w:pStyle w:val="ListParagraph"/>
      </w:pPr>
      <w:r>
        <w:rPr>
          <w:sz w:val="22"/>
        </w:rPr>
        <w:t>D. 3.341 m</w:t>
      </w:r>
    </w:p>
    <w:p/>
    <w:p>
      <w:r>
        <w:rPr>
          <w:b/>
          <w:sz w:val="24"/>
        </w:rPr>
        <w:t>Câu 109: Tây Nguyên gồm bao nhiêu tỉnh?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5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110: Đồng bằng lớn nhất Việt Nam là:</w:t>
      </w:r>
    </w:p>
    <w:p>
      <w:pPr>
        <w:pStyle w:val="ListParagraph"/>
      </w:pPr>
      <w:r>
        <w:rPr>
          <w:sz w:val="22"/>
        </w:rPr>
        <w:t>A. Đồng bằng sông Hồng</w:t>
      </w:r>
    </w:p>
    <w:p>
      <w:pPr>
        <w:pStyle w:val="ListParagraph"/>
      </w:pPr>
      <w:r>
        <w:rPr>
          <w:sz w:val="22"/>
        </w:rPr>
        <w:t>B. Đồng bằng sông Cửu Long</w:t>
      </w:r>
    </w:p>
    <w:p>
      <w:pPr>
        <w:pStyle w:val="ListParagraph"/>
      </w:pPr>
      <w:r>
        <w:rPr>
          <w:sz w:val="22"/>
        </w:rPr>
        <w:t>C. Đồng bằng duyên hải miền Trung</w:t>
      </w:r>
    </w:p>
    <w:p>
      <w:pPr>
        <w:pStyle w:val="ListParagraph"/>
      </w:pPr>
      <w:r>
        <w:rPr>
          <w:sz w:val="22"/>
        </w:rPr>
        <w:t>D. Đồng bằng Bắc Bộ</w:t>
      </w:r>
    </w:p>
    <w:p/>
    <w:p>
      <w:r>
        <w:rPr>
          <w:b/>
          <w:sz w:val="24"/>
        </w:rPr>
        <w:t>Câu 111: Việt Nam có đường bờ biển dài khoảng:</w:t>
      </w:r>
    </w:p>
    <w:p>
      <w:pPr>
        <w:pStyle w:val="ListParagraph"/>
      </w:pPr>
      <w:r>
        <w:rPr>
          <w:sz w:val="22"/>
        </w:rPr>
        <w:t>A. 3.260 km</w:t>
      </w:r>
    </w:p>
    <w:p>
      <w:pPr>
        <w:pStyle w:val="ListParagraph"/>
      </w:pPr>
      <w:r>
        <w:rPr>
          <w:sz w:val="22"/>
        </w:rPr>
        <w:t>B. 3.620 km</w:t>
      </w:r>
    </w:p>
    <w:p>
      <w:pPr>
        <w:pStyle w:val="ListParagraph"/>
      </w:pPr>
      <w:r>
        <w:rPr>
          <w:sz w:val="22"/>
        </w:rPr>
        <w:t>C. 2.360 km</w:t>
      </w:r>
    </w:p>
    <w:p>
      <w:pPr>
        <w:pStyle w:val="ListParagraph"/>
      </w:pPr>
      <w:r>
        <w:rPr>
          <w:sz w:val="22"/>
        </w:rPr>
        <w:t>D. 3.026 km</w:t>
      </w:r>
    </w:p>
    <w:p/>
    <w:p>
      <w:r>
        <w:rPr>
          <w:b/>
          <w:sz w:val="24"/>
        </w:rPr>
        <w:t>Câu 112: Quần đảo Hoàng Sa thuộc thành phố nào?</w:t>
      </w:r>
    </w:p>
    <w:p>
      <w:pPr>
        <w:pStyle w:val="ListParagraph"/>
      </w:pPr>
      <w:r>
        <w:rPr>
          <w:sz w:val="22"/>
        </w:rPr>
        <w:t>A. Đà Nẵng</w:t>
      </w:r>
    </w:p>
    <w:p>
      <w:pPr>
        <w:pStyle w:val="ListParagraph"/>
      </w:pPr>
      <w:r>
        <w:rPr>
          <w:sz w:val="22"/>
        </w:rPr>
        <w:t>B. Khánh Hòa</w:t>
      </w:r>
    </w:p>
    <w:p>
      <w:pPr>
        <w:pStyle w:val="ListParagraph"/>
      </w:pPr>
      <w:r>
        <w:rPr>
          <w:sz w:val="22"/>
        </w:rPr>
        <w:t>C. Quảng Ngãi</w:t>
      </w:r>
    </w:p>
    <w:p>
      <w:pPr>
        <w:pStyle w:val="ListParagraph"/>
      </w:pPr>
      <w:r>
        <w:rPr>
          <w:sz w:val="22"/>
        </w:rPr>
        <w:t>D. Bà Rịa - Vũng Tàu</w:t>
      </w:r>
    </w:p>
    <w:p/>
    <w:p>
      <w:r>
        <w:rPr>
          <w:b/>
          <w:sz w:val="24"/>
        </w:rPr>
        <w:t>Câu 113: Quần đảo Trường Sa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Quảng Ngãi</w:t>
      </w:r>
    </w:p>
    <w:p>
      <w:pPr>
        <w:pStyle w:val="ListParagraph"/>
      </w:pPr>
      <w:r>
        <w:rPr>
          <w:sz w:val="22"/>
        </w:rPr>
        <w:t>D. Bình Thuận</w:t>
      </w:r>
    </w:p>
    <w:p/>
    <w:p>
      <w:r>
        <w:rPr>
          <w:b/>
          <w:sz w:val="24"/>
        </w:rPr>
        <w:t>Câu 114: Việt Nam có bao nhiêu dân tộc?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53</w:t>
      </w:r>
    </w:p>
    <w:p>
      <w:pPr>
        <w:pStyle w:val="ListParagraph"/>
      </w:pPr>
      <w:r>
        <w:rPr>
          <w:sz w:val="22"/>
        </w:rPr>
        <w:t>C. 55</w:t>
      </w:r>
    </w:p>
    <w:p>
      <w:pPr>
        <w:pStyle w:val="ListParagraph"/>
      </w:pPr>
      <w:r>
        <w:rPr>
          <w:sz w:val="22"/>
        </w:rPr>
        <w:t>D. 56</w:t>
      </w:r>
    </w:p>
    <w:p/>
    <w:p>
      <w:r>
        <w:rPr>
          <w:b/>
          <w:sz w:val="24"/>
        </w:rPr>
        <w:t>Câu 115: Dân tộc Kinh còn gọi là:</w:t>
      </w:r>
    </w:p>
    <w:p>
      <w:pPr>
        <w:pStyle w:val="ListParagraph"/>
      </w:pPr>
      <w:r>
        <w:rPr>
          <w:sz w:val="22"/>
        </w:rPr>
        <w:t>A. Việt</w:t>
      </w:r>
    </w:p>
    <w:p>
      <w:pPr>
        <w:pStyle w:val="ListParagraph"/>
      </w:pPr>
      <w:r>
        <w:rPr>
          <w:sz w:val="22"/>
        </w:rPr>
        <w:t>B. Tày</w:t>
      </w:r>
    </w:p>
    <w:p>
      <w:pPr>
        <w:pStyle w:val="ListParagraph"/>
      </w:pPr>
      <w:r>
        <w:rPr>
          <w:sz w:val="22"/>
        </w:rPr>
        <w:t>C. Nùng</w:t>
      </w:r>
    </w:p>
    <w:p>
      <w:pPr>
        <w:pStyle w:val="ListParagraph"/>
      </w:pPr>
      <w:r>
        <w:rPr>
          <w:sz w:val="22"/>
        </w:rPr>
        <w:t>D. Thái</w:t>
      </w:r>
    </w:p>
    <w:p/>
    <w:p>
      <w:r>
        <w:rPr>
          <w:b/>
          <w:sz w:val="24"/>
        </w:rPr>
        <w:t>Câu 116: Thành phố nào là trung tâm kinh tế lớn nhất Việt Nam?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117: Cà Mau là tỉnh nằm ở:</w:t>
      </w:r>
    </w:p>
    <w:p>
      <w:pPr>
        <w:pStyle w:val="ListParagraph"/>
      </w:pPr>
      <w:r>
        <w:rPr>
          <w:sz w:val="22"/>
        </w:rPr>
        <w:t>A. Cực Nam</w:t>
      </w:r>
    </w:p>
    <w:p>
      <w:pPr>
        <w:pStyle w:val="ListParagraph"/>
      </w:pPr>
      <w:r>
        <w:rPr>
          <w:sz w:val="22"/>
        </w:rPr>
        <w:t>B. Cực Bắc</w:t>
      </w:r>
    </w:p>
    <w:p>
      <w:pPr>
        <w:pStyle w:val="ListParagraph"/>
      </w:pPr>
      <w:r>
        <w:rPr>
          <w:sz w:val="22"/>
        </w:rPr>
        <w:t>C. Cực Đông</w:t>
      </w:r>
    </w:p>
    <w:p>
      <w:pPr>
        <w:pStyle w:val="ListParagraph"/>
      </w:pPr>
      <w:r>
        <w:rPr>
          <w:sz w:val="22"/>
        </w:rPr>
        <w:t>D. Cực Tây</w:t>
      </w:r>
    </w:p>
    <w:p/>
    <w:p>
      <w:r>
        <w:rPr>
          <w:b/>
          <w:sz w:val="24"/>
        </w:rPr>
        <w:t>Câu 118: Tỉnh nào ở cực Bắc Việt Nam?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Lào Cai</w:t>
      </w:r>
    </w:p>
    <w:p>
      <w:pPr>
        <w:pStyle w:val="ListParagraph"/>
      </w:pPr>
      <w:r>
        <w:rPr>
          <w:sz w:val="22"/>
        </w:rPr>
        <w:t>C. Cao Bằng</w:t>
      </w:r>
    </w:p>
    <w:p>
      <w:pPr>
        <w:pStyle w:val="ListParagraph"/>
      </w:pPr>
      <w:r>
        <w:rPr>
          <w:sz w:val="22"/>
        </w:rPr>
        <w:t>D. Lạng Sơn</w:t>
      </w:r>
    </w:p>
    <w:p/>
    <w:p>
      <w:r>
        <w:rPr>
          <w:b/>
          <w:sz w:val="24"/>
        </w:rPr>
        <w:t>Câu 119: Biên giới Việt Nam giáp với bao nhiêu quốc gia?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120: Biển Đông nằm ở phía nào của Việt Nam?</w:t>
      </w:r>
    </w:p>
    <w:p>
      <w:pPr>
        <w:pStyle w:val="ListParagraph"/>
      </w:pPr>
      <w:r>
        <w:rPr>
          <w:sz w:val="22"/>
        </w:rPr>
        <w:t>A. Đông</w:t>
      </w:r>
    </w:p>
    <w:p>
      <w:pPr>
        <w:pStyle w:val="ListParagraph"/>
      </w:pPr>
      <w:r>
        <w:rPr>
          <w:sz w:val="22"/>
        </w:rPr>
        <w:t>B. Tây</w:t>
      </w:r>
    </w:p>
    <w:p>
      <w:pPr>
        <w:pStyle w:val="ListParagraph"/>
      </w:pPr>
      <w:r>
        <w:rPr>
          <w:sz w:val="22"/>
        </w:rPr>
        <w:t>C. Nam</w:t>
      </w:r>
    </w:p>
    <w:p>
      <w:pPr>
        <w:pStyle w:val="ListParagraph"/>
      </w:pPr>
      <w:r>
        <w:rPr>
          <w:sz w:val="22"/>
        </w:rPr>
        <w:t>D. Bắc</w:t>
      </w:r>
    </w:p>
    <w:p/>
    <w:p>
      <w:r>
        <w:rPr>
          <w:b/>
          <w:sz w:val="24"/>
        </w:rPr>
        <w:t>Câu 121: Từ nào là danh từ?</w:t>
      </w:r>
    </w:p>
    <w:p>
      <w:pPr>
        <w:pStyle w:val="ListParagraph"/>
      </w:pPr>
      <w:r>
        <w:rPr>
          <w:sz w:val="22"/>
        </w:rPr>
        <w:t>A. chạy</w:t>
      </w:r>
    </w:p>
    <w:p>
      <w:pPr>
        <w:pStyle w:val="ListParagraph"/>
      </w:pPr>
      <w:r>
        <w:rPr>
          <w:sz w:val="22"/>
        </w:rPr>
        <w:t>B. đẹp</w:t>
      </w:r>
    </w:p>
    <w:p>
      <w:pPr>
        <w:pStyle w:val="ListParagraph"/>
      </w:pPr>
      <w:r>
        <w:rPr>
          <w:sz w:val="22"/>
        </w:rPr>
        <w:t>C. học sinh</w:t>
      </w:r>
    </w:p>
    <w:p>
      <w:pPr>
        <w:pStyle w:val="ListParagraph"/>
      </w:pPr>
      <w:r>
        <w:rPr>
          <w:sz w:val="22"/>
        </w:rPr>
        <w:t>D. nhanh</w:t>
      </w:r>
    </w:p>
    <w:p/>
    <w:p>
      <w:r>
        <w:rPr>
          <w:b/>
          <w:sz w:val="24"/>
        </w:rPr>
        <w:t>Câu 122: Từ nào là động từ?</w:t>
      </w:r>
    </w:p>
    <w:p>
      <w:pPr>
        <w:pStyle w:val="ListParagraph"/>
      </w:pPr>
      <w:r>
        <w:rPr>
          <w:sz w:val="22"/>
        </w:rPr>
        <w:t>A. bàn</w:t>
      </w:r>
    </w:p>
    <w:p>
      <w:pPr>
        <w:pStyle w:val="ListParagraph"/>
      </w:pPr>
      <w:r>
        <w:rPr>
          <w:sz w:val="22"/>
        </w:rPr>
        <w:t>B. đi</w:t>
      </w:r>
    </w:p>
    <w:p>
      <w:pPr>
        <w:pStyle w:val="ListParagraph"/>
      </w:pPr>
      <w:r>
        <w:rPr>
          <w:sz w:val="22"/>
        </w:rPr>
        <w:t>C. xinh</w:t>
      </w:r>
    </w:p>
    <w:p>
      <w:pPr>
        <w:pStyle w:val="ListParagraph"/>
      </w:pPr>
      <w:r>
        <w:rPr>
          <w:sz w:val="22"/>
        </w:rPr>
        <w:t>D. và</w:t>
      </w:r>
    </w:p>
    <w:p/>
    <w:p>
      <w:r>
        <w:rPr>
          <w:b/>
          <w:sz w:val="24"/>
        </w:rPr>
        <w:t>Câu 123: Từ nào là tính từ?</w:t>
      </w:r>
    </w:p>
    <w:p>
      <w:pPr>
        <w:pStyle w:val="ListParagraph"/>
      </w:pPr>
      <w:r>
        <w:rPr>
          <w:sz w:val="22"/>
        </w:rPr>
        <w:t>A. nhà</w:t>
      </w:r>
    </w:p>
    <w:p>
      <w:pPr>
        <w:pStyle w:val="ListParagraph"/>
      </w:pPr>
      <w:r>
        <w:rPr>
          <w:sz w:val="22"/>
        </w:rPr>
        <w:t>B. chạy</w:t>
      </w:r>
    </w:p>
    <w:p>
      <w:pPr>
        <w:pStyle w:val="ListParagraph"/>
      </w:pPr>
      <w:r>
        <w:rPr>
          <w:sz w:val="22"/>
        </w:rPr>
        <w:t>C. đẹp</w:t>
      </w:r>
    </w:p>
    <w:p>
      <w:pPr>
        <w:pStyle w:val="ListParagraph"/>
      </w:pPr>
      <w:r>
        <w:rPr>
          <w:sz w:val="22"/>
        </w:rPr>
        <w:t>D. ăn</w:t>
      </w:r>
    </w:p>
    <w:p/>
    <w:p>
      <w:r>
        <w:rPr>
          <w:b/>
          <w:sz w:val="24"/>
        </w:rPr>
        <w:t>Câu 124: Chủ ngữ trong câu 'Nam học bài' là:</w:t>
      </w:r>
    </w:p>
    <w:p>
      <w:pPr>
        <w:pStyle w:val="ListParagraph"/>
      </w:pPr>
      <w:r>
        <w:rPr>
          <w:sz w:val="22"/>
        </w:rPr>
        <w:t>A. Nam</w:t>
      </w:r>
    </w:p>
    <w:p>
      <w:pPr>
        <w:pStyle w:val="ListParagraph"/>
      </w:pPr>
      <w:r>
        <w:rPr>
          <w:sz w:val="22"/>
        </w:rPr>
        <w:t>B. học</w:t>
      </w:r>
    </w:p>
    <w:p>
      <w:pPr>
        <w:pStyle w:val="ListParagraph"/>
      </w:pPr>
      <w:r>
        <w:rPr>
          <w:sz w:val="22"/>
        </w:rPr>
        <w:t>C. bài</w:t>
      </w:r>
    </w:p>
    <w:p>
      <w:pPr>
        <w:pStyle w:val="ListParagraph"/>
      </w:pPr>
      <w:r>
        <w:rPr>
          <w:sz w:val="22"/>
        </w:rPr>
        <w:t>D. học bài</w:t>
      </w:r>
    </w:p>
    <w:p/>
    <w:p>
      <w:r>
        <w:rPr>
          <w:b/>
          <w:sz w:val="24"/>
        </w:rPr>
        <w:t>Câu 125: Vị ngữ trong câu 'Nam học bài' là:</w:t>
      </w:r>
    </w:p>
    <w:p>
      <w:pPr>
        <w:pStyle w:val="ListParagraph"/>
      </w:pPr>
      <w:r>
        <w:rPr>
          <w:sz w:val="22"/>
        </w:rPr>
        <w:t>A. Nam</w:t>
      </w:r>
    </w:p>
    <w:p>
      <w:pPr>
        <w:pStyle w:val="ListParagraph"/>
      </w:pPr>
      <w:r>
        <w:rPr>
          <w:sz w:val="22"/>
        </w:rPr>
        <w:t>B. học bài</w:t>
      </w:r>
    </w:p>
    <w:p>
      <w:pPr>
        <w:pStyle w:val="ListParagraph"/>
      </w:pPr>
      <w:r>
        <w:rPr>
          <w:sz w:val="22"/>
        </w:rPr>
        <w:t>C. bài</w:t>
      </w:r>
    </w:p>
    <w:p>
      <w:pPr>
        <w:pStyle w:val="ListParagraph"/>
      </w:pPr>
      <w:r>
        <w:rPr>
          <w:sz w:val="22"/>
        </w:rPr>
        <w:t>D. học</w:t>
      </w:r>
    </w:p>
    <w:p/>
    <w:p>
      <w:r>
        <w:rPr>
          <w:b/>
          <w:sz w:val="24"/>
        </w:rPr>
        <w:t>Câu 126: Câu 'Trời hôm nay đẹp quá!' thuộc kiểu câu:</w:t>
      </w:r>
    </w:p>
    <w:p>
      <w:pPr>
        <w:pStyle w:val="ListParagraph"/>
      </w:pPr>
      <w:r>
        <w:rPr>
          <w:sz w:val="22"/>
        </w:rPr>
        <w:t>A. Câu kể</w:t>
      </w:r>
    </w:p>
    <w:p>
      <w:pPr>
        <w:pStyle w:val="ListParagraph"/>
      </w:pPr>
      <w:r>
        <w:rPr>
          <w:sz w:val="22"/>
        </w:rPr>
        <w:t>B. Câu cảm</w:t>
      </w:r>
    </w:p>
    <w:p>
      <w:pPr>
        <w:pStyle w:val="ListParagraph"/>
      </w:pPr>
      <w:r>
        <w:rPr>
          <w:sz w:val="22"/>
        </w:rPr>
        <w:t>C. Câu hỏi</w:t>
      </w:r>
    </w:p>
    <w:p>
      <w:pPr>
        <w:pStyle w:val="ListParagraph"/>
      </w:pPr>
      <w:r>
        <w:rPr>
          <w:sz w:val="22"/>
        </w:rPr>
        <w:t>D. Câu cầu khiến</w:t>
      </w:r>
    </w:p>
    <w:p/>
    <w:p>
      <w:r>
        <w:rPr>
          <w:b/>
          <w:sz w:val="24"/>
        </w:rPr>
        <w:t>Câu 127: Biện pháp tu từ trong 'Mặt trời của bắp thì nằm trên đồi' là:</w:t>
      </w:r>
    </w:p>
    <w:p>
      <w:pPr>
        <w:pStyle w:val="ListParagraph"/>
      </w:pPr>
      <w:r>
        <w:rPr>
          <w:sz w:val="22"/>
        </w:rPr>
        <w:t>A. So sánh</w:t>
      </w:r>
    </w:p>
    <w:p>
      <w:pPr>
        <w:pStyle w:val="ListParagraph"/>
      </w:pPr>
      <w:r>
        <w:rPr>
          <w:sz w:val="22"/>
        </w:rPr>
        <w:t>B. Ẩn dụ</w:t>
      </w:r>
    </w:p>
    <w:p>
      <w:pPr>
        <w:pStyle w:val="ListParagraph"/>
      </w:pPr>
      <w:r>
        <w:rPr>
          <w:sz w:val="22"/>
        </w:rPr>
        <w:t>C. Hoán dụ</w:t>
      </w:r>
    </w:p>
    <w:p>
      <w:pPr>
        <w:pStyle w:val="ListParagraph"/>
      </w:pPr>
      <w:r>
        <w:rPr>
          <w:sz w:val="22"/>
        </w:rPr>
        <w:t>D. Nhân hóa</w:t>
      </w:r>
    </w:p>
    <w:p/>
    <w:p>
      <w:r>
        <w:rPr>
          <w:b/>
          <w:sz w:val="24"/>
        </w:rPr>
        <w:t>Câu 128: Tác giả bài thơ 'Đồng chí' là:</w:t>
      </w:r>
    </w:p>
    <w:p>
      <w:pPr>
        <w:pStyle w:val="ListParagraph"/>
      </w:pPr>
      <w:r>
        <w:rPr>
          <w:sz w:val="22"/>
        </w:rPr>
        <w:t>A. Chính Hữu</w:t>
      </w:r>
    </w:p>
    <w:p>
      <w:pPr>
        <w:pStyle w:val="ListParagraph"/>
      </w:pPr>
      <w:r>
        <w:rPr>
          <w:sz w:val="22"/>
        </w:rPr>
        <w:t>B. Tố Hữu</w:t>
      </w:r>
    </w:p>
    <w:p>
      <w:pPr>
        <w:pStyle w:val="ListParagraph"/>
      </w:pPr>
      <w:r>
        <w:rPr>
          <w:sz w:val="22"/>
        </w:rPr>
        <w:t>C. Huy Cận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129: Tác phẩm 'Tắt đèn' của tác giả nào?</w:t>
      </w:r>
    </w:p>
    <w:p>
      <w:pPr>
        <w:pStyle w:val="ListParagraph"/>
      </w:pPr>
      <w:r>
        <w:rPr>
          <w:sz w:val="22"/>
        </w:rPr>
        <w:t>A. Ngô Tất Tố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Nguyên Hồng</w:t>
      </w:r>
    </w:p>
    <w:p/>
    <w:p>
      <w:r>
        <w:rPr>
          <w:b/>
          <w:sz w:val="24"/>
        </w:rPr>
        <w:t>Câu 130: Nhân vật Chí Phèo trong tác phẩm của:</w:t>
      </w:r>
    </w:p>
    <w:p>
      <w:pPr>
        <w:pStyle w:val="ListParagraph"/>
      </w:pPr>
      <w:r>
        <w:rPr>
          <w:sz w:val="22"/>
        </w:rPr>
        <w:t>A. Nam Cao</w:t>
      </w:r>
    </w:p>
    <w:p>
      <w:pPr>
        <w:pStyle w:val="ListParagraph"/>
      </w:pPr>
      <w:r>
        <w:rPr>
          <w:sz w:val="22"/>
        </w:rPr>
        <w:t>B. Ngô Tất Tố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Thạch Lam</w:t>
      </w:r>
    </w:p>
    <w:p/>
    <w:p>
      <w:r>
        <w:rPr>
          <w:b/>
          <w:sz w:val="24"/>
        </w:rPr>
        <w:t>Câu 131: Truyện Kiều của Nguyễn Du có tên gốc là:</w:t>
      </w:r>
    </w:p>
    <w:p>
      <w:pPr>
        <w:pStyle w:val="ListParagraph"/>
      </w:pPr>
      <w:r>
        <w:rPr>
          <w:sz w:val="22"/>
        </w:rPr>
        <w:t>A. Đoạn trường tân thanh</w:t>
      </w:r>
    </w:p>
    <w:p>
      <w:pPr>
        <w:pStyle w:val="ListParagraph"/>
      </w:pPr>
      <w:r>
        <w:rPr>
          <w:sz w:val="22"/>
        </w:rPr>
        <w:t>B. Kim Vân Kiều truyện</w:t>
      </w:r>
    </w:p>
    <w:p>
      <w:pPr>
        <w:pStyle w:val="ListParagraph"/>
      </w:pPr>
      <w:r>
        <w:rPr>
          <w:sz w:val="22"/>
        </w:rPr>
        <w:t>C. Truyện Kiều</w:t>
      </w:r>
    </w:p>
    <w:p>
      <w:pPr>
        <w:pStyle w:val="ListParagraph"/>
      </w:pPr>
      <w:r>
        <w:rPr>
          <w:sz w:val="22"/>
        </w:rPr>
        <w:t>D. Bình Ngô đại cáo</w:t>
      </w:r>
    </w:p>
    <w:p/>
    <w:p>
      <w:r>
        <w:rPr>
          <w:b/>
          <w:sz w:val="24"/>
        </w:rPr>
        <w:t>Câu 132: Bài thơ 'Bánh trôi nước' của:</w:t>
      </w:r>
    </w:p>
    <w:p>
      <w:pPr>
        <w:pStyle w:val="ListParagraph"/>
      </w:pPr>
      <w:r>
        <w:rPr>
          <w:sz w:val="22"/>
        </w:rPr>
        <w:t>A. Hồ Xuân Hương</w:t>
      </w:r>
    </w:p>
    <w:p>
      <w:pPr>
        <w:pStyle w:val="ListParagraph"/>
      </w:pPr>
      <w:r>
        <w:rPr>
          <w:sz w:val="22"/>
        </w:rPr>
        <w:t>B. Bà Huyện Thanh Quan</w:t>
      </w:r>
    </w:p>
    <w:p>
      <w:pPr>
        <w:pStyle w:val="ListParagraph"/>
      </w:pPr>
      <w:r>
        <w:rPr>
          <w:sz w:val="22"/>
        </w:rPr>
        <w:t>C. Nguyễn Du</w:t>
      </w:r>
    </w:p>
    <w:p>
      <w:pPr>
        <w:pStyle w:val="ListParagraph"/>
      </w:pPr>
      <w:r>
        <w:rPr>
          <w:sz w:val="22"/>
        </w:rPr>
        <w:t>D. Đoàn Thị Điểm</w:t>
      </w:r>
    </w:p>
    <w:p/>
    <w:p>
      <w:r>
        <w:rPr>
          <w:b/>
          <w:sz w:val="24"/>
        </w:rPr>
        <w:t>Câu 133: Tác giả 'Tuyên ngôn Độc lập' là: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Phạm Văn Đồng</w:t>
      </w:r>
    </w:p>
    <w:p>
      <w:pPr>
        <w:pStyle w:val="ListParagraph"/>
      </w:pPr>
      <w:r>
        <w:rPr>
          <w:sz w:val="22"/>
        </w:rPr>
        <w:t>C. Võ Nguyên Giáp</w:t>
      </w:r>
    </w:p>
    <w:p>
      <w:pPr>
        <w:pStyle w:val="ListParagraph"/>
      </w:pPr>
      <w:r>
        <w:rPr>
          <w:sz w:val="22"/>
        </w:rPr>
        <w:t>D. Trường Chinh</w:t>
      </w:r>
    </w:p>
    <w:p/>
    <w:p>
      <w:r>
        <w:rPr>
          <w:b/>
          <w:sz w:val="24"/>
        </w:rPr>
        <w:t>Câu 134: Thành ngữ 'Ăn quả nhớ kẻ trồng cây' nói về:</w:t>
      </w:r>
    </w:p>
    <w:p>
      <w:pPr>
        <w:pStyle w:val="ListParagraph"/>
      </w:pPr>
      <w:r>
        <w:rPr>
          <w:sz w:val="22"/>
        </w:rPr>
        <w:t>A. Lòng biết ơn</w:t>
      </w:r>
    </w:p>
    <w:p>
      <w:pPr>
        <w:pStyle w:val="ListParagraph"/>
      </w:pPr>
      <w:r>
        <w:rPr>
          <w:sz w:val="22"/>
        </w:rPr>
        <w:t>B. Sự tiết kiệm</w:t>
      </w:r>
    </w:p>
    <w:p>
      <w:pPr>
        <w:pStyle w:val="ListParagraph"/>
      </w:pPr>
      <w:r>
        <w:rPr>
          <w:sz w:val="22"/>
        </w:rPr>
        <w:t>C. Tính trung thực</w:t>
      </w:r>
    </w:p>
    <w:p>
      <w:pPr>
        <w:pStyle w:val="ListParagraph"/>
      </w:pPr>
      <w:r>
        <w:rPr>
          <w:sz w:val="22"/>
        </w:rPr>
        <w:t>D. Tinh thần đoàn kết</w:t>
      </w:r>
    </w:p>
    <w:p/>
    <w:p>
      <w:r>
        <w:rPr>
          <w:b/>
          <w:sz w:val="24"/>
        </w:rPr>
        <w:t>Câu 135: Từ trái nghĩa với 'cao' là:</w:t>
      </w:r>
    </w:p>
    <w:p>
      <w:pPr>
        <w:pStyle w:val="ListParagraph"/>
      </w:pPr>
      <w:r>
        <w:rPr>
          <w:sz w:val="22"/>
        </w:rPr>
        <w:t>A. thấp</w:t>
      </w:r>
    </w:p>
    <w:p>
      <w:pPr>
        <w:pStyle w:val="ListParagraph"/>
      </w:pPr>
      <w:r>
        <w:rPr>
          <w:sz w:val="22"/>
        </w:rPr>
        <w:t>B. rộng</w:t>
      </w:r>
    </w:p>
    <w:p>
      <w:pPr>
        <w:pStyle w:val="ListParagraph"/>
      </w:pPr>
      <w:r>
        <w:rPr>
          <w:sz w:val="22"/>
        </w:rPr>
        <w:t>C. dài</w:t>
      </w:r>
    </w:p>
    <w:p>
      <w:pPr>
        <w:pStyle w:val="ListParagraph"/>
      </w:pPr>
      <w:r>
        <w:rPr>
          <w:sz w:val="22"/>
        </w:rPr>
        <w:t>D. nặng</w:t>
      </w:r>
    </w:p>
    <w:p/>
    <w:p>
      <w:r>
        <w:rPr>
          <w:b/>
          <w:sz w:val="24"/>
        </w:rPr>
        <w:t>Câu 136: Từ đồng nghĩa với 'to lớn' là:</w:t>
      </w:r>
    </w:p>
    <w:p>
      <w:pPr>
        <w:pStyle w:val="ListParagraph"/>
      </w:pPr>
      <w:r>
        <w:rPr>
          <w:sz w:val="22"/>
        </w:rPr>
        <w:t>A. vĩ đại</w:t>
      </w:r>
    </w:p>
    <w:p>
      <w:pPr>
        <w:pStyle w:val="ListParagraph"/>
      </w:pPr>
      <w:r>
        <w:rPr>
          <w:sz w:val="22"/>
        </w:rPr>
        <w:t>B. nhỏ bé</w:t>
      </w:r>
    </w:p>
    <w:p>
      <w:pPr>
        <w:pStyle w:val="ListParagraph"/>
      </w:pPr>
      <w:r>
        <w:rPr>
          <w:sz w:val="22"/>
        </w:rPr>
        <w:t>C. yếu ớt</w:t>
      </w:r>
    </w:p>
    <w:p>
      <w:pPr>
        <w:pStyle w:val="ListParagraph"/>
      </w:pPr>
      <w:r>
        <w:rPr>
          <w:sz w:val="22"/>
        </w:rPr>
        <w:t>D. tầm thường</w:t>
      </w:r>
    </w:p>
    <w:p/>
    <w:p>
      <w:r>
        <w:rPr>
          <w:b/>
          <w:sz w:val="24"/>
        </w:rPr>
        <w:t>Câu 137: Câu tục ngữ 'Có công mài sắt, có ngày nên kim' khuyên:</w:t>
      </w:r>
    </w:p>
    <w:p>
      <w:pPr>
        <w:pStyle w:val="ListParagraph"/>
      </w:pPr>
      <w:r>
        <w:rPr>
          <w:sz w:val="22"/>
        </w:rPr>
        <w:t>A. Kiên trì</w:t>
      </w:r>
    </w:p>
    <w:p>
      <w:pPr>
        <w:pStyle w:val="ListParagraph"/>
      </w:pPr>
      <w:r>
        <w:rPr>
          <w:sz w:val="22"/>
        </w:rPr>
        <w:t>B. Đoàn kết</w:t>
      </w:r>
    </w:p>
    <w:p>
      <w:pPr>
        <w:pStyle w:val="ListParagraph"/>
      </w:pPr>
      <w:r>
        <w:rPr>
          <w:sz w:val="22"/>
        </w:rPr>
        <w:t>C. Tiết kiệm</w:t>
      </w:r>
    </w:p>
    <w:p>
      <w:pPr>
        <w:pStyle w:val="ListParagraph"/>
      </w:pPr>
      <w:r>
        <w:rPr>
          <w:sz w:val="22"/>
        </w:rPr>
        <w:t>D. Yêu thương</w:t>
      </w:r>
    </w:p>
    <w:p/>
    <w:p>
      <w:r>
        <w:rPr>
          <w:b/>
          <w:sz w:val="24"/>
        </w:rPr>
        <w:t>Câu 138: Phương thức biểu đạt chính của văn bản tự sự là:</w:t>
      </w:r>
    </w:p>
    <w:p>
      <w:pPr>
        <w:pStyle w:val="ListParagraph"/>
      </w:pPr>
      <w:r>
        <w:rPr>
          <w:sz w:val="22"/>
        </w:rPr>
        <w:t>A. Kể</w:t>
      </w:r>
    </w:p>
    <w:p>
      <w:pPr>
        <w:pStyle w:val="ListParagraph"/>
      </w:pPr>
      <w:r>
        <w:rPr>
          <w:sz w:val="22"/>
        </w:rPr>
        <w:t>B. Miêu tả</w:t>
      </w:r>
    </w:p>
    <w:p>
      <w:pPr>
        <w:pStyle w:val="ListParagraph"/>
      </w:pPr>
      <w:r>
        <w:rPr>
          <w:sz w:val="22"/>
        </w:rPr>
        <w:t>C. Biểu cảm</w:t>
      </w:r>
    </w:p>
    <w:p>
      <w:pPr>
        <w:pStyle w:val="ListParagraph"/>
      </w:pPr>
      <w:r>
        <w:rPr>
          <w:sz w:val="22"/>
        </w:rPr>
        <w:t>D. Nghị luận</w:t>
      </w:r>
    </w:p>
    <w:p/>
    <w:p>
      <w:r>
        <w:rPr>
          <w:b/>
          <w:sz w:val="24"/>
        </w:rPr>
        <w:t>Câu 139: Dấu ngoặc kép thường dùng để:</w:t>
      </w:r>
    </w:p>
    <w:p>
      <w:pPr>
        <w:pStyle w:val="ListParagraph"/>
      </w:pPr>
      <w:r>
        <w:rPr>
          <w:sz w:val="22"/>
        </w:rPr>
        <w:t>A. Đánh dấu lời dẫn trực tiếp</w:t>
      </w:r>
    </w:p>
    <w:p>
      <w:pPr>
        <w:pStyle w:val="ListParagraph"/>
      </w:pPr>
      <w:r>
        <w:rPr>
          <w:sz w:val="22"/>
        </w:rPr>
        <w:t>B. Kết thúc câu</w:t>
      </w:r>
    </w:p>
    <w:p>
      <w:pPr>
        <w:pStyle w:val="ListParagraph"/>
      </w:pPr>
      <w:r>
        <w:rPr>
          <w:sz w:val="22"/>
        </w:rPr>
        <w:t>C. Ngăn cách các bộ phận</w:t>
      </w:r>
    </w:p>
    <w:p>
      <w:pPr>
        <w:pStyle w:val="ListParagraph"/>
      </w:pPr>
      <w:r>
        <w:rPr>
          <w:sz w:val="22"/>
        </w:rPr>
        <w:t>D. Bộc lộ cảm xúc</w:t>
      </w:r>
    </w:p>
    <w:p/>
    <w:p>
      <w:r>
        <w:rPr>
          <w:b/>
          <w:sz w:val="24"/>
        </w:rPr>
        <w:t>Câu 140: Trạng ngữ trong câu thường bổ sung thông tin về:</w:t>
      </w:r>
    </w:p>
    <w:p>
      <w:pPr>
        <w:pStyle w:val="ListParagraph"/>
      </w:pPr>
      <w:r>
        <w:rPr>
          <w:sz w:val="22"/>
        </w:rPr>
        <w:t>A. Thời gian, nơi chốn, nguyên nhân, mục đích</w:t>
      </w:r>
    </w:p>
    <w:p>
      <w:pPr>
        <w:pStyle w:val="ListParagraph"/>
      </w:pPr>
      <w:r>
        <w:rPr>
          <w:sz w:val="22"/>
        </w:rPr>
        <w:t>B. Chủ ngữ</w:t>
      </w:r>
    </w:p>
    <w:p>
      <w:pPr>
        <w:pStyle w:val="ListParagraph"/>
      </w:pPr>
      <w:r>
        <w:rPr>
          <w:sz w:val="22"/>
        </w:rPr>
        <w:t>C. Vị ngữ</w:t>
      </w:r>
    </w:p>
    <w:p>
      <w:pPr>
        <w:pStyle w:val="ListParagraph"/>
      </w:pPr>
      <w:r>
        <w:rPr>
          <w:sz w:val="22"/>
        </w:rPr>
        <w:t>D. Định ngữ</w:t>
      </w:r>
    </w:p>
    <w:p/>
    <w:p>
      <w:r>
        <w:rPr>
          <w:b/>
          <w:sz w:val="24"/>
        </w:rPr>
        <w:t>Câu 141: Từ 'apple' trong tiếng Anh nghĩa là:</w:t>
      </w:r>
    </w:p>
    <w:p>
      <w:pPr>
        <w:pStyle w:val="ListParagraph"/>
      </w:pPr>
      <w:r>
        <w:rPr>
          <w:sz w:val="22"/>
        </w:rPr>
        <w:t>A. Quả táo</w:t>
      </w:r>
    </w:p>
    <w:p>
      <w:pPr>
        <w:pStyle w:val="ListParagraph"/>
      </w:pPr>
      <w:r>
        <w:rPr>
          <w:sz w:val="22"/>
        </w:rPr>
        <w:t>B. Quả cam</w:t>
      </w:r>
    </w:p>
    <w:p>
      <w:pPr>
        <w:pStyle w:val="ListParagraph"/>
      </w:pPr>
      <w:r>
        <w:rPr>
          <w:sz w:val="22"/>
        </w:rPr>
        <w:t>C. Quả nho</w:t>
      </w:r>
    </w:p>
    <w:p>
      <w:pPr>
        <w:pStyle w:val="ListParagraph"/>
      </w:pPr>
      <w:r>
        <w:rPr>
          <w:sz w:val="22"/>
        </w:rPr>
        <w:t>D. Quả chuối</w:t>
      </w:r>
    </w:p>
    <w:p/>
    <w:p>
      <w:r>
        <w:rPr>
          <w:b/>
          <w:sz w:val="24"/>
        </w:rPr>
        <w:t>Câu 142: Từ 'teacher' nghĩa là:</w:t>
      </w:r>
    </w:p>
    <w:p>
      <w:pPr>
        <w:pStyle w:val="ListParagraph"/>
      </w:pPr>
      <w:r>
        <w:rPr>
          <w:sz w:val="22"/>
        </w:rPr>
        <w:t>A. Giáo viên</w:t>
      </w:r>
    </w:p>
    <w:p>
      <w:pPr>
        <w:pStyle w:val="ListParagraph"/>
      </w:pPr>
      <w:r>
        <w:rPr>
          <w:sz w:val="22"/>
        </w:rPr>
        <w:t>B. Học sinh</w:t>
      </w:r>
    </w:p>
    <w:p>
      <w:pPr>
        <w:pStyle w:val="ListParagraph"/>
      </w:pPr>
      <w:r>
        <w:rPr>
          <w:sz w:val="22"/>
        </w:rPr>
        <w:t>C. Bác sĩ</w:t>
      </w:r>
    </w:p>
    <w:p>
      <w:pPr>
        <w:pStyle w:val="ListParagraph"/>
      </w:pPr>
      <w:r>
        <w:rPr>
          <w:sz w:val="22"/>
        </w:rPr>
        <w:t>D. Kỹ sư</w:t>
      </w:r>
    </w:p>
    <w:p/>
    <w:p>
      <w:r>
        <w:rPr>
          <w:b/>
          <w:sz w:val="24"/>
        </w:rPr>
        <w:t>Câu 143: Động từ quá khứ của 'go' là:</w:t>
      </w:r>
    </w:p>
    <w:p>
      <w:pPr>
        <w:pStyle w:val="ListParagraph"/>
      </w:pPr>
      <w:r>
        <w:rPr>
          <w:sz w:val="22"/>
        </w:rPr>
        <w:t>A. went</w:t>
      </w:r>
    </w:p>
    <w:p>
      <w:pPr>
        <w:pStyle w:val="ListParagraph"/>
      </w:pPr>
      <w:r>
        <w:rPr>
          <w:sz w:val="22"/>
        </w:rPr>
        <w:t>B. goed</w:t>
      </w:r>
    </w:p>
    <w:p>
      <w:pPr>
        <w:pStyle w:val="ListParagraph"/>
      </w:pPr>
      <w:r>
        <w:rPr>
          <w:sz w:val="22"/>
        </w:rPr>
        <w:t>C. gone</w:t>
      </w:r>
    </w:p>
    <w:p>
      <w:pPr>
        <w:pStyle w:val="ListParagraph"/>
      </w:pPr>
      <w:r>
        <w:rPr>
          <w:sz w:val="22"/>
        </w:rPr>
        <w:t>D. going</w:t>
      </w:r>
    </w:p>
    <w:p/>
    <w:p>
      <w:r>
        <w:rPr>
          <w:b/>
          <w:sz w:val="24"/>
        </w:rPr>
        <w:t>Câu 144: Dạng số nhiều của 'child' là:</w:t>
      </w:r>
    </w:p>
    <w:p>
      <w:pPr>
        <w:pStyle w:val="ListParagraph"/>
      </w:pPr>
      <w:r>
        <w:rPr>
          <w:sz w:val="22"/>
        </w:rPr>
        <w:t>A. childs</w:t>
      </w:r>
    </w:p>
    <w:p>
      <w:pPr>
        <w:pStyle w:val="ListParagraph"/>
      </w:pPr>
      <w:r>
        <w:rPr>
          <w:sz w:val="22"/>
        </w:rPr>
        <w:t>B. children</w:t>
      </w:r>
    </w:p>
    <w:p>
      <w:pPr>
        <w:pStyle w:val="ListParagraph"/>
      </w:pPr>
      <w:r>
        <w:rPr>
          <w:sz w:val="22"/>
        </w:rPr>
        <w:t>C. childes</w:t>
      </w:r>
    </w:p>
    <w:p>
      <w:pPr>
        <w:pStyle w:val="ListParagraph"/>
      </w:pPr>
      <w:r>
        <w:rPr>
          <w:sz w:val="22"/>
        </w:rPr>
        <w:t>D. child</w:t>
      </w:r>
    </w:p>
    <w:p/>
    <w:p>
      <w:r>
        <w:rPr>
          <w:b/>
          <w:sz w:val="24"/>
        </w:rPr>
        <w:t>Câu 145: Từ nào là tính từ trong tiếng Anh?</w:t>
      </w:r>
    </w:p>
    <w:p>
      <w:pPr>
        <w:pStyle w:val="ListParagraph"/>
      </w:pPr>
      <w:r>
        <w:rPr>
          <w:sz w:val="22"/>
        </w:rPr>
        <w:t>A. beautiful</w:t>
      </w:r>
    </w:p>
    <w:p>
      <w:pPr>
        <w:pStyle w:val="ListParagraph"/>
      </w:pPr>
      <w:r>
        <w:rPr>
          <w:sz w:val="22"/>
        </w:rPr>
        <w:t>B. beauty</w:t>
      </w:r>
    </w:p>
    <w:p>
      <w:pPr>
        <w:pStyle w:val="ListParagraph"/>
      </w:pPr>
      <w:r>
        <w:rPr>
          <w:sz w:val="22"/>
        </w:rPr>
        <w:t>C. beautifully</w:t>
      </w:r>
    </w:p>
    <w:p>
      <w:pPr>
        <w:pStyle w:val="ListParagraph"/>
      </w:pPr>
      <w:r>
        <w:rPr>
          <w:sz w:val="22"/>
        </w:rPr>
        <w:t>D. beautify</w:t>
      </w:r>
    </w:p>
    <w:p/>
    <w:p>
      <w:r>
        <w:rPr>
          <w:b/>
          <w:sz w:val="24"/>
        </w:rPr>
        <w:t>Câu 146: Câu 'She ___ to school every day.' cần điền: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147: Giới từ đúng: 'I am interested ___ music.'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148: Từ trái nghĩa với 'hot' là:</w:t>
      </w:r>
    </w:p>
    <w:p>
      <w:pPr>
        <w:pStyle w:val="ListParagraph"/>
      </w:pPr>
      <w:r>
        <w:rPr>
          <w:sz w:val="22"/>
        </w:rPr>
        <w:t>A. cold</w:t>
      </w:r>
    </w:p>
    <w:p>
      <w:pPr>
        <w:pStyle w:val="ListParagraph"/>
      </w:pPr>
      <w:r>
        <w:rPr>
          <w:sz w:val="22"/>
        </w:rPr>
        <w:t>B. warm</w:t>
      </w:r>
    </w:p>
    <w:p>
      <w:pPr>
        <w:pStyle w:val="ListParagraph"/>
      </w:pPr>
      <w:r>
        <w:rPr>
          <w:sz w:val="22"/>
        </w:rPr>
        <w:t>C. cool</w:t>
      </w:r>
    </w:p>
    <w:p>
      <w:pPr>
        <w:pStyle w:val="ListParagraph"/>
      </w:pPr>
      <w:r>
        <w:rPr>
          <w:sz w:val="22"/>
        </w:rPr>
        <w:t>D. freezing</w:t>
      </w:r>
    </w:p>
    <w:p/>
    <w:p>
      <w:r>
        <w:rPr>
          <w:b/>
          <w:sz w:val="24"/>
        </w:rPr>
        <w:t>Câu 149: Thì hiện tại tiếp diễn của 'They (play) football' là:</w:t>
      </w:r>
    </w:p>
    <w:p>
      <w:pPr>
        <w:pStyle w:val="ListParagraph"/>
      </w:pPr>
      <w:r>
        <w:rPr>
          <w:sz w:val="22"/>
        </w:rPr>
        <w:t>A. They play football</w:t>
      </w:r>
    </w:p>
    <w:p>
      <w:pPr>
        <w:pStyle w:val="ListParagraph"/>
      </w:pPr>
      <w:r>
        <w:rPr>
          <w:sz w:val="22"/>
        </w:rPr>
        <w:t>B. They are playing football</w:t>
      </w:r>
    </w:p>
    <w:p>
      <w:pPr>
        <w:pStyle w:val="ListParagraph"/>
      </w:pPr>
      <w:r>
        <w:rPr>
          <w:sz w:val="22"/>
        </w:rPr>
        <w:t>C. They played football</w:t>
      </w:r>
    </w:p>
    <w:p>
      <w:pPr>
        <w:pStyle w:val="ListParagraph"/>
      </w:pPr>
      <w:r>
        <w:rPr>
          <w:sz w:val="22"/>
        </w:rPr>
        <w:t>D. They have played football</w:t>
      </w:r>
    </w:p>
    <w:p/>
    <w:p>
      <w:r>
        <w:rPr>
          <w:b/>
          <w:sz w:val="24"/>
        </w:rPr>
        <w:t>Câu 150: Câu hỏi 'How old are you?' dùng để hỏi:</w:t>
      </w:r>
    </w:p>
    <w:p>
      <w:pPr>
        <w:pStyle w:val="ListParagraph"/>
      </w:pPr>
      <w:r>
        <w:rPr>
          <w:sz w:val="22"/>
        </w:rPr>
        <w:t>A. Tuổi</w:t>
      </w:r>
    </w:p>
    <w:p>
      <w:pPr>
        <w:pStyle w:val="ListParagraph"/>
      </w:pPr>
      <w:r>
        <w:rPr>
          <w:sz w:val="22"/>
        </w:rPr>
        <w:t>B. Tên</w:t>
      </w:r>
    </w:p>
    <w:p>
      <w:pPr>
        <w:pStyle w:val="ListParagraph"/>
      </w:pPr>
      <w:r>
        <w:rPr>
          <w:sz w:val="22"/>
        </w:rPr>
        <w:t>C. Địa chỉ</w:t>
      </w:r>
    </w:p>
    <w:p>
      <w:pPr>
        <w:pStyle w:val="ListParagraph"/>
      </w:pPr>
      <w:r>
        <w:rPr>
          <w:sz w:val="22"/>
        </w:rPr>
        <w:t>D. Nghề nghiệp</w:t>
      </w:r>
    </w:p>
    <w:p/>
    <w:p>
      <w:r>
        <w:rPr>
          <w:b/>
          <w:sz w:val="24"/>
        </w:rPr>
        <w:t>Câu 151: Từ 'book' có nghĩa là:</w:t>
      </w:r>
    </w:p>
    <w:p>
      <w:pPr>
        <w:pStyle w:val="ListParagraph"/>
      </w:pPr>
      <w:r>
        <w:rPr>
          <w:sz w:val="22"/>
        </w:rPr>
        <w:t>A. Quyển sách</w:t>
      </w:r>
    </w:p>
    <w:p>
      <w:pPr>
        <w:pStyle w:val="ListParagraph"/>
      </w:pPr>
      <w:r>
        <w:rPr>
          <w:sz w:val="22"/>
        </w:rPr>
        <w:t>B. Cái bút</w:t>
      </w:r>
    </w:p>
    <w:p>
      <w:pPr>
        <w:pStyle w:val="ListParagraph"/>
      </w:pPr>
      <w:r>
        <w:rPr>
          <w:sz w:val="22"/>
        </w:rPr>
        <w:t>C. Cái bàn</w:t>
      </w:r>
    </w:p>
    <w:p>
      <w:pPr>
        <w:pStyle w:val="ListParagraph"/>
      </w:pPr>
      <w:r>
        <w:rPr>
          <w:sz w:val="22"/>
        </w:rPr>
        <w:t>D. Cái ghế</w:t>
      </w:r>
    </w:p>
    <w:p/>
    <w:p>
      <w:r>
        <w:rPr>
          <w:b/>
          <w:sz w:val="24"/>
        </w:rPr>
        <w:t>Câu 152: Đại từ nhân xưng chủ ngữ số ít ngôi thứ nhất là:</w:t>
      </w:r>
    </w:p>
    <w:p>
      <w:pPr>
        <w:pStyle w:val="ListParagraph"/>
      </w:pPr>
      <w:r>
        <w:rPr>
          <w:sz w:val="22"/>
        </w:rPr>
        <w:t>A. I</w:t>
      </w:r>
    </w:p>
    <w:p>
      <w:pPr>
        <w:pStyle w:val="ListParagraph"/>
      </w:pPr>
      <w:r>
        <w:rPr>
          <w:sz w:val="22"/>
        </w:rPr>
        <w:t>B. me</w:t>
      </w:r>
    </w:p>
    <w:p>
      <w:pPr>
        <w:pStyle w:val="ListParagraph"/>
      </w:pPr>
      <w:r>
        <w:rPr>
          <w:sz w:val="22"/>
        </w:rPr>
        <w:t>C. my</w:t>
      </w:r>
    </w:p>
    <w:p>
      <w:pPr>
        <w:pStyle w:val="ListParagraph"/>
      </w:pPr>
      <w:r>
        <w:rPr>
          <w:sz w:val="22"/>
        </w:rPr>
        <w:t>D. mine</w:t>
      </w:r>
    </w:p>
    <w:p/>
    <w:p>
      <w:r>
        <w:rPr>
          <w:b/>
          <w:sz w:val="24"/>
        </w:rPr>
        <w:t>Câu 153: Động từ khuyết thiếu 'can' diễn tả:</w:t>
      </w:r>
    </w:p>
    <w:p>
      <w:pPr>
        <w:pStyle w:val="ListParagraph"/>
      </w:pPr>
      <w:r>
        <w:rPr>
          <w:sz w:val="22"/>
        </w:rPr>
        <w:t>A. Khả năng</w:t>
      </w:r>
    </w:p>
    <w:p>
      <w:pPr>
        <w:pStyle w:val="ListParagraph"/>
      </w:pPr>
      <w:r>
        <w:rPr>
          <w:sz w:val="22"/>
        </w:rPr>
        <w:t>B. Sự bắt buộc</w:t>
      </w:r>
    </w:p>
    <w:p>
      <w:pPr>
        <w:pStyle w:val="ListParagraph"/>
      </w:pPr>
      <w:r>
        <w:rPr>
          <w:sz w:val="22"/>
        </w:rPr>
        <w:t>C. Lời khuyên</w:t>
      </w:r>
    </w:p>
    <w:p>
      <w:pPr>
        <w:pStyle w:val="ListParagraph"/>
      </w:pPr>
      <w:r>
        <w:rPr>
          <w:sz w:val="22"/>
        </w:rPr>
        <w:t>D. Dự đoán</w:t>
      </w:r>
    </w:p>
    <w:p/>
    <w:p>
      <w:r>
        <w:rPr>
          <w:b/>
          <w:sz w:val="24"/>
        </w:rPr>
        <w:t>Câu 154: Dạng so sánh hơn của 'good' là:</w:t>
      </w:r>
    </w:p>
    <w:p>
      <w:pPr>
        <w:pStyle w:val="ListParagraph"/>
      </w:pPr>
      <w:r>
        <w:rPr>
          <w:sz w:val="22"/>
        </w:rPr>
        <w:t>A. better</w:t>
      </w:r>
    </w:p>
    <w:p>
      <w:pPr>
        <w:pStyle w:val="ListParagraph"/>
      </w:pPr>
      <w:r>
        <w:rPr>
          <w:sz w:val="22"/>
        </w:rPr>
        <w:t>B. gooder</w:t>
      </w:r>
    </w:p>
    <w:p>
      <w:pPr>
        <w:pStyle w:val="ListParagraph"/>
      </w:pPr>
      <w:r>
        <w:rPr>
          <w:sz w:val="22"/>
        </w:rPr>
        <w:t>C. best</w:t>
      </w:r>
    </w:p>
    <w:p>
      <w:pPr>
        <w:pStyle w:val="ListParagraph"/>
      </w:pPr>
      <w:r>
        <w:rPr>
          <w:sz w:val="22"/>
        </w:rPr>
        <w:t>D. more good</w:t>
      </w:r>
    </w:p>
    <w:p/>
    <w:p>
      <w:r>
        <w:rPr>
          <w:b/>
          <w:sz w:val="24"/>
        </w:rPr>
        <w:t>Câu 155: Dạng so sánh nhất của 'bad' là:</w:t>
      </w:r>
    </w:p>
    <w:p>
      <w:pPr>
        <w:pStyle w:val="ListParagraph"/>
      </w:pPr>
      <w:r>
        <w:rPr>
          <w:sz w:val="22"/>
        </w:rPr>
        <w:t>A. worst</w:t>
      </w:r>
    </w:p>
    <w:p>
      <w:pPr>
        <w:pStyle w:val="ListParagraph"/>
      </w:pPr>
      <w:r>
        <w:rPr>
          <w:sz w:val="22"/>
        </w:rPr>
        <w:t>B. worse</w:t>
      </w:r>
    </w:p>
    <w:p>
      <w:pPr>
        <w:pStyle w:val="ListParagraph"/>
      </w:pPr>
      <w:r>
        <w:rPr>
          <w:sz w:val="22"/>
        </w:rPr>
        <w:t>C. baddest</w:t>
      </w:r>
    </w:p>
    <w:p>
      <w:pPr>
        <w:pStyle w:val="ListParagraph"/>
      </w:pPr>
      <w:r>
        <w:rPr>
          <w:sz w:val="22"/>
        </w:rPr>
        <w:t>D. more bad</w:t>
      </w:r>
    </w:p>
    <w:p/>
    <w:p>
      <w:r>
        <w:rPr>
          <w:b/>
          <w:sz w:val="24"/>
        </w:rPr>
        <w:t>Câu 156: Câu bị động của 'They built the house' là:</w:t>
      </w:r>
    </w:p>
    <w:p>
      <w:pPr>
        <w:pStyle w:val="ListParagraph"/>
      </w:pPr>
      <w:r>
        <w:rPr>
          <w:sz w:val="22"/>
        </w:rPr>
        <w:t>A. The house was built</w:t>
      </w:r>
    </w:p>
    <w:p>
      <w:pPr>
        <w:pStyle w:val="ListParagraph"/>
      </w:pPr>
      <w:r>
        <w:rPr>
          <w:sz w:val="22"/>
        </w:rPr>
        <w:t>B. The house is built</w:t>
      </w:r>
    </w:p>
    <w:p>
      <w:pPr>
        <w:pStyle w:val="ListParagraph"/>
      </w:pPr>
      <w:r>
        <w:rPr>
          <w:sz w:val="22"/>
        </w:rPr>
        <w:t>C. The house built</w:t>
      </w:r>
    </w:p>
    <w:p>
      <w:pPr>
        <w:pStyle w:val="ListParagraph"/>
      </w:pPr>
      <w:r>
        <w:rPr>
          <w:sz w:val="22"/>
        </w:rPr>
        <w:t>D. The house has built</w:t>
      </w:r>
    </w:p>
    <w:p/>
    <w:p>
      <w:r>
        <w:rPr>
          <w:b/>
          <w:sz w:val="24"/>
        </w:rPr>
        <w:t>Câu 157: Từ nối 'because' diễn tả:</w:t>
      </w:r>
    </w:p>
    <w:p>
      <w:pPr>
        <w:pStyle w:val="ListParagraph"/>
      </w:pPr>
      <w:r>
        <w:rPr>
          <w:sz w:val="22"/>
        </w:rPr>
        <w:t>A. Nguyên nhân</w:t>
      </w:r>
    </w:p>
    <w:p>
      <w:pPr>
        <w:pStyle w:val="ListParagraph"/>
      </w:pPr>
      <w:r>
        <w:rPr>
          <w:sz w:val="22"/>
        </w:rPr>
        <w:t>B. Kết quả</w:t>
      </w:r>
    </w:p>
    <w:p>
      <w:pPr>
        <w:pStyle w:val="ListParagraph"/>
      </w:pPr>
      <w:r>
        <w:rPr>
          <w:sz w:val="22"/>
        </w:rPr>
        <w:t>C. Tương phản</w:t>
      </w:r>
    </w:p>
    <w:p>
      <w:pPr>
        <w:pStyle w:val="ListParagraph"/>
      </w:pPr>
      <w:r>
        <w:rPr>
          <w:sz w:val="22"/>
        </w:rPr>
        <w:t>D. Bổ sung</w:t>
      </w:r>
    </w:p>
    <w:p/>
    <w:p>
      <w:r>
        <w:rPr>
          <w:b/>
          <w:sz w:val="24"/>
        </w:rPr>
        <w:t>Câu 158: Mạo từ đúng: '___ apple a day keeps the doctor away.'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An</w:t>
      </w:r>
    </w:p>
    <w:p>
      <w:pPr>
        <w:pStyle w:val="ListParagraph"/>
      </w:pPr>
      <w:r>
        <w:rPr>
          <w:sz w:val="22"/>
        </w:rPr>
        <w:t>C. The</w:t>
      </w:r>
    </w:p>
    <w:p>
      <w:pPr>
        <w:pStyle w:val="ListParagraph"/>
      </w:pPr>
      <w:r>
        <w:rPr>
          <w:sz w:val="22"/>
        </w:rPr>
        <w:t>D. No article</w:t>
      </w:r>
    </w:p>
    <w:p/>
    <w:p>
      <w:r>
        <w:rPr>
          <w:b/>
          <w:sz w:val="24"/>
        </w:rPr>
        <w:t>Câu 159: Từ 'friendly' thuộc loại từ:</w:t>
      </w:r>
    </w:p>
    <w:p>
      <w:pPr>
        <w:pStyle w:val="ListParagraph"/>
      </w:pPr>
      <w:r>
        <w:rPr>
          <w:sz w:val="22"/>
        </w:rPr>
        <w:t>A. Tính từ</w:t>
      </w:r>
    </w:p>
    <w:p>
      <w:pPr>
        <w:pStyle w:val="ListParagraph"/>
      </w:pPr>
      <w:r>
        <w:rPr>
          <w:sz w:val="22"/>
        </w:rPr>
        <w:t>B. Danh từ</w:t>
      </w:r>
    </w:p>
    <w:p>
      <w:pPr>
        <w:pStyle w:val="ListParagraph"/>
      </w:pPr>
      <w:r>
        <w:rPr>
          <w:sz w:val="22"/>
        </w:rPr>
        <w:t>C. Động từ</w:t>
      </w:r>
    </w:p>
    <w:p>
      <w:pPr>
        <w:pStyle w:val="ListParagraph"/>
      </w:pPr>
      <w:r>
        <w:rPr>
          <w:sz w:val="22"/>
        </w:rPr>
        <w:t>D. Trạng từ</w:t>
      </w:r>
    </w:p>
    <w:p/>
    <w:p>
      <w:r>
        <w:rPr>
          <w:b/>
          <w:sz w:val="24"/>
        </w:rPr>
        <w:t>Câu 160: Câu 'If it rains, I ___ at home.' cần điền:</w:t>
      </w:r>
    </w:p>
    <w:p>
      <w:pPr>
        <w:pStyle w:val="ListParagraph"/>
      </w:pPr>
      <w:r>
        <w:rPr>
          <w:sz w:val="22"/>
        </w:rPr>
        <w:t>A. stay</w:t>
      </w:r>
    </w:p>
    <w:p>
      <w:pPr>
        <w:pStyle w:val="ListParagraph"/>
      </w:pPr>
      <w:r>
        <w:rPr>
          <w:sz w:val="22"/>
        </w:rPr>
        <w:t>B. will stay</w:t>
      </w:r>
    </w:p>
    <w:p>
      <w:pPr>
        <w:pStyle w:val="ListParagraph"/>
      </w:pPr>
      <w:r>
        <w:rPr>
          <w:sz w:val="22"/>
        </w:rPr>
        <w:t>C. stayed</w:t>
      </w:r>
    </w:p>
    <w:p>
      <w:pPr>
        <w:pStyle w:val="ListParagraph"/>
      </w:pPr>
      <w:r>
        <w:rPr>
          <w:sz w:val="22"/>
        </w:rPr>
        <w:t>D. would stay</w:t>
      </w:r>
    </w:p>
    <w:p/>
    <w:p>
      <w:r>
        <w:rPr>
          <w:b/>
          <w:sz w:val="24"/>
        </w:rPr>
        <w:t>Câu 161: CPU là viết tắt của:</w:t>
      </w:r>
    </w:p>
    <w:p>
      <w:pPr>
        <w:pStyle w:val="ListParagraph"/>
      </w:pPr>
      <w:r>
        <w:rPr>
          <w:sz w:val="22"/>
        </w:rPr>
        <w:t>A. Central Processing Unit</w:t>
      </w:r>
    </w:p>
    <w:p>
      <w:pPr>
        <w:pStyle w:val="ListParagraph"/>
      </w:pPr>
      <w:r>
        <w:rPr>
          <w:sz w:val="22"/>
        </w:rPr>
        <w:t>B. Computer Personal Unit</w:t>
      </w:r>
    </w:p>
    <w:p>
      <w:pPr>
        <w:pStyle w:val="ListParagraph"/>
      </w:pPr>
      <w:r>
        <w:rPr>
          <w:sz w:val="22"/>
        </w:rPr>
        <w:t>C. Central Program Unit</w:t>
      </w:r>
    </w:p>
    <w:p>
      <w:pPr>
        <w:pStyle w:val="ListParagraph"/>
      </w:pPr>
      <w:r>
        <w:rPr>
          <w:sz w:val="22"/>
        </w:rPr>
        <w:t>D. Control Processing Unit</w:t>
      </w:r>
    </w:p>
    <w:p/>
    <w:p>
      <w:r>
        <w:rPr>
          <w:b/>
          <w:sz w:val="24"/>
        </w:rPr>
        <w:t>Câu 162: RAM là bộ nhớ:</w:t>
      </w:r>
    </w:p>
    <w:p>
      <w:pPr>
        <w:pStyle w:val="ListParagraph"/>
      </w:pPr>
      <w:r>
        <w:rPr>
          <w:sz w:val="22"/>
        </w:rPr>
        <w:t>A. Tạm thời</w:t>
      </w:r>
    </w:p>
    <w:p>
      <w:pPr>
        <w:pStyle w:val="ListParagraph"/>
      </w:pPr>
      <w:r>
        <w:rPr>
          <w:sz w:val="22"/>
        </w:rPr>
        <w:t>B. Vĩnh viễn</w:t>
      </w:r>
    </w:p>
    <w:p>
      <w:pPr>
        <w:pStyle w:val="ListParagraph"/>
      </w:pPr>
      <w:r>
        <w:rPr>
          <w:sz w:val="22"/>
        </w:rPr>
        <w:t>C. Ngoài</w:t>
      </w:r>
    </w:p>
    <w:p>
      <w:pPr>
        <w:pStyle w:val="ListParagraph"/>
      </w:pPr>
      <w:r>
        <w:rPr>
          <w:sz w:val="22"/>
        </w:rPr>
        <w:t>D. ROM</w:t>
      </w:r>
    </w:p>
    <w:p/>
    <w:p>
      <w:r>
        <w:rPr>
          <w:b/>
          <w:sz w:val="24"/>
        </w:rPr>
        <w:t>Câu 163: Đơn vị nhỏ nhất của thông tin là:</w:t>
      </w:r>
    </w:p>
    <w:p>
      <w:pPr>
        <w:pStyle w:val="ListParagraph"/>
      </w:pPr>
      <w:r>
        <w:rPr>
          <w:sz w:val="22"/>
        </w:rPr>
        <w:t>A. Bit</w:t>
      </w:r>
    </w:p>
    <w:p>
      <w:pPr>
        <w:pStyle w:val="ListParagraph"/>
      </w:pPr>
      <w:r>
        <w:rPr>
          <w:sz w:val="22"/>
        </w:rPr>
        <w:t>B. Byte</w:t>
      </w:r>
    </w:p>
    <w:p>
      <w:pPr>
        <w:pStyle w:val="ListParagraph"/>
      </w:pPr>
      <w:r>
        <w:rPr>
          <w:sz w:val="22"/>
        </w:rPr>
        <w:t>C. KB</w:t>
      </w:r>
    </w:p>
    <w:p>
      <w:pPr>
        <w:pStyle w:val="ListParagraph"/>
      </w:pPr>
      <w:r>
        <w:rPr>
          <w:sz w:val="22"/>
        </w:rPr>
        <w:t>D. MB</w:t>
      </w:r>
    </w:p>
    <w:p/>
    <w:p>
      <w:r>
        <w:rPr>
          <w:b/>
          <w:sz w:val="24"/>
        </w:rPr>
        <w:t>Câu 164: 1 byte bằng bao nhiêu bit?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32</w:t>
      </w:r>
    </w:p>
    <w:p>
      <w:pPr>
        <w:pStyle w:val="ListParagraph"/>
      </w:pPr>
      <w:r>
        <w:rPr>
          <w:sz w:val="22"/>
        </w:rPr>
        <w:t>D. 64</w:t>
      </w:r>
    </w:p>
    <w:p/>
    <w:p>
      <w:r>
        <w:rPr>
          <w:b/>
          <w:sz w:val="24"/>
        </w:rPr>
        <w:t>Câu 165: Thiết bị nào là thiết bị vào?</w:t>
      </w:r>
    </w:p>
    <w:p>
      <w:pPr>
        <w:pStyle w:val="ListParagraph"/>
      </w:pPr>
      <w:r>
        <w:rPr>
          <w:sz w:val="22"/>
        </w:rPr>
        <w:t>A. Bàn phím</w:t>
      </w:r>
    </w:p>
    <w:p>
      <w:pPr>
        <w:pStyle w:val="ListParagraph"/>
      </w:pPr>
      <w:r>
        <w:rPr>
          <w:sz w:val="22"/>
        </w:rPr>
        <w:t>B. Màn hình</w:t>
      </w:r>
    </w:p>
    <w:p>
      <w:pPr>
        <w:pStyle w:val="ListParagraph"/>
      </w:pPr>
      <w:r>
        <w:rPr>
          <w:sz w:val="22"/>
        </w:rPr>
        <w:t>C. Máy in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166: Thiết bị nào là thiết bị ra?</w:t>
      </w:r>
    </w:p>
    <w:p>
      <w:pPr>
        <w:pStyle w:val="ListParagraph"/>
      </w:pPr>
      <w:r>
        <w:rPr>
          <w:sz w:val="22"/>
        </w:rPr>
        <w:t>A. Chuột</w:t>
      </w:r>
    </w:p>
    <w:p>
      <w:pPr>
        <w:pStyle w:val="ListParagraph"/>
      </w:pPr>
      <w:r>
        <w:rPr>
          <w:sz w:val="22"/>
        </w:rPr>
        <w:t>B. Màn hình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Máy quét</w:t>
      </w:r>
    </w:p>
    <w:p/>
    <w:p>
      <w:r>
        <w:rPr>
          <w:b/>
          <w:sz w:val="24"/>
        </w:rPr>
        <w:t>Câu 167: Phần mềm nào là hệ điều hành?</w:t>
      </w:r>
    </w:p>
    <w:p>
      <w:pPr>
        <w:pStyle w:val="ListParagraph"/>
      </w:pPr>
      <w:r>
        <w:rPr>
          <w:sz w:val="22"/>
        </w:rPr>
        <w:t>A. Windows</w:t>
      </w:r>
    </w:p>
    <w:p>
      <w:pPr>
        <w:pStyle w:val="ListParagraph"/>
      </w:pPr>
      <w:r>
        <w:rPr>
          <w:sz w:val="22"/>
        </w:rPr>
        <w:t>B. Word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Chrome</w:t>
      </w:r>
    </w:p>
    <w:p/>
    <w:p>
      <w:r>
        <w:rPr>
          <w:b/>
          <w:sz w:val="24"/>
        </w:rPr>
        <w:t>Câu 168: Trình duyệt web là:</w:t>
      </w:r>
    </w:p>
    <w:p>
      <w:pPr>
        <w:pStyle w:val="ListParagraph"/>
      </w:pPr>
      <w:r>
        <w:rPr>
          <w:sz w:val="22"/>
        </w:rPr>
        <w:t>A. Chrome</w:t>
      </w:r>
    </w:p>
    <w:p>
      <w:pPr>
        <w:pStyle w:val="ListParagraph"/>
      </w:pPr>
      <w:r>
        <w:rPr>
          <w:sz w:val="22"/>
        </w:rPr>
        <w:t>B. Word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Notepad</w:t>
      </w:r>
    </w:p>
    <w:p/>
    <w:p>
      <w:r>
        <w:rPr>
          <w:b/>
          <w:sz w:val="24"/>
        </w:rPr>
        <w:t>Câu 169: Địa chỉ IP dùng để:</w:t>
      </w:r>
    </w:p>
    <w:p>
      <w:pPr>
        <w:pStyle w:val="ListParagraph"/>
      </w:pPr>
      <w:r>
        <w:rPr>
          <w:sz w:val="22"/>
        </w:rPr>
        <w:t>A. Định danh thiết bị trên mạng</w:t>
      </w:r>
    </w:p>
    <w:p>
      <w:pPr>
        <w:pStyle w:val="ListParagraph"/>
      </w:pPr>
      <w:r>
        <w:rPr>
          <w:sz w:val="22"/>
        </w:rPr>
        <w:t>B. Lưu trữ dữ liệu</w:t>
      </w:r>
    </w:p>
    <w:p>
      <w:pPr>
        <w:pStyle w:val="ListParagraph"/>
      </w:pPr>
      <w:r>
        <w:rPr>
          <w:sz w:val="22"/>
        </w:rPr>
        <w:t>C. In tài liệu</w:t>
      </w:r>
    </w:p>
    <w:p>
      <w:pPr>
        <w:pStyle w:val="ListParagraph"/>
      </w:pPr>
      <w:r>
        <w:rPr>
          <w:sz w:val="22"/>
        </w:rPr>
        <w:t>D. Chơi game</w:t>
      </w:r>
    </w:p>
    <w:p/>
    <w:p>
      <w:r>
        <w:rPr>
          <w:b/>
          <w:sz w:val="24"/>
        </w:rPr>
        <w:t>Câu 170: HTML dùng để:</w:t>
      </w:r>
    </w:p>
    <w:p>
      <w:pPr>
        <w:pStyle w:val="ListParagraph"/>
      </w:pPr>
      <w:r>
        <w:rPr>
          <w:sz w:val="22"/>
        </w:rPr>
        <w:t>A. Tạo trang web</w:t>
      </w:r>
    </w:p>
    <w:p>
      <w:pPr>
        <w:pStyle w:val="ListParagraph"/>
      </w:pPr>
      <w:r>
        <w:rPr>
          <w:sz w:val="22"/>
        </w:rPr>
        <w:t>B. Tính toán</w:t>
      </w:r>
    </w:p>
    <w:p>
      <w:pPr>
        <w:pStyle w:val="ListParagraph"/>
      </w:pPr>
      <w:r>
        <w:rPr>
          <w:sz w:val="22"/>
        </w:rPr>
        <w:t>C. Quản lý file</w:t>
      </w:r>
    </w:p>
    <w:p>
      <w:pPr>
        <w:pStyle w:val="ListParagraph"/>
      </w:pPr>
      <w:r>
        <w:rPr>
          <w:sz w:val="22"/>
        </w:rPr>
        <w:t>D. Diệt virus</w:t>
      </w:r>
    </w:p>
    <w:p/>
    <w:p>
      <w:r>
        <w:rPr>
          <w:b/>
          <w:sz w:val="24"/>
        </w:rPr>
        <w:t>Câu 171: Wi-Fi là công nghệ:</w:t>
      </w:r>
    </w:p>
    <w:p>
      <w:pPr>
        <w:pStyle w:val="ListParagraph"/>
      </w:pPr>
      <w:r>
        <w:rPr>
          <w:sz w:val="22"/>
        </w:rPr>
        <w:t>A. Kết nối mạng không dây</w:t>
      </w:r>
    </w:p>
    <w:p>
      <w:pPr>
        <w:pStyle w:val="ListParagraph"/>
      </w:pPr>
      <w:r>
        <w:rPr>
          <w:sz w:val="22"/>
        </w:rPr>
        <w:t>B. Lưu trữ</w:t>
      </w:r>
    </w:p>
    <w:p>
      <w:pPr>
        <w:pStyle w:val="ListParagraph"/>
      </w:pPr>
      <w:r>
        <w:rPr>
          <w:sz w:val="22"/>
        </w:rPr>
        <w:t>C. In ấn</w:t>
      </w:r>
    </w:p>
    <w:p>
      <w:pPr>
        <w:pStyle w:val="ListParagraph"/>
      </w:pPr>
      <w:r>
        <w:rPr>
          <w:sz w:val="22"/>
        </w:rPr>
        <w:t>D. Xử lý ảnh</w:t>
      </w:r>
    </w:p>
    <w:p/>
    <w:p>
      <w:r>
        <w:rPr>
          <w:b/>
          <w:sz w:val="24"/>
        </w:rPr>
        <w:t>Câu 172: Phím tắt Ctrl + C dùng để:</w:t>
      </w:r>
    </w:p>
    <w:p>
      <w:pPr>
        <w:pStyle w:val="ListParagraph"/>
      </w:pPr>
      <w:r>
        <w:rPr>
          <w:sz w:val="22"/>
        </w:rPr>
        <w:t>A. Sao chép</w:t>
      </w:r>
    </w:p>
    <w:p>
      <w:pPr>
        <w:pStyle w:val="ListParagraph"/>
      </w:pPr>
      <w:r>
        <w:rPr>
          <w:sz w:val="22"/>
        </w:rPr>
        <w:t>B. Dán</w:t>
      </w:r>
    </w:p>
    <w:p>
      <w:pPr>
        <w:pStyle w:val="ListParagraph"/>
      </w:pPr>
      <w:r>
        <w:rPr>
          <w:sz w:val="22"/>
        </w:rPr>
        <w:t>C. Cắt</w:t>
      </w:r>
    </w:p>
    <w:p>
      <w:pPr>
        <w:pStyle w:val="ListParagraph"/>
      </w:pPr>
      <w:r>
        <w:rPr>
          <w:sz w:val="22"/>
        </w:rPr>
        <w:t>D. Lưu</w:t>
      </w:r>
    </w:p>
    <w:p/>
    <w:p>
      <w:r>
        <w:rPr>
          <w:b/>
          <w:sz w:val="24"/>
        </w:rPr>
        <w:t>Câu 173: Phím tắt Ctrl + V dùng để:</w:t>
      </w:r>
    </w:p>
    <w:p>
      <w:pPr>
        <w:pStyle w:val="ListParagraph"/>
      </w:pPr>
      <w:r>
        <w:rPr>
          <w:sz w:val="22"/>
        </w:rPr>
        <w:t>A. Dán</w:t>
      </w:r>
    </w:p>
    <w:p>
      <w:pPr>
        <w:pStyle w:val="ListParagraph"/>
      </w:pPr>
      <w:r>
        <w:rPr>
          <w:sz w:val="22"/>
        </w:rPr>
        <w:t>B. Sao chép</w:t>
      </w:r>
    </w:p>
    <w:p>
      <w:pPr>
        <w:pStyle w:val="ListParagraph"/>
      </w:pPr>
      <w:r>
        <w:rPr>
          <w:sz w:val="22"/>
        </w:rPr>
        <w:t>C. Cắt</w:t>
      </w:r>
    </w:p>
    <w:p>
      <w:pPr>
        <w:pStyle w:val="ListParagraph"/>
      </w:pPr>
      <w:r>
        <w:rPr>
          <w:sz w:val="22"/>
        </w:rPr>
        <w:t>D. Hoàn tác</w:t>
      </w:r>
    </w:p>
    <w:p/>
    <w:p>
      <w:r>
        <w:rPr>
          <w:b/>
          <w:sz w:val="24"/>
        </w:rPr>
        <w:t>Câu 174: Phím tắt Ctrl + Z dùng để:</w:t>
      </w:r>
    </w:p>
    <w:p>
      <w:pPr>
        <w:pStyle w:val="ListParagraph"/>
      </w:pPr>
      <w:r>
        <w:rPr>
          <w:sz w:val="22"/>
        </w:rPr>
        <w:t>A. Hoàn tác</w:t>
      </w:r>
    </w:p>
    <w:p>
      <w:pPr>
        <w:pStyle w:val="ListParagraph"/>
      </w:pPr>
      <w:r>
        <w:rPr>
          <w:sz w:val="22"/>
        </w:rPr>
        <w:t>B. Lưu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Đóng</w:t>
      </w:r>
    </w:p>
    <w:p/>
    <w:p>
      <w:r>
        <w:rPr>
          <w:b/>
          <w:sz w:val="24"/>
        </w:rPr>
        <w:t>Câu 175: Tệp có phần mở rộng .docx thường là:</w:t>
      </w:r>
    </w:p>
    <w:p>
      <w:pPr>
        <w:pStyle w:val="ListParagraph"/>
      </w:pPr>
      <w:r>
        <w:rPr>
          <w:sz w:val="22"/>
        </w:rPr>
        <w:t>A. Văn bản Word</w:t>
      </w:r>
    </w:p>
    <w:p>
      <w:pPr>
        <w:pStyle w:val="ListParagraph"/>
      </w:pPr>
      <w:r>
        <w:rPr>
          <w:sz w:val="22"/>
        </w:rPr>
        <w:t>B. Ảnh</w:t>
      </w:r>
    </w:p>
    <w:p>
      <w:pPr>
        <w:pStyle w:val="ListParagraph"/>
      </w:pPr>
      <w:r>
        <w:rPr>
          <w:sz w:val="22"/>
        </w:rPr>
        <w:t>C. Âm thanh</w:t>
      </w:r>
    </w:p>
    <w:p>
      <w:pPr>
        <w:pStyle w:val="ListParagraph"/>
      </w:pPr>
      <w:r>
        <w:rPr>
          <w:sz w:val="22"/>
        </w:rPr>
        <w:t>D. Video</w:t>
      </w:r>
    </w:p>
    <w:p/>
    <w:p>
      <w:r>
        <w:rPr>
          <w:b/>
          <w:sz w:val="24"/>
        </w:rPr>
        <w:t>Câu 176: Tệp .mp3 là:</w:t>
      </w:r>
    </w:p>
    <w:p>
      <w:pPr>
        <w:pStyle w:val="ListParagraph"/>
      </w:pPr>
      <w:r>
        <w:rPr>
          <w:sz w:val="22"/>
        </w:rPr>
        <w:t>A. Âm thanh</w:t>
      </w:r>
    </w:p>
    <w:p>
      <w:pPr>
        <w:pStyle w:val="ListParagraph"/>
      </w:pPr>
      <w:r>
        <w:rPr>
          <w:sz w:val="22"/>
        </w:rPr>
        <w:t>B. Hình ảnh</w:t>
      </w:r>
    </w:p>
    <w:p>
      <w:pPr>
        <w:pStyle w:val="ListParagraph"/>
      </w:pPr>
      <w:r>
        <w:rPr>
          <w:sz w:val="22"/>
        </w:rPr>
        <w:t>C. Văn bản</w:t>
      </w:r>
    </w:p>
    <w:p>
      <w:pPr>
        <w:pStyle w:val="ListParagraph"/>
      </w:pPr>
      <w:r>
        <w:rPr>
          <w:sz w:val="22"/>
        </w:rPr>
        <w:t>D. Bảng tính</w:t>
      </w:r>
    </w:p>
    <w:p/>
    <w:p>
      <w:r>
        <w:rPr>
          <w:b/>
          <w:sz w:val="24"/>
        </w:rPr>
        <w:t>Câu 177: Mạng LAN là:</w:t>
      </w:r>
    </w:p>
    <w:p>
      <w:pPr>
        <w:pStyle w:val="ListParagraph"/>
      </w:pPr>
      <w:r>
        <w:rPr>
          <w:sz w:val="22"/>
        </w:rPr>
        <w:t>A. Mạng cục bộ</w:t>
      </w:r>
    </w:p>
    <w:p>
      <w:pPr>
        <w:pStyle w:val="ListParagraph"/>
      </w:pPr>
      <w:r>
        <w:rPr>
          <w:sz w:val="22"/>
        </w:rPr>
        <w:t>B. Mạng diện rộng</w:t>
      </w:r>
    </w:p>
    <w:p>
      <w:pPr>
        <w:pStyle w:val="ListParagraph"/>
      </w:pPr>
      <w:r>
        <w:rPr>
          <w:sz w:val="22"/>
        </w:rPr>
        <w:t>C. Mạng toàn cầu</w:t>
      </w:r>
    </w:p>
    <w:p>
      <w:pPr>
        <w:pStyle w:val="ListParagraph"/>
      </w:pPr>
      <w:r>
        <w:rPr>
          <w:sz w:val="22"/>
        </w:rPr>
        <w:t>D. Mạng cá nhân</w:t>
      </w:r>
    </w:p>
    <w:p/>
    <w:p>
      <w:r>
        <w:rPr>
          <w:b/>
          <w:sz w:val="24"/>
        </w:rPr>
        <w:t>Câu 178: Internet là:</w:t>
      </w:r>
    </w:p>
    <w:p>
      <w:pPr>
        <w:pStyle w:val="ListParagraph"/>
      </w:pPr>
      <w:r>
        <w:rPr>
          <w:sz w:val="22"/>
        </w:rPr>
        <w:t>A. Mạng toàn cầu</w:t>
      </w:r>
    </w:p>
    <w:p>
      <w:pPr>
        <w:pStyle w:val="ListParagraph"/>
      </w:pPr>
      <w:r>
        <w:rPr>
          <w:sz w:val="22"/>
        </w:rPr>
        <w:t>B. Mạng cục bộ</w:t>
      </w:r>
    </w:p>
    <w:p>
      <w:pPr>
        <w:pStyle w:val="ListParagraph"/>
      </w:pPr>
      <w:r>
        <w:rPr>
          <w:sz w:val="22"/>
        </w:rPr>
        <w:t>C. Mạng cá nhân</w:t>
      </w:r>
    </w:p>
    <w:p>
      <w:pPr>
        <w:pStyle w:val="ListParagraph"/>
      </w:pPr>
      <w:r>
        <w:rPr>
          <w:sz w:val="22"/>
        </w:rPr>
        <w:t>D. Mạng nội bộ</w:t>
      </w:r>
    </w:p>
    <w:p/>
    <w:p>
      <w:r>
        <w:rPr>
          <w:b/>
          <w:sz w:val="24"/>
        </w:rPr>
        <w:t>Câu 179: Thuật toán là:</w:t>
      </w:r>
    </w:p>
    <w:p>
      <w:pPr>
        <w:pStyle w:val="ListParagraph"/>
      </w:pPr>
      <w:r>
        <w:rPr>
          <w:sz w:val="22"/>
        </w:rPr>
        <w:t>A. Dãy hữu hạn các bước giải bài toán</w:t>
      </w:r>
    </w:p>
    <w:p>
      <w:pPr>
        <w:pStyle w:val="ListParagraph"/>
      </w:pPr>
      <w:r>
        <w:rPr>
          <w:sz w:val="22"/>
        </w:rPr>
        <w:t>B. Ngôn ngữ lập trình</w:t>
      </w:r>
    </w:p>
    <w:p>
      <w:pPr>
        <w:pStyle w:val="ListParagraph"/>
      </w:pPr>
      <w:r>
        <w:rPr>
          <w:sz w:val="22"/>
        </w:rPr>
        <w:t>C. Phần cứng</w:t>
      </w:r>
    </w:p>
    <w:p>
      <w:pPr>
        <w:pStyle w:val="ListParagraph"/>
      </w:pPr>
      <w:r>
        <w:rPr>
          <w:sz w:val="22"/>
        </w:rPr>
        <w:t>D. Hệ điều hành</w:t>
      </w:r>
    </w:p>
    <w:p/>
    <w:p>
      <w:r>
        <w:rPr>
          <w:b/>
          <w:sz w:val="24"/>
        </w:rPr>
        <w:t>Câu 180: Ngôn ngữ lập trình nào phổ biến để tính toán khoa học?</w:t>
      </w:r>
    </w:p>
    <w:p>
      <w:pPr>
        <w:pStyle w:val="ListParagraph"/>
      </w:pPr>
      <w:r>
        <w:rPr>
          <w:sz w:val="22"/>
        </w:rPr>
        <w:t>A. Python</w:t>
      </w:r>
    </w:p>
    <w:p>
      <w:pPr>
        <w:pStyle w:val="ListParagraph"/>
      </w:pPr>
      <w:r>
        <w:rPr>
          <w:sz w:val="22"/>
        </w:rPr>
        <w:t>B. HTML</w:t>
      </w:r>
    </w:p>
    <w:p>
      <w:pPr>
        <w:pStyle w:val="ListParagraph"/>
      </w:pPr>
      <w:r>
        <w:rPr>
          <w:sz w:val="22"/>
        </w:rPr>
        <w:t>C. CSS</w:t>
      </w:r>
    </w:p>
    <w:p>
      <w:pPr>
        <w:pStyle w:val="ListParagraph"/>
      </w:pPr>
      <w:r>
        <w:rPr>
          <w:sz w:val="22"/>
        </w:rPr>
        <w:t>D. XML</w:t>
      </w:r>
    </w:p>
    <w:p/>
    <w:p>
      <w:r>
        <w:rPr>
          <w:b/>
          <w:sz w:val="24"/>
        </w:rPr>
        <w:t>Câu 181: Hành vi nào thể hiện lòng hiếu thảo?</w:t>
      </w:r>
    </w:p>
    <w:p>
      <w:pPr>
        <w:pStyle w:val="ListParagraph"/>
      </w:pPr>
      <w:r>
        <w:rPr>
          <w:sz w:val="22"/>
        </w:rPr>
        <w:t>A. Chăm sóc ông bà, cha mẹ</w:t>
      </w:r>
    </w:p>
    <w:p>
      <w:pPr>
        <w:pStyle w:val="ListParagraph"/>
      </w:pPr>
      <w:r>
        <w:rPr>
          <w:sz w:val="22"/>
        </w:rPr>
        <w:t>B. Cãi lời cha mẹ</w:t>
      </w:r>
    </w:p>
    <w:p>
      <w:pPr>
        <w:pStyle w:val="ListParagraph"/>
      </w:pPr>
      <w:r>
        <w:rPr>
          <w:sz w:val="22"/>
        </w:rPr>
        <w:t>C. Bỏ mặc cha mẹ</w:t>
      </w:r>
    </w:p>
    <w:p>
      <w:pPr>
        <w:pStyle w:val="ListParagraph"/>
      </w:pPr>
      <w:r>
        <w:rPr>
          <w:sz w:val="22"/>
        </w:rPr>
        <w:t>D. Chỉ quan tâm bản thân</w:t>
      </w:r>
    </w:p>
    <w:p/>
    <w:p>
      <w:r>
        <w:rPr>
          <w:b/>
          <w:sz w:val="24"/>
        </w:rPr>
        <w:t>Câu 182: Tôn trọng người khác là:</w:t>
      </w:r>
    </w:p>
    <w:p>
      <w:pPr>
        <w:pStyle w:val="ListParagraph"/>
      </w:pPr>
      <w:r>
        <w:rPr>
          <w:sz w:val="22"/>
        </w:rPr>
        <w:t>A. Lắng nghe và coi trọng ý kiến của họ</w:t>
      </w:r>
    </w:p>
    <w:p>
      <w:pPr>
        <w:pStyle w:val="ListParagraph"/>
      </w:pPr>
      <w:r>
        <w:rPr>
          <w:sz w:val="22"/>
        </w:rPr>
        <w:t>B. Chê bai họ</w:t>
      </w:r>
    </w:p>
    <w:p>
      <w:pPr>
        <w:pStyle w:val="ListParagraph"/>
      </w:pPr>
      <w:r>
        <w:rPr>
          <w:sz w:val="22"/>
        </w:rPr>
        <w:t>C. Coi thường họ</w:t>
      </w:r>
    </w:p>
    <w:p>
      <w:pPr>
        <w:pStyle w:val="ListParagraph"/>
      </w:pPr>
      <w:r>
        <w:rPr>
          <w:sz w:val="22"/>
        </w:rPr>
        <w:t>D. Nói xấu họ</w:t>
      </w:r>
    </w:p>
    <w:p/>
    <w:p>
      <w:r>
        <w:rPr>
          <w:b/>
          <w:sz w:val="24"/>
        </w:rPr>
        <w:t>Câu 183: Trung thực là:</w:t>
      </w:r>
    </w:p>
    <w:p>
      <w:pPr>
        <w:pStyle w:val="ListParagraph"/>
      </w:pPr>
      <w:r>
        <w:rPr>
          <w:sz w:val="22"/>
        </w:rPr>
        <w:t>A. Nói đúng sự thật</w:t>
      </w:r>
    </w:p>
    <w:p>
      <w:pPr>
        <w:pStyle w:val="ListParagraph"/>
      </w:pPr>
      <w:r>
        <w:rPr>
          <w:sz w:val="22"/>
        </w:rPr>
        <w:t>B. Nói dối</w:t>
      </w:r>
    </w:p>
    <w:p>
      <w:pPr>
        <w:pStyle w:val="ListParagraph"/>
      </w:pPr>
      <w:r>
        <w:rPr>
          <w:sz w:val="22"/>
        </w:rPr>
        <w:t>C. Gian lận</w:t>
      </w:r>
    </w:p>
    <w:p>
      <w:pPr>
        <w:pStyle w:val="ListParagraph"/>
      </w:pPr>
      <w:r>
        <w:rPr>
          <w:sz w:val="22"/>
        </w:rPr>
        <w:t>D. Che giấu lỗi sai</w:t>
      </w:r>
    </w:p>
    <w:p/>
    <w:p>
      <w:r>
        <w:rPr>
          <w:b/>
          <w:sz w:val="24"/>
        </w:rPr>
        <w:t>Câu 184: Khi tham gia giao thông, người đi bộ nên:</w:t>
      </w:r>
    </w:p>
    <w:p>
      <w:pPr>
        <w:pStyle w:val="ListParagraph"/>
      </w:pPr>
      <w:r>
        <w:rPr>
          <w:sz w:val="22"/>
        </w:rPr>
        <w:t>A. Đi đúng phần đường quy định</w:t>
      </w:r>
    </w:p>
    <w:p>
      <w:pPr>
        <w:pStyle w:val="ListParagraph"/>
      </w:pPr>
      <w:r>
        <w:rPr>
          <w:sz w:val="22"/>
        </w:rPr>
        <w:t>B. Đi giữa đường</w:t>
      </w:r>
    </w:p>
    <w:p>
      <w:pPr>
        <w:pStyle w:val="ListParagraph"/>
      </w:pPr>
      <w:r>
        <w:rPr>
          <w:sz w:val="22"/>
        </w:rPr>
        <w:t>C. Vượt đèn đỏ</w:t>
      </w:r>
    </w:p>
    <w:p>
      <w:pPr>
        <w:pStyle w:val="ListParagraph"/>
      </w:pPr>
      <w:r>
        <w:rPr>
          <w:sz w:val="22"/>
        </w:rPr>
        <w:t>D. Đi hàng ba</w:t>
      </w:r>
    </w:p>
    <w:p/>
    <w:p>
      <w:r>
        <w:rPr>
          <w:b/>
          <w:sz w:val="24"/>
        </w:rPr>
        <w:t>Câu 185: Bảo vệ môi trường là trách nhiệm của:</w:t>
      </w:r>
    </w:p>
    <w:p>
      <w:pPr>
        <w:pStyle w:val="ListParagraph"/>
      </w:pPr>
      <w:r>
        <w:rPr>
          <w:sz w:val="22"/>
        </w:rPr>
        <w:t>A. Mọi người</w:t>
      </w:r>
    </w:p>
    <w:p>
      <w:pPr>
        <w:pStyle w:val="ListParagraph"/>
      </w:pPr>
      <w:r>
        <w:rPr>
          <w:sz w:val="22"/>
        </w:rPr>
        <w:t>B. Chỉ người lớn</w:t>
      </w:r>
    </w:p>
    <w:p>
      <w:pPr>
        <w:pStyle w:val="ListParagraph"/>
      </w:pPr>
      <w:r>
        <w:rPr>
          <w:sz w:val="22"/>
        </w:rPr>
        <w:t>C. Chỉ nhà nước</w:t>
      </w:r>
    </w:p>
    <w:p>
      <w:pPr>
        <w:pStyle w:val="ListParagraph"/>
      </w:pPr>
      <w:r>
        <w:rPr>
          <w:sz w:val="22"/>
        </w:rPr>
        <w:t>D. Chỉ học sinh</w:t>
      </w:r>
    </w:p>
    <w:p/>
    <w:p>
      <w:r>
        <w:rPr>
          <w:b/>
          <w:sz w:val="24"/>
        </w:rPr>
        <w:t>Câu 186: Tệ nạn xã hội gây hậu quả:</w:t>
      </w:r>
    </w:p>
    <w:p>
      <w:pPr>
        <w:pStyle w:val="ListParagraph"/>
      </w:pPr>
      <w:r>
        <w:rPr>
          <w:sz w:val="22"/>
        </w:rPr>
        <w:t>A. Ảnh hưởng xấu đến cá nhân, gia đình, xã hội</w:t>
      </w:r>
    </w:p>
    <w:p>
      <w:pPr>
        <w:pStyle w:val="ListParagraph"/>
      </w:pPr>
      <w:r>
        <w:rPr>
          <w:sz w:val="22"/>
        </w:rPr>
        <w:t>B. Chỉ ảnh hưởng cá nhân</w:t>
      </w:r>
    </w:p>
    <w:p>
      <w:pPr>
        <w:pStyle w:val="ListParagraph"/>
      </w:pPr>
      <w:r>
        <w:rPr>
          <w:sz w:val="22"/>
        </w:rPr>
        <w:t>C. Không gây hại</w:t>
      </w:r>
    </w:p>
    <w:p>
      <w:pPr>
        <w:pStyle w:val="ListParagraph"/>
      </w:pPr>
      <w:r>
        <w:rPr>
          <w:sz w:val="22"/>
        </w:rPr>
        <w:t>D. Tốt cho xã hội</w:t>
      </w:r>
    </w:p>
    <w:p/>
    <w:p>
      <w:r>
        <w:rPr>
          <w:b/>
          <w:sz w:val="24"/>
        </w:rPr>
        <w:t>Câu 187: Pháp luật là:</w:t>
      </w:r>
    </w:p>
    <w:p>
      <w:pPr>
        <w:pStyle w:val="ListParagraph"/>
      </w:pPr>
      <w:r>
        <w:rPr>
          <w:sz w:val="22"/>
        </w:rPr>
        <w:t>A. Quy tắc xử sự chung do nhà nước ban hành</w:t>
      </w:r>
    </w:p>
    <w:p>
      <w:pPr>
        <w:pStyle w:val="ListParagraph"/>
      </w:pPr>
      <w:r>
        <w:rPr>
          <w:sz w:val="22"/>
        </w:rPr>
        <w:t>B. Quy tắc cá nhân</w:t>
      </w:r>
    </w:p>
    <w:p>
      <w:pPr>
        <w:pStyle w:val="ListParagraph"/>
      </w:pPr>
      <w:r>
        <w:rPr>
          <w:sz w:val="22"/>
        </w:rPr>
        <w:t>C. Quy tắc tự nguyện</w:t>
      </w:r>
    </w:p>
    <w:p>
      <w:pPr>
        <w:pStyle w:val="ListParagraph"/>
      </w:pPr>
      <w:r>
        <w:rPr>
          <w:sz w:val="22"/>
        </w:rPr>
        <w:t>D. Hướng dẫn không bắt buộc</w:t>
      </w:r>
    </w:p>
    <w:p/>
    <w:p>
      <w:r>
        <w:rPr>
          <w:b/>
          <w:sz w:val="24"/>
        </w:rPr>
        <w:t>Câu 188: Quyền trẻ em gồm:</w:t>
      </w:r>
    </w:p>
    <w:p>
      <w:pPr>
        <w:pStyle w:val="ListParagraph"/>
      </w:pPr>
      <w:r>
        <w:rPr>
          <w:sz w:val="22"/>
        </w:rPr>
        <w:t>A. Quyền sống, phát triển, bảo vệ, tham gia</w:t>
      </w:r>
    </w:p>
    <w:p>
      <w:pPr>
        <w:pStyle w:val="ListParagraph"/>
      </w:pPr>
      <w:r>
        <w:rPr>
          <w:sz w:val="22"/>
        </w:rPr>
        <w:t>B. Chỉ quyền học tập</w:t>
      </w:r>
    </w:p>
    <w:p>
      <w:pPr>
        <w:pStyle w:val="ListParagraph"/>
      </w:pPr>
      <w:r>
        <w:rPr>
          <w:sz w:val="22"/>
        </w:rPr>
        <w:t>C. Chỉ quyền vui chơi</w:t>
      </w:r>
    </w:p>
    <w:p>
      <w:pPr>
        <w:pStyle w:val="ListParagraph"/>
      </w:pPr>
      <w:r>
        <w:rPr>
          <w:sz w:val="22"/>
        </w:rPr>
        <w:t>D. Chỉ quyền được nuôi dưỡng</w:t>
      </w:r>
    </w:p>
    <w:p/>
    <w:p>
      <w:r>
        <w:rPr>
          <w:b/>
          <w:sz w:val="24"/>
        </w:rPr>
        <w:t>Câu 189: Đoàn kết là:</w:t>
      </w:r>
    </w:p>
    <w:p>
      <w:pPr>
        <w:pStyle w:val="ListParagraph"/>
      </w:pPr>
      <w:r>
        <w:rPr>
          <w:sz w:val="22"/>
        </w:rPr>
        <w:t>A. Sự kết hợp, giúp đỡ lẫn nhau</w:t>
      </w:r>
    </w:p>
    <w:p>
      <w:pPr>
        <w:pStyle w:val="ListParagraph"/>
      </w:pPr>
      <w:r>
        <w:rPr>
          <w:sz w:val="22"/>
        </w:rPr>
        <w:t>B. Chia rẽ</w:t>
      </w:r>
    </w:p>
    <w:p>
      <w:pPr>
        <w:pStyle w:val="ListParagraph"/>
      </w:pPr>
      <w:r>
        <w:rPr>
          <w:sz w:val="22"/>
        </w:rPr>
        <w:t>C. Cạnh tranh</w:t>
      </w:r>
    </w:p>
    <w:p>
      <w:pPr>
        <w:pStyle w:val="ListParagraph"/>
      </w:pPr>
      <w:r>
        <w:rPr>
          <w:sz w:val="22"/>
        </w:rPr>
        <w:t>D. Ích kỷ</w:t>
      </w:r>
    </w:p>
    <w:p/>
    <w:p>
      <w:r>
        <w:rPr>
          <w:b/>
          <w:sz w:val="24"/>
        </w:rPr>
        <w:t>Câu 190: Tiết kiệm là:</w:t>
      </w:r>
    </w:p>
    <w:p>
      <w:pPr>
        <w:pStyle w:val="ListParagraph"/>
      </w:pPr>
      <w:r>
        <w:rPr>
          <w:sz w:val="22"/>
        </w:rPr>
        <w:t>A. Sử dụng hợp lý, không lãng phí</w:t>
      </w:r>
    </w:p>
    <w:p>
      <w:pPr>
        <w:pStyle w:val="ListParagraph"/>
      </w:pPr>
      <w:r>
        <w:rPr>
          <w:sz w:val="22"/>
        </w:rPr>
        <w:t>B. Keo kiệt</w:t>
      </w:r>
    </w:p>
    <w:p>
      <w:pPr>
        <w:pStyle w:val="ListParagraph"/>
      </w:pPr>
      <w:r>
        <w:rPr>
          <w:sz w:val="22"/>
        </w:rPr>
        <w:t>C. Không chi tiêu</w:t>
      </w:r>
    </w:p>
    <w:p>
      <w:pPr>
        <w:pStyle w:val="ListParagraph"/>
      </w:pPr>
      <w:r>
        <w:rPr>
          <w:sz w:val="22"/>
        </w:rPr>
        <w:t>D. Mua mọi thứ</w:t>
      </w:r>
    </w:p>
    <w:p/>
    <w:p>
      <w:r>
        <w:rPr>
          <w:b/>
          <w:sz w:val="24"/>
        </w:rPr>
        <w:t>Câu 191: Lòng yêu nước thể hiện qua:</w:t>
      </w:r>
    </w:p>
    <w:p>
      <w:pPr>
        <w:pStyle w:val="ListParagraph"/>
      </w:pPr>
      <w:r>
        <w:rPr>
          <w:sz w:val="22"/>
        </w:rPr>
        <w:t>A. Bảo vệ Tổ quốc, tôn trọng văn hóa dân tộc</w:t>
      </w:r>
    </w:p>
    <w:p>
      <w:pPr>
        <w:pStyle w:val="ListParagraph"/>
      </w:pPr>
      <w:r>
        <w:rPr>
          <w:sz w:val="22"/>
        </w:rPr>
        <w:t>B. Chỉ nói suông</w:t>
      </w:r>
    </w:p>
    <w:p>
      <w:pPr>
        <w:pStyle w:val="ListParagraph"/>
      </w:pPr>
      <w:r>
        <w:rPr>
          <w:sz w:val="22"/>
        </w:rPr>
        <w:t>C. Phá hoại di tích</w:t>
      </w:r>
    </w:p>
    <w:p>
      <w:pPr>
        <w:pStyle w:val="ListParagraph"/>
      </w:pPr>
      <w:r>
        <w:rPr>
          <w:sz w:val="22"/>
        </w:rPr>
        <w:t>D. Xem thường dân tộc</w:t>
      </w:r>
    </w:p>
    <w:p/>
    <w:p>
      <w:r>
        <w:rPr>
          <w:b/>
          <w:sz w:val="24"/>
        </w:rPr>
        <w:t>Câu 192: Khi thấy bạn bị bắt nạt, em nên:</w:t>
      </w:r>
    </w:p>
    <w:p>
      <w:pPr>
        <w:pStyle w:val="ListParagraph"/>
      </w:pPr>
      <w:r>
        <w:rPr>
          <w:sz w:val="22"/>
        </w:rPr>
        <w:t>A. Báo cho người lớn can thiệp</w:t>
      </w:r>
    </w:p>
    <w:p>
      <w:pPr>
        <w:pStyle w:val="ListParagraph"/>
      </w:pPr>
      <w:r>
        <w:rPr>
          <w:sz w:val="22"/>
        </w:rPr>
        <w:t>B. Cười cợt</w:t>
      </w:r>
    </w:p>
    <w:p>
      <w:pPr>
        <w:pStyle w:val="ListParagraph"/>
      </w:pPr>
      <w:r>
        <w:rPr>
          <w:sz w:val="22"/>
        </w:rPr>
        <w:t>C. Tham gia bắt nạt</w:t>
      </w:r>
    </w:p>
    <w:p>
      <w:pPr>
        <w:pStyle w:val="ListParagraph"/>
      </w:pPr>
      <w:r>
        <w:rPr>
          <w:sz w:val="22"/>
        </w:rPr>
        <w:t>D. Im lặng bỏ đi</w:t>
      </w:r>
    </w:p>
    <w:p/>
    <w:p>
      <w:r>
        <w:rPr>
          <w:b/>
          <w:sz w:val="24"/>
        </w:rPr>
        <w:t>Câu 193: Sống có kế hoạch là:</w:t>
      </w:r>
    </w:p>
    <w:p>
      <w:pPr>
        <w:pStyle w:val="ListParagraph"/>
      </w:pPr>
      <w:r>
        <w:rPr>
          <w:sz w:val="22"/>
        </w:rPr>
        <w:t>A. Xác định mục tiêu và cách thực hiện</w:t>
      </w:r>
    </w:p>
    <w:p>
      <w:pPr>
        <w:pStyle w:val="ListParagraph"/>
      </w:pPr>
      <w:r>
        <w:rPr>
          <w:sz w:val="22"/>
        </w:rPr>
        <w:t>B. Sống tùy tiện</w:t>
      </w:r>
    </w:p>
    <w:p>
      <w:pPr>
        <w:pStyle w:val="ListParagraph"/>
      </w:pPr>
      <w:r>
        <w:rPr>
          <w:sz w:val="22"/>
        </w:rPr>
        <w:t>C. Không cần mục tiêu</w:t>
      </w:r>
    </w:p>
    <w:p>
      <w:pPr>
        <w:pStyle w:val="ListParagraph"/>
      </w:pPr>
      <w:r>
        <w:rPr>
          <w:sz w:val="22"/>
        </w:rPr>
        <w:t>D. Để người khác quyết định</w:t>
      </w:r>
    </w:p>
    <w:p/>
    <w:p>
      <w:r>
        <w:rPr>
          <w:b/>
          <w:sz w:val="24"/>
        </w:rPr>
        <w:t>Câu 194: Tự lập là:</w:t>
      </w:r>
    </w:p>
    <w:p>
      <w:pPr>
        <w:pStyle w:val="ListParagraph"/>
      </w:pPr>
      <w:r>
        <w:rPr>
          <w:sz w:val="22"/>
        </w:rPr>
        <w:t>A. Tự làm lấy mọi việc trong khả năng</w:t>
      </w:r>
    </w:p>
    <w:p>
      <w:pPr>
        <w:pStyle w:val="ListParagraph"/>
      </w:pPr>
      <w:r>
        <w:rPr>
          <w:sz w:val="22"/>
        </w:rPr>
        <w:t>B. Luôn dựa dẫm</w:t>
      </w:r>
    </w:p>
    <w:p>
      <w:pPr>
        <w:pStyle w:val="ListParagraph"/>
      </w:pPr>
      <w:r>
        <w:rPr>
          <w:sz w:val="22"/>
        </w:rPr>
        <w:t>C. Không cần ai</w:t>
      </w:r>
    </w:p>
    <w:p>
      <w:pPr>
        <w:pStyle w:val="ListParagraph"/>
      </w:pPr>
      <w:r>
        <w:rPr>
          <w:sz w:val="22"/>
        </w:rPr>
        <w:t>D. Bỏ mặc người khác</w:t>
      </w:r>
    </w:p>
    <w:p/>
    <w:p>
      <w:r>
        <w:rPr>
          <w:b/>
          <w:sz w:val="24"/>
        </w:rPr>
        <w:t>Câu 195: Khoan dung là:</w:t>
      </w:r>
    </w:p>
    <w:p>
      <w:pPr>
        <w:pStyle w:val="ListParagraph"/>
      </w:pPr>
      <w:r>
        <w:rPr>
          <w:sz w:val="22"/>
        </w:rPr>
        <w:t>A. Tha thứ cho lỗi lầm của người khác</w:t>
      </w:r>
    </w:p>
    <w:p>
      <w:pPr>
        <w:pStyle w:val="ListParagraph"/>
      </w:pPr>
      <w:r>
        <w:rPr>
          <w:sz w:val="22"/>
        </w:rPr>
        <w:t>B. Trả đũa</w:t>
      </w:r>
    </w:p>
    <w:p>
      <w:pPr>
        <w:pStyle w:val="ListParagraph"/>
      </w:pPr>
      <w:r>
        <w:rPr>
          <w:sz w:val="22"/>
        </w:rPr>
        <w:t>C. Ghi hận</w:t>
      </w:r>
    </w:p>
    <w:p>
      <w:pPr>
        <w:pStyle w:val="ListParagraph"/>
      </w:pPr>
      <w:r>
        <w:rPr>
          <w:sz w:val="22"/>
        </w:rPr>
        <w:t>D. Không bao giờ tha thứ</w:t>
      </w:r>
    </w:p>
    <w:p/>
    <w:p>
      <w:r>
        <w:rPr>
          <w:b/>
          <w:sz w:val="24"/>
        </w:rPr>
        <w:t>Câu 196: Hợp tác là:</w:t>
      </w:r>
    </w:p>
    <w:p>
      <w:pPr>
        <w:pStyle w:val="ListParagraph"/>
      </w:pPr>
      <w:r>
        <w:rPr>
          <w:sz w:val="22"/>
        </w:rPr>
        <w:t>A. Cùng làm việc vì mục tiêu chung</w:t>
      </w:r>
    </w:p>
    <w:p>
      <w:pPr>
        <w:pStyle w:val="ListParagraph"/>
      </w:pPr>
      <w:r>
        <w:rPr>
          <w:sz w:val="22"/>
        </w:rPr>
        <w:t>B. Làm việc một mình</w:t>
      </w:r>
    </w:p>
    <w:p>
      <w:pPr>
        <w:pStyle w:val="ListParagraph"/>
      </w:pPr>
      <w:r>
        <w:rPr>
          <w:sz w:val="22"/>
        </w:rPr>
        <w:t>C. Cạnh tranh không lành mạnh</w:t>
      </w:r>
    </w:p>
    <w:p>
      <w:pPr>
        <w:pStyle w:val="ListParagraph"/>
      </w:pPr>
      <w:r>
        <w:rPr>
          <w:sz w:val="22"/>
        </w:rPr>
        <w:t>D. Chỉ huy người khác</w:t>
      </w:r>
    </w:p>
    <w:p/>
    <w:p>
      <w:r>
        <w:rPr>
          <w:b/>
          <w:sz w:val="24"/>
        </w:rPr>
        <w:t>Câu 197: Giữ chữ tín là:</w:t>
      </w:r>
    </w:p>
    <w:p>
      <w:pPr>
        <w:pStyle w:val="ListParagraph"/>
      </w:pPr>
      <w:r>
        <w:rPr>
          <w:sz w:val="22"/>
        </w:rPr>
        <w:t>A. Giữ lời hứa</w:t>
      </w:r>
    </w:p>
    <w:p>
      <w:pPr>
        <w:pStyle w:val="ListParagraph"/>
      </w:pPr>
      <w:r>
        <w:rPr>
          <w:sz w:val="22"/>
        </w:rPr>
        <w:t>B. Thất hứa</w:t>
      </w:r>
    </w:p>
    <w:p>
      <w:pPr>
        <w:pStyle w:val="ListParagraph"/>
      </w:pPr>
      <w:r>
        <w:rPr>
          <w:sz w:val="22"/>
        </w:rPr>
        <w:t>C. Nói dối</w:t>
      </w:r>
    </w:p>
    <w:p>
      <w:pPr>
        <w:pStyle w:val="ListParagraph"/>
      </w:pPr>
      <w:r>
        <w:rPr>
          <w:sz w:val="22"/>
        </w:rPr>
        <w:t>D. Trốn tránh</w:t>
      </w:r>
    </w:p>
    <w:p/>
    <w:p>
      <w:r>
        <w:rPr>
          <w:b/>
          <w:sz w:val="24"/>
        </w:rPr>
        <w:t>Câu 198: Tự trọng là:</w:t>
      </w:r>
    </w:p>
    <w:p>
      <w:pPr>
        <w:pStyle w:val="ListParagraph"/>
      </w:pPr>
      <w:r>
        <w:rPr>
          <w:sz w:val="22"/>
        </w:rPr>
        <w:t>A. Coi trọng phẩm giá của bản thân</w:t>
      </w:r>
    </w:p>
    <w:p>
      <w:pPr>
        <w:pStyle w:val="ListParagraph"/>
      </w:pPr>
      <w:r>
        <w:rPr>
          <w:sz w:val="22"/>
        </w:rPr>
        <w:t>B. Tự cao</w:t>
      </w:r>
    </w:p>
    <w:p>
      <w:pPr>
        <w:pStyle w:val="ListParagraph"/>
      </w:pPr>
      <w:r>
        <w:rPr>
          <w:sz w:val="22"/>
        </w:rPr>
        <w:t>C. Xem thường người khác</w:t>
      </w:r>
    </w:p>
    <w:p>
      <w:pPr>
        <w:pStyle w:val="ListParagraph"/>
      </w:pPr>
      <w:r>
        <w:rPr>
          <w:sz w:val="22"/>
        </w:rPr>
        <w:t>D. Sỉ nhục bản thân</w:t>
      </w:r>
    </w:p>
    <w:p/>
    <w:p>
      <w:r>
        <w:rPr>
          <w:b/>
          <w:sz w:val="24"/>
        </w:rPr>
        <w:t>Câu 199: Nhân ái là:</w:t>
      </w:r>
    </w:p>
    <w:p>
      <w:pPr>
        <w:pStyle w:val="ListParagraph"/>
      </w:pPr>
      <w:r>
        <w:rPr>
          <w:sz w:val="22"/>
        </w:rPr>
        <w:t>A. Yêu thương, giúp đỡ người khác</w:t>
      </w:r>
    </w:p>
    <w:p>
      <w:pPr>
        <w:pStyle w:val="ListParagraph"/>
      </w:pPr>
      <w:r>
        <w:rPr>
          <w:sz w:val="22"/>
        </w:rPr>
        <w:t>B. Vô cảm</w:t>
      </w:r>
    </w:p>
    <w:p>
      <w:pPr>
        <w:pStyle w:val="ListParagraph"/>
      </w:pPr>
      <w:r>
        <w:rPr>
          <w:sz w:val="22"/>
        </w:rPr>
        <w:t>C. Ích kỷ</w:t>
      </w:r>
    </w:p>
    <w:p>
      <w:pPr>
        <w:pStyle w:val="ListParagraph"/>
      </w:pPr>
      <w:r>
        <w:rPr>
          <w:sz w:val="22"/>
        </w:rPr>
        <w:t>D. Ghen ghét</w:t>
      </w:r>
    </w:p>
    <w:p/>
    <w:p>
      <w:r>
        <w:rPr>
          <w:b/>
          <w:sz w:val="24"/>
        </w:rPr>
        <w:t>Câu 200: Sống chan hòa là:</w:t>
      </w:r>
    </w:p>
    <w:p>
      <w:pPr>
        <w:pStyle w:val="ListParagraph"/>
      </w:pPr>
      <w:r>
        <w:rPr>
          <w:sz w:val="22"/>
        </w:rPr>
        <w:t>A. Hòa đồng với mọi người</w:t>
      </w:r>
    </w:p>
    <w:p>
      <w:pPr>
        <w:pStyle w:val="ListParagraph"/>
      </w:pPr>
      <w:r>
        <w:rPr>
          <w:sz w:val="22"/>
        </w:rPr>
        <w:t>B. Sống khép kín</w:t>
      </w:r>
    </w:p>
    <w:p>
      <w:pPr>
        <w:pStyle w:val="ListParagraph"/>
      </w:pPr>
      <w:r>
        <w:rPr>
          <w:sz w:val="22"/>
        </w:rPr>
        <w:t>C. Xa lánh mọi người</w:t>
      </w:r>
    </w:p>
    <w:p>
      <w:pPr>
        <w:pStyle w:val="ListParagraph"/>
      </w:pPr>
      <w:r>
        <w:rPr>
          <w:sz w:val="22"/>
        </w:rPr>
        <w:t>D. Gây mâu thuẫn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C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B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C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B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D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D</w:t>
      </w:r>
    </w:p>
    <w:p>
      <w:r>
        <w:rPr>
          <w:b/>
        </w:rPr>
        <w:t>Câu 69: Đáp án đúng: B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B</w:t>
      </w:r>
    </w:p>
    <w:p>
      <w:r>
        <w:rPr>
          <w:b/>
        </w:rPr>
        <w:t>Câu 72: Đáp án đúng: B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p>
      <w:r>
        <w:rPr>
          <w:b/>
        </w:rPr>
        <w:t>Câu 75: Đáp án đúng: B</w:t>
      </w:r>
    </w:p>
    <w:p>
      <w:r>
        <w:rPr>
          <w:b/>
        </w:rPr>
        <w:t>Câu 76: Đáp án đúng: B</w:t>
      </w:r>
    </w:p>
    <w:p>
      <w:r>
        <w:rPr>
          <w:b/>
        </w:rPr>
        <w:t>Câu 77: Đáp án đúng: A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A</w:t>
      </w:r>
    </w:p>
    <w:p>
      <w:r>
        <w:rPr>
          <w:b/>
        </w:rPr>
        <w:t>Câu 82: Đáp án đúng: A</w:t>
      </w:r>
    </w:p>
    <w:p>
      <w:r>
        <w:rPr>
          <w:b/>
        </w:rPr>
        <w:t>Câu 83: Đáp án đúng: B</w:t>
      </w:r>
    </w:p>
    <w:p>
      <w:r>
        <w:rPr>
          <w:b/>
        </w:rPr>
        <w:t>Câu 84: Đáp án đúng: A</w:t>
      </w:r>
    </w:p>
    <w:p>
      <w:r>
        <w:rPr>
          <w:b/>
        </w:rPr>
        <w:t>Câu 85: Đáp án đúng: B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A</w:t>
      </w:r>
    </w:p>
    <w:p>
      <w:r>
        <w:rPr>
          <w:b/>
        </w:rPr>
        <w:t>Câu 89: Đáp án đúng: A</w:t>
      </w:r>
    </w:p>
    <w:p>
      <w:r>
        <w:rPr>
          <w:b/>
        </w:rPr>
        <w:t>Câu 90: Đáp án đúng: B</w:t>
      </w:r>
    </w:p>
    <w:p>
      <w:r>
        <w:rPr>
          <w:b/>
        </w:rPr>
        <w:t>Câu 91: Đáp án đúng: A</w:t>
      </w:r>
    </w:p>
    <w:p>
      <w:r>
        <w:rPr>
          <w:b/>
        </w:rPr>
        <w:t>Câu 92: Đáp án đúng: B</w:t>
      </w:r>
    </w:p>
    <w:p>
      <w:r>
        <w:rPr>
          <w:b/>
        </w:rPr>
        <w:t>Câu 93: Đáp án đúng: C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C</w:t>
      </w:r>
    </w:p>
    <w:p>
      <w:r>
        <w:rPr>
          <w:b/>
        </w:rPr>
        <w:t>Câu 96: Đáp án đúng: B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C</w:t>
      </w:r>
    </w:p>
    <w:p>
      <w:r>
        <w:rPr>
          <w:b/>
        </w:rPr>
        <w:t>Câu 99: Đáp án đúng: A</w:t>
      </w:r>
    </w:p>
    <w:p>
      <w:r>
        <w:rPr>
          <w:b/>
        </w:rPr>
        <w:t>Câu 100: Đáp án đúng: A</w:t>
      </w:r>
    </w:p>
    <w:p>
      <w:r>
        <w:rPr>
          <w:b/>
        </w:rPr>
        <w:t>Câu 101: Đáp án đúng: B</w:t>
      </w:r>
    </w:p>
    <w:p>
      <w:r>
        <w:rPr>
          <w:b/>
        </w:rPr>
        <w:t>Câu 102: Đáp án đúng: A</w:t>
      </w:r>
    </w:p>
    <w:p>
      <w:r>
        <w:rPr>
          <w:b/>
        </w:rPr>
        <w:t>Câu 103: Đáp án đúng: A</w:t>
      </w:r>
    </w:p>
    <w:p>
      <w:r>
        <w:rPr>
          <w:b/>
        </w:rPr>
        <w:t>Câu 104: Đáp án đúng: A</w:t>
      </w:r>
    </w:p>
    <w:p>
      <w:r>
        <w:rPr>
          <w:b/>
        </w:rPr>
        <w:t>Câu 105: Đáp án đúng: C</w:t>
      </w:r>
    </w:p>
    <w:p>
      <w:r>
        <w:rPr>
          <w:b/>
        </w:rPr>
        <w:t>Câu 106: Đáp án đúng: B</w:t>
      </w:r>
    </w:p>
    <w:p>
      <w:r>
        <w:rPr>
          <w:b/>
        </w:rPr>
        <w:t>Câu 107: Đáp án đúng: A</w:t>
      </w:r>
    </w:p>
    <w:p>
      <w:r>
        <w:rPr>
          <w:b/>
        </w:rPr>
        <w:t>Câu 108: Đáp án đúng: A</w:t>
      </w:r>
    </w:p>
    <w:p>
      <w:r>
        <w:rPr>
          <w:b/>
        </w:rPr>
        <w:t>Câu 109: Đáp án đúng: B</w:t>
      </w:r>
    </w:p>
    <w:p>
      <w:r>
        <w:rPr>
          <w:b/>
        </w:rPr>
        <w:t>Câu 110: Đáp án đúng: B</w:t>
      </w:r>
    </w:p>
    <w:p>
      <w:r>
        <w:rPr>
          <w:b/>
        </w:rPr>
        <w:t>Câu 111: Đáp án đúng: A</w:t>
      </w:r>
    </w:p>
    <w:p>
      <w:r>
        <w:rPr>
          <w:b/>
        </w:rPr>
        <w:t>Câu 112: Đáp án đúng: A</w:t>
      </w:r>
    </w:p>
    <w:p>
      <w:r>
        <w:rPr>
          <w:b/>
        </w:rPr>
        <w:t>Câu 113: Đáp án đúng: A</w:t>
      </w:r>
    </w:p>
    <w:p>
      <w:r>
        <w:rPr>
          <w:b/>
        </w:rPr>
        <w:t>Câu 114: Đáp án đúng: A</w:t>
      </w:r>
    </w:p>
    <w:p>
      <w:r>
        <w:rPr>
          <w:b/>
        </w:rPr>
        <w:t>Câu 115: Đáp án đúng: A</w:t>
      </w:r>
    </w:p>
    <w:p>
      <w:r>
        <w:rPr>
          <w:b/>
        </w:rPr>
        <w:t>Câu 116: Đáp án đúng: B</w:t>
      </w:r>
    </w:p>
    <w:p>
      <w:r>
        <w:rPr>
          <w:b/>
        </w:rPr>
        <w:t>Câu 117: Đáp án đúng: A</w:t>
      </w:r>
    </w:p>
    <w:p>
      <w:r>
        <w:rPr>
          <w:b/>
        </w:rPr>
        <w:t>Câu 118: Đáp án đúng: A</w:t>
      </w:r>
    </w:p>
    <w:p>
      <w:r>
        <w:rPr>
          <w:b/>
        </w:rPr>
        <w:t>Câu 119: Đáp án đúng: B</w:t>
      </w:r>
    </w:p>
    <w:p>
      <w:r>
        <w:rPr>
          <w:b/>
        </w:rPr>
        <w:t>Câu 120: Đáp án đúng: A</w:t>
      </w:r>
    </w:p>
    <w:p>
      <w:r>
        <w:rPr>
          <w:b/>
        </w:rPr>
        <w:t>Câu 121: Đáp án đúng: C</w:t>
      </w:r>
    </w:p>
    <w:p>
      <w:r>
        <w:rPr>
          <w:b/>
        </w:rPr>
        <w:t>Câu 122: Đáp án đúng: B</w:t>
      </w:r>
    </w:p>
    <w:p>
      <w:r>
        <w:rPr>
          <w:b/>
        </w:rPr>
        <w:t>Câu 123: Đáp án đúng: C</w:t>
      </w:r>
    </w:p>
    <w:p>
      <w:r>
        <w:rPr>
          <w:b/>
        </w:rPr>
        <w:t>Câu 124: Đáp án đúng: A</w:t>
      </w:r>
    </w:p>
    <w:p>
      <w:r>
        <w:rPr>
          <w:b/>
        </w:rPr>
        <w:t>Câu 125: Đáp án đúng: B</w:t>
      </w:r>
    </w:p>
    <w:p>
      <w:r>
        <w:rPr>
          <w:b/>
        </w:rPr>
        <w:t>Câu 126: Đáp án đúng: B</w:t>
      </w:r>
    </w:p>
    <w:p>
      <w:r>
        <w:rPr>
          <w:b/>
        </w:rPr>
        <w:t>Câu 127: Đáp án đúng: B</w:t>
      </w:r>
    </w:p>
    <w:p>
      <w:r>
        <w:rPr>
          <w:b/>
        </w:rPr>
        <w:t>Câu 128: Đáp án đúng: A</w:t>
      </w:r>
    </w:p>
    <w:p>
      <w:r>
        <w:rPr>
          <w:b/>
        </w:rPr>
        <w:t>Câu 129: Đáp án đúng: A</w:t>
      </w:r>
    </w:p>
    <w:p>
      <w:r>
        <w:rPr>
          <w:b/>
        </w:rPr>
        <w:t>Câu 130: Đáp án đúng: A</w:t>
      </w:r>
    </w:p>
    <w:p>
      <w:r>
        <w:rPr>
          <w:b/>
        </w:rPr>
        <w:t>Câu 131: Đáp án đúng: A</w:t>
      </w:r>
    </w:p>
    <w:p>
      <w:r>
        <w:rPr>
          <w:b/>
        </w:rPr>
        <w:t>Câu 132: Đáp án đúng: A</w:t>
      </w:r>
    </w:p>
    <w:p>
      <w:r>
        <w:rPr>
          <w:b/>
        </w:rPr>
        <w:t>Câu 133: Đáp án đúng: A</w:t>
      </w:r>
    </w:p>
    <w:p>
      <w:r>
        <w:rPr>
          <w:b/>
        </w:rPr>
        <w:t>Câu 134: Đáp án đúng: A</w:t>
      </w:r>
    </w:p>
    <w:p>
      <w:r>
        <w:rPr>
          <w:b/>
        </w:rPr>
        <w:t>Câu 135: Đáp án đúng: A</w:t>
      </w:r>
    </w:p>
    <w:p>
      <w:r>
        <w:rPr>
          <w:b/>
        </w:rPr>
        <w:t>Câu 136: Đáp án đúng: A</w:t>
      </w:r>
    </w:p>
    <w:p>
      <w:r>
        <w:rPr>
          <w:b/>
        </w:rPr>
        <w:t>Câu 137: Đáp án đúng: A</w:t>
      </w:r>
    </w:p>
    <w:p>
      <w:r>
        <w:rPr>
          <w:b/>
        </w:rPr>
        <w:t>Câu 138: Đáp án đúng: A</w:t>
      </w:r>
    </w:p>
    <w:p>
      <w:r>
        <w:rPr>
          <w:b/>
        </w:rPr>
        <w:t>Câu 139: Đáp án đúng: A</w:t>
      </w:r>
    </w:p>
    <w:p>
      <w:r>
        <w:rPr>
          <w:b/>
        </w:rPr>
        <w:t>Câu 140: Đáp án đúng: A</w:t>
      </w:r>
    </w:p>
    <w:p>
      <w:r>
        <w:rPr>
          <w:b/>
        </w:rPr>
        <w:t>Câu 141: Đáp án đúng: A</w:t>
      </w:r>
    </w:p>
    <w:p>
      <w:r>
        <w:rPr>
          <w:b/>
        </w:rPr>
        <w:t>Câu 142: Đáp án đúng: A</w:t>
      </w:r>
    </w:p>
    <w:p>
      <w:r>
        <w:rPr>
          <w:b/>
        </w:rPr>
        <w:t>Câu 143: Đáp án đúng: A</w:t>
      </w:r>
    </w:p>
    <w:p>
      <w:r>
        <w:rPr>
          <w:b/>
        </w:rPr>
        <w:t>Câu 144: Đáp án đúng: B</w:t>
      </w:r>
    </w:p>
    <w:p>
      <w:r>
        <w:rPr>
          <w:b/>
        </w:rPr>
        <w:t>Câu 145: Đáp án đúng: A</w:t>
      </w:r>
    </w:p>
    <w:p>
      <w:r>
        <w:rPr>
          <w:b/>
        </w:rPr>
        <w:t>Câu 146: Đáp án đúng: B</w:t>
      </w:r>
    </w:p>
    <w:p>
      <w:r>
        <w:rPr>
          <w:b/>
        </w:rPr>
        <w:t>Câu 147: Đáp án đúng: A</w:t>
      </w:r>
    </w:p>
    <w:p>
      <w:r>
        <w:rPr>
          <w:b/>
        </w:rPr>
        <w:t>Câu 148: Đáp án đúng: A</w:t>
      </w:r>
    </w:p>
    <w:p>
      <w:r>
        <w:rPr>
          <w:b/>
        </w:rPr>
        <w:t>Câu 149: Đáp án đúng: B</w:t>
      </w:r>
    </w:p>
    <w:p>
      <w:r>
        <w:rPr>
          <w:b/>
        </w:rPr>
        <w:t>Câu 150: Đáp án đúng: A</w:t>
      </w:r>
    </w:p>
    <w:p>
      <w:r>
        <w:rPr>
          <w:b/>
        </w:rPr>
        <w:t>Câu 151: Đáp án đúng: A</w:t>
      </w:r>
    </w:p>
    <w:p>
      <w:r>
        <w:rPr>
          <w:b/>
        </w:rPr>
        <w:t>Câu 152: Đáp án đúng: A</w:t>
      </w:r>
    </w:p>
    <w:p>
      <w:r>
        <w:rPr>
          <w:b/>
        </w:rPr>
        <w:t>Câu 153: Đáp án đúng: A</w:t>
      </w:r>
    </w:p>
    <w:p>
      <w:r>
        <w:rPr>
          <w:b/>
        </w:rPr>
        <w:t>Câu 154: Đáp án đúng: A</w:t>
      </w:r>
    </w:p>
    <w:p>
      <w:r>
        <w:rPr>
          <w:b/>
        </w:rPr>
        <w:t>Câu 155: Đáp án đúng: A</w:t>
      </w:r>
    </w:p>
    <w:p>
      <w:r>
        <w:rPr>
          <w:b/>
        </w:rPr>
        <w:t>Câu 156: Đáp án đúng: A</w:t>
      </w:r>
    </w:p>
    <w:p>
      <w:r>
        <w:rPr>
          <w:b/>
        </w:rPr>
        <w:t>Câu 157: Đáp án đúng: A</w:t>
      </w:r>
    </w:p>
    <w:p>
      <w:r>
        <w:rPr>
          <w:b/>
        </w:rPr>
        <w:t>Câu 158: Đáp án đúng: B</w:t>
      </w:r>
    </w:p>
    <w:p>
      <w:r>
        <w:rPr>
          <w:b/>
        </w:rPr>
        <w:t>Câu 159: Đáp án đúng: A</w:t>
      </w:r>
    </w:p>
    <w:p>
      <w:r>
        <w:rPr>
          <w:b/>
        </w:rPr>
        <w:t>Câu 160: Đáp án đúng: B</w:t>
      </w:r>
    </w:p>
    <w:p>
      <w:r>
        <w:rPr>
          <w:b/>
        </w:rPr>
        <w:t>Câu 161: Đáp án đúng: A</w:t>
      </w:r>
    </w:p>
    <w:p>
      <w:r>
        <w:rPr>
          <w:b/>
        </w:rPr>
        <w:t>Câu 162: Đáp án đúng: A</w:t>
      </w:r>
    </w:p>
    <w:p>
      <w:r>
        <w:rPr>
          <w:b/>
        </w:rPr>
        <w:t>Câu 163: Đáp án đúng: A</w:t>
      </w:r>
    </w:p>
    <w:p>
      <w:r>
        <w:rPr>
          <w:b/>
        </w:rPr>
        <w:t>Câu 164: Đáp án đúng: A</w:t>
      </w:r>
    </w:p>
    <w:p>
      <w:r>
        <w:rPr>
          <w:b/>
        </w:rPr>
        <w:t>Câu 165: Đáp án đúng: A</w:t>
      </w:r>
    </w:p>
    <w:p>
      <w:r>
        <w:rPr>
          <w:b/>
        </w:rPr>
        <w:t>Câu 166: Đáp án đúng: B</w:t>
      </w:r>
    </w:p>
    <w:p>
      <w:r>
        <w:rPr>
          <w:b/>
        </w:rPr>
        <w:t>Câu 167: Đáp án đúng: A</w:t>
      </w:r>
    </w:p>
    <w:p>
      <w:r>
        <w:rPr>
          <w:b/>
        </w:rPr>
        <w:t>Câu 168: Đáp án đúng: A</w:t>
      </w:r>
    </w:p>
    <w:p>
      <w:r>
        <w:rPr>
          <w:b/>
        </w:rPr>
        <w:t>Câu 169: Đáp án đúng: A</w:t>
      </w:r>
    </w:p>
    <w:p>
      <w:r>
        <w:rPr>
          <w:b/>
        </w:rPr>
        <w:t>Câu 170: Đáp án đúng: A</w:t>
      </w:r>
    </w:p>
    <w:p>
      <w:r>
        <w:rPr>
          <w:b/>
        </w:rPr>
        <w:t>Câu 171: Đáp án đúng: A</w:t>
      </w:r>
    </w:p>
    <w:p>
      <w:r>
        <w:rPr>
          <w:b/>
        </w:rPr>
        <w:t>Câu 172: Đáp án đúng: A</w:t>
      </w:r>
    </w:p>
    <w:p>
      <w:r>
        <w:rPr>
          <w:b/>
        </w:rPr>
        <w:t>Câu 173: Đáp án đúng: A</w:t>
      </w:r>
    </w:p>
    <w:p>
      <w:r>
        <w:rPr>
          <w:b/>
        </w:rPr>
        <w:t>Câu 174: Đáp án đúng: A</w:t>
      </w:r>
    </w:p>
    <w:p>
      <w:r>
        <w:rPr>
          <w:b/>
        </w:rPr>
        <w:t>Câu 175: Đáp án đúng: A</w:t>
      </w:r>
    </w:p>
    <w:p>
      <w:r>
        <w:rPr>
          <w:b/>
        </w:rPr>
        <w:t>Câu 176: Đáp án đúng: A</w:t>
      </w:r>
    </w:p>
    <w:p>
      <w:r>
        <w:rPr>
          <w:b/>
        </w:rPr>
        <w:t>Câu 177: Đáp án đúng: A</w:t>
      </w:r>
    </w:p>
    <w:p>
      <w:r>
        <w:rPr>
          <w:b/>
        </w:rPr>
        <w:t>Câu 178: Đáp án đúng: A</w:t>
      </w:r>
    </w:p>
    <w:p>
      <w:r>
        <w:rPr>
          <w:b/>
        </w:rPr>
        <w:t>Câu 179: Đáp án đúng: A</w:t>
      </w:r>
    </w:p>
    <w:p>
      <w:r>
        <w:rPr>
          <w:b/>
        </w:rPr>
        <w:t>Câu 180: Đáp án đúng: A</w:t>
      </w:r>
    </w:p>
    <w:p>
      <w:r>
        <w:rPr>
          <w:b/>
        </w:rPr>
        <w:t>Câu 181: Đáp án đúng: A</w:t>
      </w:r>
    </w:p>
    <w:p>
      <w:r>
        <w:rPr>
          <w:b/>
        </w:rPr>
        <w:t>Câu 182: Đáp án đúng: A</w:t>
      </w:r>
    </w:p>
    <w:p>
      <w:r>
        <w:rPr>
          <w:b/>
        </w:rPr>
        <w:t>Câu 183: Đáp án đúng: A</w:t>
      </w:r>
    </w:p>
    <w:p>
      <w:r>
        <w:rPr>
          <w:b/>
        </w:rPr>
        <w:t>Câu 184: Đáp án đúng: A</w:t>
      </w:r>
    </w:p>
    <w:p>
      <w:r>
        <w:rPr>
          <w:b/>
        </w:rPr>
        <w:t>Câu 185: Đáp án đúng: A</w:t>
      </w:r>
    </w:p>
    <w:p>
      <w:r>
        <w:rPr>
          <w:b/>
        </w:rPr>
        <w:t>Câu 186: Đáp án đúng: A</w:t>
      </w:r>
    </w:p>
    <w:p>
      <w:r>
        <w:rPr>
          <w:b/>
        </w:rPr>
        <w:t>Câu 187: Đáp án đúng: A</w:t>
      </w:r>
    </w:p>
    <w:p>
      <w:r>
        <w:rPr>
          <w:b/>
        </w:rPr>
        <w:t>Câu 188: Đáp án đúng: A</w:t>
      </w:r>
    </w:p>
    <w:p>
      <w:r>
        <w:rPr>
          <w:b/>
        </w:rPr>
        <w:t>Câu 189: Đáp án đúng: A</w:t>
      </w:r>
    </w:p>
    <w:p>
      <w:r>
        <w:rPr>
          <w:b/>
        </w:rPr>
        <w:t>Câu 190: Đáp án đúng: A</w:t>
      </w:r>
    </w:p>
    <w:p>
      <w:r>
        <w:rPr>
          <w:b/>
        </w:rPr>
        <w:t>Câu 191: Đáp án đúng: A</w:t>
      </w:r>
    </w:p>
    <w:p>
      <w:r>
        <w:rPr>
          <w:b/>
        </w:rPr>
        <w:t>Câu 192: Đáp án đúng: A</w:t>
      </w:r>
    </w:p>
    <w:p>
      <w:r>
        <w:rPr>
          <w:b/>
        </w:rPr>
        <w:t>Câu 193: Đáp án đúng: A</w:t>
      </w:r>
    </w:p>
    <w:p>
      <w:r>
        <w:rPr>
          <w:b/>
        </w:rPr>
        <w:t>Câu 194: Đáp án đúng: A</w:t>
      </w:r>
    </w:p>
    <w:p>
      <w:r>
        <w:rPr>
          <w:b/>
        </w:rPr>
        <w:t>Câu 195: Đáp án đúng: A</w:t>
      </w:r>
    </w:p>
    <w:p>
      <w:r>
        <w:rPr>
          <w:b/>
        </w:rPr>
        <w:t>Câu 196: Đáp án đúng: A</w:t>
      </w:r>
    </w:p>
    <w:p>
      <w:r>
        <w:rPr>
          <w:b/>
        </w:rPr>
        <w:t>Câu 197: Đáp án đúng: A</w:t>
      </w:r>
    </w:p>
    <w:p>
      <w:r>
        <w:rPr>
          <w:b/>
        </w:rPr>
        <w:t>Câu 198: Đáp án đúng: A</w:t>
      </w:r>
    </w:p>
    <w:p>
      <w:r>
        <w:rPr>
          <w:b/>
        </w:rPr>
        <w:t>Câu 199: Đáp án đúng: A</w:t>
      </w:r>
    </w:p>
    <w:p>
      <w:r>
        <w:rPr>
          <w:b/>
        </w:rPr>
        <w:t>Câu 200: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