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20 Câu trắc nghiệm writing task 1</w:t>
      </w:r>
    </w:p>
    <w:p>
      <w:pPr>
        <w:jc w:val="center"/>
      </w:pPr>
      <w:r>
        <w:rPr>
          <w:sz w:val="22"/>
        </w:rPr>
        <w:t>Số câu: 20    Thời gian: _____ phút    Họ và tên: _________________________</w:t>
      </w:r>
    </w:p>
    <w:p/>
    <w:p>
      <w:r>
        <w:rPr>
          <w:b/>
          <w:sz w:val="24"/>
        </w:rPr>
        <w:t>Câu 1: The chart below shows the number of men and women in further education in Britain in three periods and whether they were studying full-time or part-time. Summarise the information by selecting and reporting the main features, and make comparisons where relevant. Which of the following is the most appropriate overview?</w:t>
      </w:r>
    </w:p>
    <w:p>
      <w:pPr>
        <w:pStyle w:val="ListParagraph"/>
      </w:pPr>
      <w:r>
        <w:rPr>
          <w:sz w:val="22"/>
        </w:rPr>
        <w:t>A. The number of full-time students increased for both genders, while part-time student numbers decreased.</w:t>
      </w:r>
    </w:p>
    <w:p>
      <w:pPr>
        <w:pStyle w:val="ListParagraph"/>
      </w:pPr>
      <w:r>
        <w:rPr>
          <w:sz w:val="22"/>
        </w:rPr>
        <w:t>B. Overall, more women than men were in further education, and part-time study was more common than full-time study in all periods.</w:t>
      </w:r>
    </w:p>
    <w:p>
      <w:pPr>
        <w:pStyle w:val="ListParagraph"/>
      </w:pPr>
      <w:r>
        <w:rPr>
          <w:sz w:val="22"/>
        </w:rPr>
        <w:t>C. The number of men in full-time education rose steadily, whereas the number of women in part-time education fell.</w:t>
      </w:r>
    </w:p>
    <w:p>
      <w:pPr>
        <w:pStyle w:val="ListParagraph"/>
      </w:pPr>
      <w:r>
        <w:rPr>
          <w:sz w:val="22"/>
        </w:rPr>
        <w:t>D. In 1970/71, there were more men than women in both full-time and part-time education.</w:t>
      </w:r>
    </w:p>
    <w:p/>
    <w:p>
      <w:r>
        <w:rPr>
          <w:b/>
          <w:sz w:val="24"/>
        </w:rPr>
        <w:t>Câu 2: The table below gives information about the underground railway systems in six cities. Summarise the information by selecting and reporting the main features, and make comparisons where relevant. Which of the following is the most appropriate overview?</w:t>
      </w:r>
    </w:p>
    <w:p>
      <w:pPr>
        <w:pStyle w:val="ListParagraph"/>
      </w:pPr>
      <w:r>
        <w:rPr>
          <w:sz w:val="22"/>
        </w:rPr>
        <w:t>A. London has the oldest underground railway system and the highest number of passengers per year.</w:t>
      </w:r>
    </w:p>
    <w:p>
      <w:pPr>
        <w:pStyle w:val="ListParagraph"/>
      </w:pPr>
      <w:r>
        <w:rPr>
          <w:sz w:val="22"/>
        </w:rPr>
        <w:t>B. The underground railway systems in the six cities vary significantly in age, size, and passenger numbers.</w:t>
      </w:r>
    </w:p>
    <w:p>
      <w:pPr>
        <w:pStyle w:val="ListParagraph"/>
      </w:pPr>
      <w:r>
        <w:rPr>
          <w:sz w:val="22"/>
        </w:rPr>
        <w:t>C. Tokyo has the most recent underground railway system and the highest number of passengers per year.</w:t>
      </w:r>
    </w:p>
    <w:p>
      <w:pPr>
        <w:pStyle w:val="ListParagraph"/>
      </w:pPr>
      <w:r>
        <w:rPr>
          <w:sz w:val="22"/>
        </w:rPr>
        <w:t>D. The underground railway systems in the six cities are all more than 50 years old.</w:t>
      </w:r>
    </w:p>
    <w:p/>
    <w:p>
      <w:r>
        <w:rPr>
          <w:b/>
          <w:sz w:val="24"/>
        </w:rPr>
        <w:t>Câu 3: The graph below shows the consumption of fish and some different kinds of meat in a European country between 1979 and 2004. Summarise the information by selecting and reporting the main features, and make comparisons where relevant. Which of the following is the most appropriate overview?</w:t>
      </w:r>
    </w:p>
    <w:p>
      <w:pPr>
        <w:pStyle w:val="ListParagraph"/>
      </w:pPr>
      <w:r>
        <w:rPr>
          <w:sz w:val="22"/>
        </w:rPr>
        <w:t>A. The consumption of chicken increased steadily, while the consumption of beef and lamb decreased.</w:t>
      </w:r>
    </w:p>
    <w:p>
      <w:pPr>
        <w:pStyle w:val="ListParagraph"/>
      </w:pPr>
      <w:r>
        <w:rPr>
          <w:sz w:val="22"/>
        </w:rPr>
        <w:t>B. Overall, the consumption of meat and fish in this European country decreased over the period.</w:t>
      </w:r>
    </w:p>
    <w:p>
      <w:pPr>
        <w:pStyle w:val="ListParagraph"/>
      </w:pPr>
      <w:r>
        <w:rPr>
          <w:sz w:val="22"/>
        </w:rPr>
        <w:t>C. The consumption of fish remained stable, while the consumption of meat fluctuated.</w:t>
      </w:r>
    </w:p>
    <w:p>
      <w:pPr>
        <w:pStyle w:val="ListParagraph"/>
      </w:pPr>
      <w:r>
        <w:rPr>
          <w:sz w:val="22"/>
        </w:rPr>
        <w:t>D. In 1979, beef was the most consumed meat, but by 2004, chicken had become the most consumed.</w:t>
      </w:r>
    </w:p>
    <w:p/>
    <w:p>
      <w:r>
        <w:rPr>
          <w:b/>
          <w:sz w:val="24"/>
        </w:rPr>
        <w:t>Câu 4: The chart below shows the amount of money per week spent on fast foods in Britain. The graph shows the trends in consumption of fast foods. Summarise the information by selecting and reporting the main features, and make comparisons where relevant. Which of the following is the most appropriate overview?</w:t>
      </w:r>
    </w:p>
    <w:p>
      <w:pPr>
        <w:pStyle w:val="ListParagraph"/>
      </w:pPr>
      <w:r>
        <w:rPr>
          <w:sz w:val="22"/>
        </w:rPr>
        <w:t>A. High-income earners spent more on fast foods than low-income earners in all categories.</w:t>
      </w:r>
    </w:p>
    <w:p>
      <w:pPr>
        <w:pStyle w:val="ListParagraph"/>
      </w:pPr>
      <w:r>
        <w:rPr>
          <w:sz w:val="22"/>
        </w:rPr>
        <w:t>B. The consumption of hamburgers and pizza increased, while the consumption of fish and chips decreased.</w:t>
      </w:r>
    </w:p>
    <w:p>
      <w:pPr>
        <w:pStyle w:val="ListParagraph"/>
      </w:pPr>
      <w:r>
        <w:rPr>
          <w:sz w:val="22"/>
        </w:rPr>
        <w:t>C. Overall, high-income earners spent the most on fast foods, and the consumption of hamburgers and pizza rose over the period.</w:t>
      </w:r>
    </w:p>
    <w:p>
      <w:pPr>
        <w:pStyle w:val="ListParagraph"/>
      </w:pPr>
      <w:r>
        <w:rPr>
          <w:sz w:val="22"/>
        </w:rPr>
        <w:t>D. Low-income earners spent the least on fast foods, and their consumption of fish and chips increased.</w:t>
      </w:r>
    </w:p>
    <w:p/>
    <w:p>
      <w:r>
        <w:rPr>
          <w:b/>
          <w:sz w:val="24"/>
        </w:rPr>
        <w:t>Câu 5: The map below shows the development of the village of Ryemouth between 1995 and present. Summarise the information by selecting and reporting the main features, and make comparisons where relevant. Which of the following is the most appropriate overview?</w:t>
      </w:r>
    </w:p>
    <w:p>
      <w:pPr>
        <w:pStyle w:val="ListParagraph"/>
      </w:pPr>
      <w:r>
        <w:rPr>
          <w:sz w:val="22"/>
        </w:rPr>
        <w:t>A. The village has become more residential and less agricultural.</w:t>
      </w:r>
    </w:p>
    <w:p>
      <w:pPr>
        <w:pStyle w:val="ListParagraph"/>
      </w:pPr>
      <w:r>
        <w:rPr>
          <w:sz w:val="22"/>
        </w:rPr>
        <w:t>B. The village has undergone significant changes, with new housing and recreational facilities replacing agricultural land.</w:t>
      </w:r>
    </w:p>
    <w:p>
      <w:pPr>
        <w:pStyle w:val="ListParagraph"/>
      </w:pPr>
      <w:r>
        <w:rPr>
          <w:sz w:val="22"/>
        </w:rPr>
        <w:t>C. The village has expanded to the north and east, with new roads and a hotel.</w:t>
      </w:r>
    </w:p>
    <w:p>
      <w:pPr>
        <w:pStyle w:val="ListParagraph"/>
      </w:pPr>
      <w:r>
        <w:rPr>
          <w:sz w:val="22"/>
        </w:rPr>
        <w:t>D. The village has lost its fishing industry and gained a golf course.</w:t>
      </w:r>
    </w:p>
    <w:p/>
    <w:p>
      <w:r>
        <w:rPr>
          <w:b/>
          <w:sz w:val="24"/>
        </w:rPr>
        <w:t>Câu 6: The pie charts below show the average household expenditures in a country in 1950 and 2010. Summarise the information by selecting and reporting the main features, and make comparisons where relevant. Which of the following is the most appropriate overview?</w:t>
      </w:r>
    </w:p>
    <w:p>
      <w:pPr>
        <w:pStyle w:val="ListParagraph"/>
      </w:pPr>
      <w:r>
        <w:rPr>
          <w:sz w:val="22"/>
        </w:rPr>
        <w:t>A. The proportion of spending on food and housing decreased, while spending on health care and education increased.</w:t>
      </w:r>
    </w:p>
    <w:p>
      <w:pPr>
        <w:pStyle w:val="ListParagraph"/>
      </w:pPr>
      <w:r>
        <w:rPr>
          <w:sz w:val="22"/>
        </w:rPr>
        <w:t>B. The proportion of spending on food decreased significantly, while spending on housing increased.</w:t>
      </w:r>
    </w:p>
    <w:p>
      <w:pPr>
        <w:pStyle w:val="ListParagraph"/>
      </w:pPr>
      <w:r>
        <w:rPr>
          <w:sz w:val="22"/>
        </w:rPr>
        <w:t>C. The proportion of spending on health care and education increased, while spending on food and housing decreased.</w:t>
      </w:r>
    </w:p>
    <w:p>
      <w:pPr>
        <w:pStyle w:val="ListParagraph"/>
      </w:pPr>
      <w:r>
        <w:rPr>
          <w:sz w:val="22"/>
        </w:rPr>
        <w:t>D. The proportion of spending on food and housing decreased, while spending on health care and education increased.</w:t>
      </w:r>
    </w:p>
    <w:p/>
    <w:p>
      <w:r>
        <w:rPr>
          <w:b/>
          <w:sz w:val="24"/>
        </w:rPr>
        <w:t>Câu 7: The line graph below shows the number of international conferences held in four different cities between 2000 and 2010. Summarise the information by selecting and reporting the main features, and make comparisons where relevant. Which of the following is the most appropriate overview?</w:t>
      </w:r>
    </w:p>
    <w:p>
      <w:pPr>
        <w:pStyle w:val="ListParagraph"/>
      </w:pPr>
      <w:r>
        <w:rPr>
          <w:sz w:val="22"/>
        </w:rPr>
        <w:t>A. The number of conferences in all four cities increased over the period.</w:t>
      </w:r>
    </w:p>
    <w:p>
      <w:pPr>
        <w:pStyle w:val="ListParagraph"/>
      </w:pPr>
      <w:r>
        <w:rPr>
          <w:sz w:val="22"/>
        </w:rPr>
        <w:t>B. City A hosted the most conferences throughout the period, while City D hosted the fewest.</w:t>
      </w:r>
    </w:p>
    <w:p>
      <w:pPr>
        <w:pStyle w:val="ListParagraph"/>
      </w:pPr>
      <w:r>
        <w:rPr>
          <w:sz w:val="22"/>
        </w:rPr>
        <w:t>C. The number of conferences in City B and City C fluctuated, while City A and City D showed steady increases.</w:t>
      </w:r>
    </w:p>
    <w:p>
      <w:pPr>
        <w:pStyle w:val="ListParagraph"/>
      </w:pPr>
      <w:r>
        <w:rPr>
          <w:sz w:val="22"/>
        </w:rPr>
        <w:t>D. Overall, the number of international conferences increased in all cities, with City A consistently hosting the highest number.</w:t>
      </w:r>
    </w:p>
    <w:p/>
    <w:p>
      <w:r>
        <w:rPr>
          <w:b/>
          <w:sz w:val="24"/>
        </w:rPr>
        <w:t>Câu 8: The bar chart below shows the percentage of students who passed their driving test on the first attempt, by age group and gender. Summarise the information by selecting and reporting the main features, and make comparisons where relevant. Which of the following is the most appropriate overview?</w:t>
      </w:r>
    </w:p>
    <w:p>
      <w:pPr>
        <w:pStyle w:val="ListParagraph"/>
      </w:pPr>
      <w:r>
        <w:rPr>
          <w:sz w:val="22"/>
        </w:rPr>
        <w:t>A. Younger drivers are more likely to pass on the first attempt than older drivers.</w:t>
      </w:r>
    </w:p>
    <w:p>
      <w:pPr>
        <w:pStyle w:val="ListParagraph"/>
      </w:pPr>
      <w:r>
        <w:rPr>
          <w:sz w:val="22"/>
        </w:rPr>
        <w:t>B. Males have a higher pass rate than females in all age groups.</w:t>
      </w:r>
    </w:p>
    <w:p>
      <w:pPr>
        <w:pStyle w:val="ListParagraph"/>
      </w:pPr>
      <w:r>
        <w:rPr>
          <w:sz w:val="22"/>
        </w:rPr>
        <w:t>C. The pass rate is highest for the youngest age group and decreases with age, with males generally having a higher pass rate than females.</w:t>
      </w:r>
    </w:p>
    <w:p>
      <w:pPr>
        <w:pStyle w:val="ListParagraph"/>
      </w:pPr>
      <w:r>
        <w:rPr>
          <w:sz w:val="22"/>
        </w:rPr>
        <w:t>D. The pass rate is highest for the 25-29 age group and lowest for the 17-19 age group.</w:t>
      </w:r>
    </w:p>
    <w:p/>
    <w:p>
      <w:r>
        <w:rPr>
          <w:b/>
          <w:sz w:val="24"/>
        </w:rPr>
        <w:t>Câu 9: The diagram below shows the process of making chocolate. Summarise the information by selecting and reporting the main features. Which of the following is the most appropriate overview?</w:t>
      </w:r>
    </w:p>
    <w:p>
      <w:pPr>
        <w:pStyle w:val="ListParagraph"/>
      </w:pPr>
      <w:r>
        <w:rPr>
          <w:sz w:val="22"/>
        </w:rPr>
        <w:t>A. The process consists of several stages, from harvesting cocoa pods to producing the final chocolate products.</w:t>
      </w:r>
    </w:p>
    <w:p>
      <w:pPr>
        <w:pStyle w:val="ListParagraph"/>
      </w:pPr>
      <w:r>
        <w:rPr>
          <w:sz w:val="22"/>
        </w:rPr>
        <w:t>B. The process begins with the harvesting of cocoa pods and ends with the packaging of chocolate.</w:t>
      </w:r>
    </w:p>
    <w:p>
      <w:pPr>
        <w:pStyle w:val="ListParagraph"/>
      </w:pPr>
      <w:r>
        <w:rPr>
          <w:sz w:val="22"/>
        </w:rPr>
        <w:t>C. The process involves roasting, grinding, and conching the cocoa beans.</w:t>
      </w:r>
    </w:p>
    <w:p>
      <w:pPr>
        <w:pStyle w:val="ListParagraph"/>
      </w:pPr>
      <w:r>
        <w:rPr>
          <w:sz w:val="22"/>
        </w:rPr>
        <w:t>D. The process requires both manual labour and machinery.</w:t>
      </w:r>
    </w:p>
    <w:p/>
    <w:p>
      <w:r>
        <w:rPr>
          <w:b/>
          <w:sz w:val="24"/>
        </w:rPr>
        <w:t>Câu 10: The table below shows the number of visitors to three London museums in 2007 and 2008. Summarise the information by selecting and reporting the main features, and make comparisons where relevant. Which of the following is the most appropriate overview?</w:t>
      </w:r>
    </w:p>
    <w:p>
      <w:pPr>
        <w:pStyle w:val="ListParagraph"/>
      </w:pPr>
      <w:r>
        <w:rPr>
          <w:sz w:val="22"/>
        </w:rPr>
        <w:t>A. The British Museum had the highest number of visitors in both years.</w:t>
      </w:r>
    </w:p>
    <w:p>
      <w:pPr>
        <w:pStyle w:val="ListParagraph"/>
      </w:pPr>
      <w:r>
        <w:rPr>
          <w:sz w:val="22"/>
        </w:rPr>
        <w:t>B. The number of visitors to the Science Museum increased, while the number to the Natural History Museum decreased.</w:t>
      </w:r>
    </w:p>
    <w:p>
      <w:pPr>
        <w:pStyle w:val="ListParagraph"/>
      </w:pPr>
      <w:r>
        <w:rPr>
          <w:sz w:val="22"/>
        </w:rPr>
        <w:t>C. Overall, the British Museum was the most popular, while the Science Museum saw the largest increase in visitors.</w:t>
      </w:r>
    </w:p>
    <w:p>
      <w:pPr>
        <w:pStyle w:val="ListParagraph"/>
      </w:pPr>
      <w:r>
        <w:rPr>
          <w:sz w:val="22"/>
        </w:rPr>
        <w:t>D. The number of visitors to all three museums increased from 2007 to 2008.</w:t>
      </w:r>
    </w:p>
    <w:p/>
    <w:p>
      <w:r>
        <w:rPr>
          <w:b/>
          <w:sz w:val="24"/>
        </w:rPr>
        <w:t>Câu 11: The graph below shows the average monthly temperatures in three major cities. Summarise the information by selecting and reporting the main features, and make comparisons where relevant. Which of the following is the most appropriate overview?</w:t>
      </w:r>
    </w:p>
    <w:p>
      <w:pPr>
        <w:pStyle w:val="ListParagraph"/>
      </w:pPr>
      <w:r>
        <w:rPr>
          <w:sz w:val="22"/>
        </w:rPr>
        <w:t>A. City A has the highest temperatures throughout the year, while City C has the lowest.</w:t>
      </w:r>
    </w:p>
    <w:p>
      <w:pPr>
        <w:pStyle w:val="ListParagraph"/>
      </w:pPr>
      <w:r>
        <w:rPr>
          <w:sz w:val="22"/>
        </w:rPr>
        <w:t>B. The temperatures in all three cities peak in July and are lowest in January.</w:t>
      </w:r>
    </w:p>
    <w:p>
      <w:pPr>
        <w:pStyle w:val="ListParagraph"/>
      </w:pPr>
      <w:r>
        <w:rPr>
          <w:sz w:val="22"/>
        </w:rPr>
        <w:t>C. Overall, City A has the warmest climate, City C the coolest, and all cities experience higher temperatures in the middle of the year.</w:t>
      </w:r>
    </w:p>
    <w:p>
      <w:pPr>
        <w:pStyle w:val="ListParagraph"/>
      </w:pPr>
      <w:r>
        <w:rPr>
          <w:sz w:val="22"/>
        </w:rPr>
        <w:t>D. City B has the most stable temperatures, while City A has the most variation.</w:t>
      </w:r>
    </w:p>
    <w:p/>
    <w:p>
      <w:r>
        <w:rPr>
          <w:b/>
          <w:sz w:val="24"/>
        </w:rPr>
        <w:t>Câu 12: The pie charts below show the proportion of energy generated from different sources in a country in 2000 and 2010. Summarise the information by selecting and reporting the main features, and make comparisons where relevant. Which of the following is the most appropriate overview?</w:t>
      </w:r>
    </w:p>
    <w:p>
      <w:pPr>
        <w:pStyle w:val="ListParagraph"/>
      </w:pPr>
      <w:r>
        <w:rPr>
          <w:sz w:val="22"/>
        </w:rPr>
        <w:t>A. The proportion of energy from fossil fuels decreased, while renewable sources increased.</w:t>
      </w:r>
    </w:p>
    <w:p>
      <w:pPr>
        <w:pStyle w:val="ListParagraph"/>
      </w:pPr>
      <w:r>
        <w:rPr>
          <w:sz w:val="22"/>
        </w:rPr>
        <w:t>B. Coal was the largest source of energy in both years.</w:t>
      </w:r>
    </w:p>
    <w:p>
      <w:pPr>
        <w:pStyle w:val="ListParagraph"/>
      </w:pPr>
      <w:r>
        <w:rPr>
          <w:sz w:val="22"/>
        </w:rPr>
        <w:t>C. The proportion of energy from nuclear power increased significantly.</w:t>
      </w:r>
    </w:p>
    <w:p>
      <w:pPr>
        <w:pStyle w:val="ListParagraph"/>
      </w:pPr>
      <w:r>
        <w:rPr>
          <w:sz w:val="22"/>
        </w:rPr>
        <w:t>D. Overall, the country became more reliant on renewable energy sources, with a corresponding decrease in fossil fuel use.</w:t>
      </w:r>
    </w:p>
    <w:p/>
    <w:p>
      <w:r>
        <w:rPr>
          <w:b/>
          <w:sz w:val="24"/>
        </w:rPr>
        <w:t>Câu 13: The bar chart below shows the number of hours spent on household chores by men and women in four different countries. Summarise the information by selecting and reporting the main features, and make comparisons where relevant. Which of the following is the most appropriate overview?</w:t>
      </w:r>
    </w:p>
    <w:p>
      <w:pPr>
        <w:pStyle w:val="ListParagraph"/>
      </w:pPr>
      <w:r>
        <w:rPr>
          <w:sz w:val="22"/>
        </w:rPr>
        <w:t>A. Women spend more time on household chores than men in all four countries.</w:t>
      </w:r>
    </w:p>
    <w:p>
      <w:pPr>
        <w:pStyle w:val="ListParagraph"/>
      </w:pPr>
      <w:r>
        <w:rPr>
          <w:sz w:val="22"/>
        </w:rPr>
        <w:t>B. The number of hours spent on household chores is highest in Country A for both men and women.</w:t>
      </w:r>
    </w:p>
    <w:p>
      <w:pPr>
        <w:pStyle w:val="ListParagraph"/>
      </w:pPr>
      <w:r>
        <w:rPr>
          <w:sz w:val="22"/>
        </w:rPr>
        <w:t>C. Overall, women spend significantly more time on household chores than men, with the gap being largest in Country C.</w:t>
      </w:r>
    </w:p>
    <w:p>
      <w:pPr>
        <w:pStyle w:val="ListParagraph"/>
      </w:pPr>
      <w:r>
        <w:rPr>
          <w:sz w:val="22"/>
        </w:rPr>
        <w:t>D. Men in Country D spend the least time on household chores.</w:t>
      </w:r>
    </w:p>
    <w:p/>
    <w:p>
      <w:r>
        <w:rPr>
          <w:b/>
          <w:sz w:val="24"/>
        </w:rPr>
        <w:t>Câu 14: The line graph below shows the number of cars sold by three different companies over a five-year period. Summarise the information by selecting and reporting the main features, and make comparisons where relevant. Which of the following is the most appropriate overview?</w:t>
      </w:r>
    </w:p>
    <w:p>
      <w:pPr>
        <w:pStyle w:val="ListParagraph"/>
      </w:pPr>
      <w:r>
        <w:rPr>
          <w:sz w:val="22"/>
        </w:rPr>
        <w:t>A. Company A sold the most cars in the first year, but Company B sold the most in the final year.</w:t>
      </w:r>
    </w:p>
    <w:p>
      <w:pPr>
        <w:pStyle w:val="ListParagraph"/>
      </w:pPr>
      <w:r>
        <w:rPr>
          <w:sz w:val="22"/>
        </w:rPr>
        <w:t>B. The number of cars sold by Company C increased steadily over the period.</w:t>
      </w:r>
    </w:p>
    <w:p>
      <w:pPr>
        <w:pStyle w:val="ListParagraph"/>
      </w:pPr>
      <w:r>
        <w:rPr>
          <w:sz w:val="22"/>
        </w:rPr>
        <w:t>C. Overall, Company A and Company B saw fluctuations in sales, while Company C experienced consistent growth.</w:t>
      </w:r>
    </w:p>
    <w:p>
      <w:pPr>
        <w:pStyle w:val="ListParagraph"/>
      </w:pPr>
      <w:r>
        <w:rPr>
          <w:sz w:val="22"/>
        </w:rPr>
        <w:t>D. Company B had the highest sales in the first year and the lowest in the final year.</w:t>
      </w:r>
    </w:p>
    <w:p/>
    <w:p>
      <w:r>
        <w:rPr>
          <w:b/>
          <w:sz w:val="24"/>
        </w:rPr>
        <w:t>Câu 15: The diagram below shows the water cycle. Summarise the information by selecting and reporting the main features. Which of the following is the most appropriate overview?</w:t>
      </w:r>
    </w:p>
    <w:p>
      <w:pPr>
        <w:pStyle w:val="ListParagraph"/>
      </w:pPr>
      <w:r>
        <w:rPr>
          <w:sz w:val="22"/>
        </w:rPr>
        <w:t>A. The water cycle involves evaporation, condensation, precipitation, and collection.</w:t>
      </w:r>
    </w:p>
    <w:p>
      <w:pPr>
        <w:pStyle w:val="ListParagraph"/>
      </w:pPr>
      <w:r>
        <w:rPr>
          <w:sz w:val="22"/>
        </w:rPr>
        <w:t>B. The water cycle is a continuous process driven by solar energy.</w:t>
      </w:r>
    </w:p>
    <w:p>
      <w:pPr>
        <w:pStyle w:val="ListParagraph"/>
      </w:pPr>
      <w:r>
        <w:rPr>
          <w:sz w:val="22"/>
        </w:rPr>
        <w:t>C. The water cycle consists of several stages that recycle water through the environment.</w:t>
      </w:r>
    </w:p>
    <w:p>
      <w:pPr>
        <w:pStyle w:val="ListParagraph"/>
      </w:pPr>
      <w:r>
        <w:rPr>
          <w:sz w:val="22"/>
        </w:rPr>
        <w:t>D. The water cycle includes both surface and groundwater flows.</w:t>
      </w:r>
    </w:p>
    <w:p/>
    <w:p>
      <w:r>
        <w:rPr>
          <w:b/>
          <w:sz w:val="24"/>
        </w:rPr>
        <w:t>Câu 16: The table below shows the results of a survey on the use of public transport in a city. Summarise the information by selecting and reporting the main features, and make comparisons where relevant. Which of the following is the most appropriate overview?</w:t>
      </w:r>
    </w:p>
    <w:p>
      <w:pPr>
        <w:pStyle w:val="ListParagraph"/>
      </w:pPr>
      <w:r>
        <w:rPr>
          <w:sz w:val="22"/>
        </w:rPr>
        <w:t>A. The majority of people use public transport daily.</w:t>
      </w:r>
    </w:p>
    <w:p>
      <w:pPr>
        <w:pStyle w:val="ListParagraph"/>
      </w:pPr>
      <w:r>
        <w:rPr>
          <w:sz w:val="22"/>
        </w:rPr>
        <w:t>B. Bus is the most commonly used form of public transport.</w:t>
      </w:r>
    </w:p>
    <w:p>
      <w:pPr>
        <w:pStyle w:val="ListParagraph"/>
      </w:pPr>
      <w:r>
        <w:rPr>
          <w:sz w:val="22"/>
        </w:rPr>
        <w:t>C. Overall, the frequency of public transport use varies, with bus being the most popular mode.</w:t>
      </w:r>
    </w:p>
    <w:p>
      <w:pPr>
        <w:pStyle w:val="ListParagraph"/>
      </w:pPr>
      <w:r>
        <w:rPr>
          <w:sz w:val="22"/>
        </w:rPr>
        <w:t>D. Fewer people use trains than trams.</w:t>
      </w:r>
    </w:p>
    <w:p/>
    <w:p>
      <w:r>
        <w:rPr>
          <w:b/>
          <w:sz w:val="24"/>
        </w:rPr>
        <w:t>Câu 17: The graph below shows the population growth in four different countries from 1950 to 2000. Summarise the information by selecting and reporting the main features, and make comparisons where relevant. Which of the following is the most appropriate overview?</w:t>
      </w:r>
    </w:p>
    <w:p>
      <w:pPr>
        <w:pStyle w:val="ListParagraph"/>
      </w:pPr>
      <w:r>
        <w:rPr>
          <w:sz w:val="22"/>
        </w:rPr>
        <w:t>A. Country A had the highest population throughout the period.</w:t>
      </w:r>
    </w:p>
    <w:p>
      <w:pPr>
        <w:pStyle w:val="ListParagraph"/>
      </w:pPr>
      <w:r>
        <w:rPr>
          <w:sz w:val="22"/>
        </w:rPr>
        <w:t>B. The population of Country D grew the fastest.</w:t>
      </w:r>
    </w:p>
    <w:p>
      <w:pPr>
        <w:pStyle w:val="ListParagraph"/>
      </w:pPr>
      <w:r>
        <w:rPr>
          <w:sz w:val="22"/>
        </w:rPr>
        <w:t>C. Overall, all four countries experienced population growth, with Country A having the largest population and Country D the smallest.</w:t>
      </w:r>
    </w:p>
    <w:p>
      <w:pPr>
        <w:pStyle w:val="ListParagraph"/>
      </w:pPr>
      <w:r>
        <w:rPr>
          <w:sz w:val="22"/>
        </w:rPr>
        <w:t>D. The population of Country B decreased slightly.</w:t>
      </w:r>
    </w:p>
    <w:p/>
    <w:p>
      <w:r>
        <w:rPr>
          <w:b/>
          <w:sz w:val="24"/>
        </w:rPr>
        <w:t>Câu 18: The pie charts below show the proportion of male and female students studying different subjects at a university. Summarise the information by selecting and reporting the main features, and make comparisons where relevant. Which of the following is the most appropriate overview?</w:t>
      </w:r>
    </w:p>
    <w:p>
      <w:pPr>
        <w:pStyle w:val="ListParagraph"/>
      </w:pPr>
      <w:r>
        <w:rPr>
          <w:sz w:val="22"/>
        </w:rPr>
        <w:t>A. More male students study engineering, while more female students study education.</w:t>
      </w:r>
    </w:p>
    <w:p>
      <w:pPr>
        <w:pStyle w:val="ListParagraph"/>
      </w:pPr>
      <w:r>
        <w:rPr>
          <w:sz w:val="22"/>
        </w:rPr>
        <w:t>B. The proportion of male and female students is equal in all subjects.</w:t>
      </w:r>
    </w:p>
    <w:p>
      <w:pPr>
        <w:pStyle w:val="ListParagraph"/>
      </w:pPr>
      <w:r>
        <w:rPr>
          <w:sz w:val="22"/>
        </w:rPr>
        <w:t>C. Overall, male students are more likely to study STEM subjects, while female students are more likely to study humanities and education.</w:t>
      </w:r>
    </w:p>
    <w:p>
      <w:pPr>
        <w:pStyle w:val="ListParagraph"/>
      </w:pPr>
      <w:r>
        <w:rPr>
          <w:sz w:val="22"/>
        </w:rPr>
        <w:t>D. Business has the highest proportion of female students.</w:t>
      </w:r>
    </w:p>
    <w:p/>
    <w:p>
      <w:r>
        <w:rPr>
          <w:b/>
          <w:sz w:val="24"/>
        </w:rPr>
        <w:t>Câu 19: The bar chart below shows the amount of waste produced by four different countries in 2000 and 2010. Summarise the information by selecting and reporting the main features, and make comparisons where relevant. Which of the following is the most appropriate overview?</w:t>
      </w:r>
    </w:p>
    <w:p>
      <w:pPr>
        <w:pStyle w:val="ListParagraph"/>
      </w:pPr>
      <w:r>
        <w:rPr>
          <w:sz w:val="22"/>
        </w:rPr>
        <w:t>A. Country A produced the most waste in both years.</w:t>
      </w:r>
    </w:p>
    <w:p>
      <w:pPr>
        <w:pStyle w:val="ListParagraph"/>
      </w:pPr>
      <w:r>
        <w:rPr>
          <w:sz w:val="22"/>
        </w:rPr>
        <w:t>B. The amount of waste produced by Country B decreased.</w:t>
      </w:r>
    </w:p>
    <w:p>
      <w:pPr>
        <w:pStyle w:val="ListParagraph"/>
      </w:pPr>
      <w:r>
        <w:rPr>
          <w:sz w:val="22"/>
        </w:rPr>
        <w:t>C. Overall, waste production increased in all countries except Country B, with Country A being the largest producer.</w:t>
      </w:r>
    </w:p>
    <w:p>
      <w:pPr>
        <w:pStyle w:val="ListParagraph"/>
      </w:pPr>
      <w:r>
        <w:rPr>
          <w:sz w:val="22"/>
        </w:rPr>
        <w:t>D. Country D produced the least waste in 2010.</w:t>
      </w:r>
    </w:p>
    <w:p/>
    <w:p>
      <w:r>
        <w:rPr>
          <w:b/>
          <w:sz w:val="24"/>
        </w:rPr>
        <w:t>Câu 20: The diagram below shows the process of recycling plastic bottles. Summarise the information by selecting and reporting the main features. Which of the following is the most appropriate overview?</w:t>
      </w:r>
    </w:p>
    <w:p>
      <w:pPr>
        <w:pStyle w:val="ListParagraph"/>
      </w:pPr>
      <w:r>
        <w:rPr>
          <w:sz w:val="22"/>
        </w:rPr>
        <w:t>A. The process involves collecting, sorting, cleaning, shredding, and melting plastic bottles to make new products.</w:t>
      </w:r>
    </w:p>
    <w:p>
      <w:pPr>
        <w:pStyle w:val="ListParagraph"/>
      </w:pPr>
      <w:r>
        <w:rPr>
          <w:sz w:val="22"/>
        </w:rPr>
        <w:t>B. The process begins with the collection of plastic bottles and ends with the production of new plastic items.</w:t>
      </w:r>
    </w:p>
    <w:p>
      <w:pPr>
        <w:pStyle w:val="ListParagraph"/>
      </w:pPr>
      <w:r>
        <w:rPr>
          <w:sz w:val="22"/>
        </w:rPr>
        <w:t>C. The process requires both manual and mechanical steps.</w:t>
      </w:r>
    </w:p>
    <w:p>
      <w:pPr>
        <w:pStyle w:val="ListParagraph"/>
      </w:pPr>
      <w:r>
        <w:rPr>
          <w:sz w:val="22"/>
        </w:rPr>
        <w:t>D. The process is a linear sequence of stages.</w:t>
      </w:r>
    </w:p>
    <w:p/>
    <w:p>
      <w:r>
        <w:t>──────────────────────────────────────────────────</w:t>
      </w:r>
    </w:p>
    <w:p>
      <w:r>
        <w:rPr>
          <w:b/>
        </w:rPr>
        <w:t>BẢNG ĐÁP ÁN &amp; LỜI GIẢI CHI TIẾT</w:t>
      </w:r>
    </w:p>
    <w:p>
      <w:r>
        <w:rPr>
          <w:b/>
        </w:rPr>
        <w:t>Câu 1: Đáp án đúng: B</w:t>
      </w:r>
    </w:p>
    <w:p>
      <w:r>
        <w:rPr>
          <w:b/>
        </w:rPr>
        <w:t>Câu 2: Đáp án đúng: B</w:t>
      </w:r>
    </w:p>
    <w:p>
      <w:r>
        <w:rPr>
          <w:b/>
        </w:rPr>
        <w:t>Câu 3: Đáp án đúng: A</w:t>
      </w:r>
    </w:p>
    <w:p>
      <w:r>
        <w:rPr>
          <w:b/>
        </w:rPr>
        <w:t>Câu 4: Đáp án đúng: C</w:t>
      </w:r>
    </w:p>
    <w:p>
      <w:r>
        <w:rPr>
          <w:b/>
        </w:rPr>
        <w:t>Câu 5: Đáp án đúng: B</w:t>
      </w:r>
    </w:p>
    <w:p>
      <w:r>
        <w:rPr>
          <w:b/>
        </w:rPr>
        <w:t>Câu 6: Đáp án đúng: D</w:t>
      </w:r>
    </w:p>
    <w:p>
      <w:r>
        <w:rPr>
          <w:b/>
        </w:rPr>
        <w:t>Câu 7: Đáp án đúng: D</w:t>
      </w:r>
    </w:p>
    <w:p>
      <w:r>
        <w:rPr>
          <w:b/>
        </w:rPr>
        <w:t>Câu 8: Đáp án đúng: C</w:t>
      </w:r>
    </w:p>
    <w:p>
      <w:r>
        <w:rPr>
          <w:b/>
        </w:rPr>
        <w:t>Câu 9: Đáp án đúng: A</w:t>
      </w:r>
    </w:p>
    <w:p>
      <w:r>
        <w:rPr>
          <w:b/>
        </w:rPr>
        <w:t>Câu 10: Đáp án đúng: C</w:t>
      </w:r>
    </w:p>
    <w:p>
      <w:r>
        <w:rPr>
          <w:b/>
        </w:rPr>
        <w:t>Câu 11: Đáp án đúng: C</w:t>
      </w:r>
    </w:p>
    <w:p>
      <w:r>
        <w:rPr>
          <w:b/>
        </w:rPr>
        <w:t>Câu 12: Đáp án đúng: D</w:t>
      </w:r>
    </w:p>
    <w:p>
      <w:r>
        <w:rPr>
          <w:b/>
        </w:rPr>
        <w:t>Câu 13: Đáp án đúng: C</w:t>
      </w:r>
    </w:p>
    <w:p>
      <w:r>
        <w:rPr>
          <w:b/>
        </w:rPr>
        <w:t>Câu 14: Đáp án đúng: C</w:t>
      </w:r>
    </w:p>
    <w:p>
      <w:r>
        <w:rPr>
          <w:b/>
        </w:rPr>
        <w:t>Câu 15: Đáp án đúng: C</w:t>
      </w:r>
    </w:p>
    <w:p>
      <w:r>
        <w:rPr>
          <w:b/>
        </w:rPr>
        <w:t>Câu 16: Đáp án đúng: C</w:t>
      </w:r>
    </w:p>
    <w:p>
      <w:r>
        <w:rPr>
          <w:b/>
        </w:rPr>
        <w:t>Câu 17: Đáp án đúng: C</w:t>
      </w:r>
    </w:p>
    <w:p>
      <w:r>
        <w:rPr>
          <w:b/>
        </w:rPr>
        <w:t>Câu 18: Đáp án đúng: C</w:t>
      </w:r>
    </w:p>
    <w:p>
      <w:r>
        <w:rPr>
          <w:b/>
        </w:rPr>
        <w:t>Câu 19: Đáp án đúng: C</w:t>
      </w:r>
    </w:p>
    <w:p>
      <w:r>
        <w:rPr>
          <w:b/>
        </w:rPr>
        <w:t>Câu 20: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