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CÂU điều kiện...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If it rains tomorrow, we ___ the picnic.</w:t>
      </w:r>
    </w:p>
    <w:p>
      <w:pPr>
        <w:pStyle w:val="ListParagraph"/>
      </w:pPr>
      <w:r>
        <w:rPr>
          <w:sz w:val="22"/>
        </w:rPr>
        <w:t>A. cancel</w:t>
      </w:r>
    </w:p>
    <w:p>
      <w:pPr>
        <w:pStyle w:val="ListParagraph"/>
      </w:pPr>
      <w:r>
        <w:rPr>
          <w:sz w:val="22"/>
        </w:rPr>
        <w:t>B. would cancel</w:t>
      </w:r>
    </w:p>
    <w:p>
      <w:pPr>
        <w:pStyle w:val="ListParagraph"/>
      </w:pPr>
      <w:r>
        <w:rPr>
          <w:sz w:val="22"/>
        </w:rPr>
        <w:t>C. cancelled</w:t>
      </w:r>
    </w:p>
    <w:p>
      <w:pPr>
        <w:pStyle w:val="ListParagraph"/>
      </w:pPr>
      <w:r>
        <w:rPr>
          <w:sz w:val="22"/>
        </w:rPr>
        <w:t>D. will cancel</w:t>
      </w:r>
    </w:p>
    <w:p/>
    <w:p>
      <w:r>
        <w:rPr>
          <w:b/>
          <w:sz w:val="24"/>
        </w:rPr>
        <w:t>Câu 2: If you ___ hot, turn on the fan.</w:t>
      </w:r>
    </w:p>
    <w:p>
      <w:pPr>
        <w:pStyle w:val="ListParagraph"/>
      </w:pPr>
      <w:r>
        <w:rPr>
          <w:sz w:val="22"/>
        </w:rPr>
        <w:t>A. feel</w:t>
      </w:r>
    </w:p>
    <w:p>
      <w:pPr>
        <w:pStyle w:val="ListParagraph"/>
      </w:pPr>
      <w:r>
        <w:rPr>
          <w:sz w:val="22"/>
        </w:rPr>
        <w:t>B. will feel</w:t>
      </w:r>
    </w:p>
    <w:p>
      <w:pPr>
        <w:pStyle w:val="ListParagraph"/>
      </w:pPr>
      <w:r>
        <w:rPr>
          <w:sz w:val="22"/>
        </w:rPr>
        <w:t>C. felt</w:t>
      </w:r>
    </w:p>
    <w:p>
      <w:pPr>
        <w:pStyle w:val="ListParagraph"/>
      </w:pPr>
      <w:r>
        <w:rPr>
          <w:sz w:val="22"/>
        </w:rPr>
        <w:t>D. would feel</w:t>
      </w:r>
    </w:p>
    <w:p/>
    <w:p>
      <w:r>
        <w:rPr>
          <w:b/>
          <w:sz w:val="24"/>
        </w:rPr>
        <w:t>Câu 3: If I ___ a bird, I would fly.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4: If she ___ more time, she would travel.</w:t>
      </w:r>
    </w:p>
    <w:p>
      <w:pPr>
        <w:pStyle w:val="ListParagraph"/>
      </w:pPr>
      <w:r>
        <w:rPr>
          <w:sz w:val="22"/>
        </w:rPr>
        <w:t>A. has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have</w:t>
      </w:r>
    </w:p>
    <w:p>
      <w:pPr>
        <w:pStyle w:val="ListParagraph"/>
      </w:pPr>
      <w:r>
        <w:rPr>
          <w:sz w:val="22"/>
        </w:rPr>
        <w:t>D. will have</w:t>
      </w:r>
    </w:p>
    <w:p/>
    <w:p>
      <w:r>
        <w:rPr>
          <w:b/>
          <w:sz w:val="24"/>
        </w:rPr>
        <w:t>Câu 5: If they had studied harder, they ___ the exam.</w:t>
      </w:r>
    </w:p>
    <w:p>
      <w:pPr>
        <w:pStyle w:val="ListParagraph"/>
      </w:pPr>
      <w:r>
        <w:rPr>
          <w:sz w:val="22"/>
        </w:rPr>
        <w:t>A. would pass</w:t>
      </w:r>
    </w:p>
    <w:p>
      <w:pPr>
        <w:pStyle w:val="ListParagraph"/>
      </w:pPr>
      <w:r>
        <w:rPr>
          <w:sz w:val="22"/>
        </w:rPr>
        <w:t>B. would have passed</w:t>
      </w:r>
    </w:p>
    <w:p>
      <w:pPr>
        <w:pStyle w:val="ListParagraph"/>
      </w:pPr>
      <w:r>
        <w:rPr>
          <w:sz w:val="22"/>
        </w:rPr>
        <w:t>C. will pass</w:t>
      </w:r>
    </w:p>
    <w:p>
      <w:pPr>
        <w:pStyle w:val="ListParagraph"/>
      </w:pPr>
      <w:r>
        <w:rPr>
          <w:sz w:val="22"/>
        </w:rPr>
        <w:t>D. passed</w:t>
      </w:r>
    </w:p>
    <w:p/>
    <w:p>
      <w:r>
        <w:rPr>
          <w:b/>
          <w:sz w:val="24"/>
        </w:rPr>
        <w:t>Câu 6: If I had known about the party, I ___.</w:t>
      </w:r>
    </w:p>
    <w:p>
      <w:pPr>
        <w:pStyle w:val="ListParagraph"/>
      </w:pPr>
      <w:r>
        <w:rPr>
          <w:sz w:val="22"/>
        </w:rPr>
        <w:t>A. would come</w:t>
      </w:r>
    </w:p>
    <w:p>
      <w:pPr>
        <w:pStyle w:val="ListParagraph"/>
      </w:pPr>
      <w:r>
        <w:rPr>
          <w:sz w:val="22"/>
        </w:rPr>
        <w:t>B. would have come</w:t>
      </w:r>
    </w:p>
    <w:p>
      <w:pPr>
        <w:pStyle w:val="ListParagraph"/>
      </w:pPr>
      <w:r>
        <w:rPr>
          <w:sz w:val="22"/>
        </w:rPr>
        <w:t>C. will come</w:t>
      </w:r>
    </w:p>
    <w:p>
      <w:pPr>
        <w:pStyle w:val="ListParagraph"/>
      </w:pPr>
      <w:r>
        <w:rPr>
          <w:sz w:val="22"/>
        </w:rPr>
        <w:t>D. came</w:t>
      </w:r>
    </w:p>
    <w:p/>
    <w:p>
      <w:r>
        <w:rPr>
          <w:b/>
          <w:sz w:val="24"/>
        </w:rPr>
        <w:t>Câu 7: If I were you, I ___ that job.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would take</w:t>
      </w:r>
    </w:p>
    <w:p>
      <w:pPr>
        <w:pStyle w:val="ListParagraph"/>
      </w:pPr>
      <w:r>
        <w:rPr>
          <w:sz w:val="22"/>
        </w:rPr>
        <w:t>C. will take</w:t>
      </w:r>
    </w:p>
    <w:p>
      <w:pPr>
        <w:pStyle w:val="ListParagraph"/>
      </w:pPr>
      <w:r>
        <w:rPr>
          <w:sz w:val="22"/>
        </w:rPr>
        <w:t>D. took</w:t>
      </w:r>
    </w:p>
    <w:p/>
    <w:p>
      <w:r>
        <w:rPr>
          <w:b/>
          <w:sz w:val="24"/>
        </w:rPr>
        <w:t>Câu 8: Unless you hurry, you ___ the train.</w:t>
      </w:r>
    </w:p>
    <w:p>
      <w:pPr>
        <w:pStyle w:val="ListParagraph"/>
      </w:pPr>
      <w:r>
        <w:rPr>
          <w:sz w:val="22"/>
        </w:rPr>
        <w:t>A. miss</w:t>
      </w:r>
    </w:p>
    <w:p>
      <w:pPr>
        <w:pStyle w:val="ListParagraph"/>
      </w:pPr>
      <w:r>
        <w:rPr>
          <w:sz w:val="22"/>
        </w:rPr>
        <w:t>B. will miss</w:t>
      </w:r>
    </w:p>
    <w:p>
      <w:pPr>
        <w:pStyle w:val="ListParagraph"/>
      </w:pPr>
      <w:r>
        <w:rPr>
          <w:sz w:val="22"/>
        </w:rPr>
        <w:t>C. would miss</w:t>
      </w:r>
    </w:p>
    <w:p>
      <w:pPr>
        <w:pStyle w:val="ListParagraph"/>
      </w:pPr>
      <w:r>
        <w:rPr>
          <w:sz w:val="22"/>
        </w:rPr>
        <w:t>D. missed</w:t>
      </w:r>
    </w:p>
    <w:p/>
    <w:p>
      <w:r>
        <w:rPr>
          <w:b/>
          <w:sz w:val="24"/>
        </w:rPr>
        <w:t>Câu 9: Which sentence is a type 2 conditional?</w:t>
      </w:r>
    </w:p>
    <w:p>
      <w:pPr>
        <w:pStyle w:val="ListParagraph"/>
      </w:pPr>
      <w:r>
        <w:rPr>
          <w:sz w:val="22"/>
        </w:rPr>
        <w:t>A. If it rains, I will stay home.</w:t>
      </w:r>
    </w:p>
    <w:p>
      <w:pPr>
        <w:pStyle w:val="ListParagraph"/>
      </w:pPr>
      <w:r>
        <w:rPr>
          <w:sz w:val="22"/>
        </w:rPr>
        <w:t>B. If I had a car, I would drive to work.</w:t>
      </w:r>
    </w:p>
    <w:p>
      <w:pPr>
        <w:pStyle w:val="ListParagraph"/>
      </w:pPr>
      <w:r>
        <w:rPr>
          <w:sz w:val="22"/>
        </w:rPr>
        <w:t>C. If she had studied, she would have passed.</w:t>
      </w:r>
    </w:p>
    <w:p>
      <w:pPr>
        <w:pStyle w:val="ListParagraph"/>
      </w:pPr>
      <w:r>
        <w:rPr>
          <w:sz w:val="22"/>
        </w:rPr>
        <w:t>D. If you heat water, it boils.</w:t>
      </w:r>
    </w:p>
    <w:p/>
    <w:p>
      <w:r>
        <w:rPr>
          <w:b/>
          <w:sz w:val="24"/>
        </w:rPr>
        <w:t>Câu 10: If I had more money, I ___ a new car.</w:t>
      </w:r>
    </w:p>
    <w:p>
      <w:pPr>
        <w:pStyle w:val="ListParagraph"/>
      </w:pPr>
      <w:r>
        <w:rPr>
          <w:sz w:val="22"/>
        </w:rPr>
        <w:t>A. would buy</w:t>
      </w:r>
    </w:p>
    <w:p>
      <w:pPr>
        <w:pStyle w:val="ListParagraph"/>
      </w:pPr>
      <w:r>
        <w:rPr>
          <w:sz w:val="22"/>
        </w:rPr>
        <w:t>B. will buy</w:t>
      </w:r>
    </w:p>
    <w:p>
      <w:pPr>
        <w:pStyle w:val="ListParagraph"/>
      </w:pPr>
      <w:r>
        <w:rPr>
          <w:sz w:val="22"/>
        </w:rPr>
        <w:t>C. buy</w:t>
      </w:r>
    </w:p>
    <w:p>
      <w:pPr>
        <w:pStyle w:val="ListParagraph"/>
      </w:pPr>
      <w:r>
        <w:rPr>
          <w:sz w:val="22"/>
        </w:rPr>
        <w:t>D. bought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