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Tạo 25 câu trắc nghiệm tập hợp và 2 câu biểu ...</w:t>
      </w:r>
    </w:p>
    <w:p>
      <w:pPr>
        <w:jc w:val="center"/>
      </w:pPr>
      <w:r>
        <w:rPr>
          <w:sz w:val="22"/>
        </w:rPr>
        <w:t>Số câu: 27    Thời gian: _____ phút    Họ và tên: _________________________</w:t>
      </w:r>
    </w:p>
    <w:p/>
    <w:p>
      <w:r>
        <w:rPr>
          <w:b/>
          <w:sz w:val="24"/>
        </w:rPr>
        <w:t>Câu 1: Cho tập hợp A = {1; 2; 3; 4}. Số tập con của A là:</w:t>
      </w:r>
    </w:p>
    <w:p>
      <w:pPr>
        <w:pStyle w:val="ListParagraph"/>
      </w:pPr>
      <w:r>
        <w:rPr>
          <w:sz w:val="22"/>
        </w:rPr>
        <w:t>A. 8</w:t>
      </w:r>
    </w:p>
    <w:p>
      <w:pPr>
        <w:pStyle w:val="ListParagraph"/>
      </w:pPr>
      <w:r>
        <w:rPr>
          <w:sz w:val="22"/>
        </w:rPr>
        <w:t>B. 12</w:t>
      </w:r>
    </w:p>
    <w:p>
      <w:pPr>
        <w:pStyle w:val="ListParagraph"/>
      </w:pPr>
      <w:r>
        <w:rPr>
          <w:sz w:val="22"/>
        </w:rPr>
        <w:t>C. 16</w:t>
      </w:r>
    </w:p>
    <w:p>
      <w:pPr>
        <w:pStyle w:val="ListParagraph"/>
      </w:pPr>
      <w:r>
        <w:rPr>
          <w:sz w:val="22"/>
        </w:rPr>
        <w:t>D. 32</w:t>
      </w:r>
    </w:p>
    <w:p/>
    <w:p>
      <w:r>
        <w:rPr>
          <w:b/>
          <w:sz w:val="24"/>
        </w:rPr>
        <w:t>Câu 2: Cho A = {x ∈ ℝ | x &lt; 3}, B = {x ∈ ℝ | x ≥ 1}. Tập A ∩ B là:</w:t>
      </w:r>
    </w:p>
    <w:p>
      <w:pPr>
        <w:pStyle w:val="ListParagraph"/>
      </w:pPr>
      <w:r>
        <w:rPr>
          <w:sz w:val="22"/>
        </w:rPr>
        <w:t>A. [1; 3)</w:t>
      </w:r>
    </w:p>
    <w:p>
      <w:pPr>
        <w:pStyle w:val="ListParagraph"/>
      </w:pPr>
      <w:r>
        <w:rPr>
          <w:sz w:val="22"/>
        </w:rPr>
        <w:t>B. (1; 3)</w:t>
      </w:r>
    </w:p>
    <w:p>
      <w:pPr>
        <w:pStyle w:val="ListParagraph"/>
      </w:pPr>
      <w:r>
        <w:rPr>
          <w:sz w:val="22"/>
        </w:rPr>
        <w:t>C. (-∞; 1]</w:t>
      </w:r>
    </w:p>
    <w:p>
      <w:pPr>
        <w:pStyle w:val="ListParagraph"/>
      </w:pPr>
      <w:r>
        <w:rPr>
          <w:sz w:val="22"/>
        </w:rPr>
        <w:t>D. [1; +∞)</w:t>
      </w:r>
    </w:p>
    <w:p/>
    <w:p>
      <w:r>
        <w:rPr>
          <w:b/>
          <w:sz w:val="24"/>
        </w:rPr>
        <w:t>Câu 3: Cho A = {1; 2; 3}, B = {2; 3; 4; 5}. Tập A ∪ B là:</w:t>
      </w:r>
    </w:p>
    <w:p>
      <w:pPr>
        <w:pStyle w:val="ListParagraph"/>
      </w:pPr>
      <w:r>
        <w:rPr>
          <w:sz w:val="22"/>
        </w:rPr>
        <w:t>A. {1; 2; 3; 4; 5}</w:t>
      </w:r>
    </w:p>
    <w:p>
      <w:pPr>
        <w:pStyle w:val="ListParagraph"/>
      </w:pPr>
      <w:r>
        <w:rPr>
          <w:sz w:val="22"/>
        </w:rPr>
        <w:t>B. {2; 3}</w:t>
      </w:r>
    </w:p>
    <w:p>
      <w:pPr>
        <w:pStyle w:val="ListParagraph"/>
      </w:pPr>
      <w:r>
        <w:rPr>
          <w:sz w:val="22"/>
        </w:rPr>
        <w:t>C. {1; 4; 5}</w:t>
      </w:r>
    </w:p>
    <w:p>
      <w:pPr>
        <w:pStyle w:val="ListParagraph"/>
      </w:pPr>
      <w:r>
        <w:rPr>
          <w:sz w:val="22"/>
        </w:rPr>
        <w:t>D. {1; 2; 3}</w:t>
      </w:r>
    </w:p>
    <w:p/>
    <w:p>
      <w:r>
        <w:rPr>
          <w:b/>
          <w:sz w:val="24"/>
        </w:rPr>
        <w:t>Câu 4: Cho A = {1; 2; 3}, B = {2; 3; 4}. Tập A \ B là:</w:t>
      </w:r>
    </w:p>
    <w:p>
      <w:pPr>
        <w:pStyle w:val="ListParagraph"/>
      </w:pPr>
      <w:r>
        <w:rPr>
          <w:sz w:val="22"/>
        </w:rPr>
        <w:t>A. {1}</w:t>
      </w:r>
    </w:p>
    <w:p>
      <w:pPr>
        <w:pStyle w:val="ListParagraph"/>
      </w:pPr>
      <w:r>
        <w:rPr>
          <w:sz w:val="22"/>
        </w:rPr>
        <w:t>B. {2; 3}</w:t>
      </w:r>
    </w:p>
    <w:p>
      <w:pPr>
        <w:pStyle w:val="ListParagraph"/>
      </w:pPr>
      <w:r>
        <w:rPr>
          <w:sz w:val="22"/>
        </w:rPr>
        <w:t>C. {4}</w:t>
      </w:r>
    </w:p>
    <w:p>
      <w:pPr>
        <w:pStyle w:val="ListParagraph"/>
      </w:pPr>
      <w:r>
        <w:rPr>
          <w:sz w:val="22"/>
        </w:rPr>
        <w:t>D. {1; 4}</w:t>
      </w:r>
    </w:p>
    <w:p/>
    <w:p>
      <w:r>
        <w:rPr>
          <w:b/>
          <w:sz w:val="24"/>
        </w:rPr>
        <w:t>Câu 5: Cho A = (-2; 5], B = [0; 7). Tập A ∩ B là:</w:t>
      </w:r>
    </w:p>
    <w:p>
      <w:pPr>
        <w:pStyle w:val="ListParagraph"/>
      </w:pPr>
      <w:r>
        <w:rPr>
          <w:sz w:val="22"/>
        </w:rPr>
        <w:t>A. [0; 5]</w:t>
      </w:r>
    </w:p>
    <w:p>
      <w:pPr>
        <w:pStyle w:val="ListParagraph"/>
      </w:pPr>
      <w:r>
        <w:rPr>
          <w:sz w:val="22"/>
        </w:rPr>
        <w:t>B. (0; 5)</w:t>
      </w:r>
    </w:p>
    <w:p>
      <w:pPr>
        <w:pStyle w:val="ListParagraph"/>
      </w:pPr>
      <w:r>
        <w:rPr>
          <w:sz w:val="22"/>
        </w:rPr>
        <w:t>C. [0; 5)</w:t>
      </w:r>
    </w:p>
    <w:p>
      <w:pPr>
        <w:pStyle w:val="ListParagraph"/>
      </w:pPr>
      <w:r>
        <w:rPr>
          <w:sz w:val="22"/>
        </w:rPr>
        <w:t>D. (0; 5]</w:t>
      </w:r>
    </w:p>
    <w:p/>
    <w:p>
      <w:r>
        <w:rPr>
          <w:b/>
          <w:sz w:val="24"/>
        </w:rPr>
        <w:t>Câu 6: Cho A = (-∞; 4), B = (1; +∞). Tập A ∩ B là:</w:t>
      </w:r>
    </w:p>
    <w:p>
      <w:pPr>
        <w:pStyle w:val="ListParagraph"/>
      </w:pPr>
      <w:r>
        <w:rPr>
          <w:sz w:val="22"/>
        </w:rPr>
        <w:t>A. (1; 4)</w:t>
      </w:r>
    </w:p>
    <w:p>
      <w:pPr>
        <w:pStyle w:val="ListParagraph"/>
      </w:pPr>
      <w:r>
        <w:rPr>
          <w:sz w:val="22"/>
        </w:rPr>
        <w:t>B. [1; 4]</w:t>
      </w:r>
    </w:p>
    <w:p>
      <w:pPr>
        <w:pStyle w:val="ListParagraph"/>
      </w:pPr>
      <w:r>
        <w:rPr>
          <w:sz w:val="22"/>
        </w:rPr>
        <w:t>C. (-∞; 1)</w:t>
      </w:r>
    </w:p>
    <w:p>
      <w:pPr>
        <w:pStyle w:val="ListParagraph"/>
      </w:pPr>
      <w:r>
        <w:rPr>
          <w:sz w:val="22"/>
        </w:rPr>
        <w:t>D. (4; +∞)</w:t>
      </w:r>
    </w:p>
    <w:p/>
    <w:p>
      <w:r>
        <w:rPr>
          <w:b/>
          <w:sz w:val="24"/>
        </w:rPr>
        <w:t>Câu 7: Cho A = {x ∈ ℕ | x ≤ 5}. Số phần tử của A là:</w:t>
      </w:r>
    </w:p>
    <w:p>
      <w:pPr>
        <w:pStyle w:val="ListParagraph"/>
      </w:pPr>
      <w:r>
        <w:rPr>
          <w:sz w:val="22"/>
        </w:rPr>
        <w:t>A. 4</w:t>
      </w:r>
    </w:p>
    <w:p>
      <w:pPr>
        <w:pStyle w:val="ListParagraph"/>
      </w:pPr>
      <w:r>
        <w:rPr>
          <w:sz w:val="22"/>
        </w:rPr>
        <w:t>B. 5</w:t>
      </w:r>
    </w:p>
    <w:p>
      <w:pPr>
        <w:pStyle w:val="ListParagraph"/>
      </w:pPr>
      <w:r>
        <w:rPr>
          <w:sz w:val="22"/>
        </w:rPr>
        <w:t>C. 6</w:t>
      </w:r>
    </w:p>
    <w:p>
      <w:pPr>
        <w:pStyle w:val="ListParagraph"/>
      </w:pPr>
      <w:r>
        <w:rPr>
          <w:sz w:val="22"/>
        </w:rPr>
        <w:t>D. 7</w:t>
      </w:r>
    </w:p>
    <w:p/>
    <w:p>
      <w:r>
        <w:rPr>
          <w:b/>
          <w:sz w:val="24"/>
        </w:rPr>
        <w:t>Câu 8: Cho tập A có 3 phần tử. Số tập con khác rỗng của A là:</w:t>
      </w:r>
    </w:p>
    <w:p>
      <w:pPr>
        <w:pStyle w:val="ListParagraph"/>
      </w:pPr>
      <w:r>
        <w:rPr>
          <w:sz w:val="22"/>
        </w:rPr>
        <w:t>A. 6</w:t>
      </w:r>
    </w:p>
    <w:p>
      <w:pPr>
        <w:pStyle w:val="ListParagraph"/>
      </w:pPr>
      <w:r>
        <w:rPr>
          <w:sz w:val="22"/>
        </w:rPr>
        <w:t>B. 7</w:t>
      </w:r>
    </w:p>
    <w:p>
      <w:pPr>
        <w:pStyle w:val="ListParagraph"/>
      </w:pPr>
      <w:r>
        <w:rPr>
          <w:sz w:val="22"/>
        </w:rPr>
        <w:t>C. 8</w:t>
      </w:r>
    </w:p>
    <w:p>
      <w:pPr>
        <w:pStyle w:val="ListParagraph"/>
      </w:pPr>
      <w:r>
        <w:rPr>
          <w:sz w:val="22"/>
        </w:rPr>
        <w:t>D. 9</w:t>
      </w:r>
    </w:p>
    <w:p/>
    <w:p>
      <w:r>
        <w:rPr>
          <w:b/>
          <w:sz w:val="24"/>
        </w:rPr>
        <w:t>Câu 9: Cho A = {a; b; c}, B = {b; c; d}. Tập A ∩ B là:</w:t>
      </w:r>
    </w:p>
    <w:p>
      <w:pPr>
        <w:pStyle w:val="ListParagraph"/>
      </w:pPr>
      <w:r>
        <w:rPr>
          <w:sz w:val="22"/>
        </w:rPr>
        <w:t>A. {a; b; c; d}</w:t>
      </w:r>
    </w:p>
    <w:p>
      <w:pPr>
        <w:pStyle w:val="ListParagraph"/>
      </w:pPr>
      <w:r>
        <w:rPr>
          <w:sz w:val="22"/>
        </w:rPr>
        <w:t>B. {b; c}</w:t>
      </w:r>
    </w:p>
    <w:p>
      <w:pPr>
        <w:pStyle w:val="ListParagraph"/>
      </w:pPr>
      <w:r>
        <w:rPr>
          <w:sz w:val="22"/>
        </w:rPr>
        <w:t>C. {a; d}</w:t>
      </w:r>
    </w:p>
    <w:p>
      <w:pPr>
        <w:pStyle w:val="ListParagraph"/>
      </w:pPr>
      <w:r>
        <w:rPr>
          <w:sz w:val="22"/>
        </w:rPr>
        <w:t>D. {a; b; c}</w:t>
      </w:r>
    </w:p>
    <w:p/>
    <w:p>
      <w:r>
        <w:rPr>
          <w:b/>
          <w:sz w:val="24"/>
        </w:rPr>
        <w:t>Câu 10: Cho A = {1; 2; 3; 4; 5}, B = {2; 4; 6}. Tập A \ B là:</w:t>
      </w:r>
    </w:p>
    <w:p>
      <w:pPr>
        <w:pStyle w:val="ListParagraph"/>
      </w:pPr>
      <w:r>
        <w:rPr>
          <w:sz w:val="22"/>
        </w:rPr>
        <w:t>A. {1; 3; 5}</w:t>
      </w:r>
    </w:p>
    <w:p>
      <w:pPr>
        <w:pStyle w:val="ListParagraph"/>
      </w:pPr>
      <w:r>
        <w:rPr>
          <w:sz w:val="22"/>
        </w:rPr>
        <w:t>B. {2; 4}</w:t>
      </w:r>
    </w:p>
    <w:p>
      <w:pPr>
        <w:pStyle w:val="ListParagraph"/>
      </w:pPr>
      <w:r>
        <w:rPr>
          <w:sz w:val="22"/>
        </w:rPr>
        <w:t>C. {6}</w:t>
      </w:r>
    </w:p>
    <w:p>
      <w:pPr>
        <w:pStyle w:val="ListParagraph"/>
      </w:pPr>
      <w:r>
        <w:rPr>
          <w:sz w:val="22"/>
        </w:rPr>
        <w:t>D. {1; 2; 3; 4; 5; 6}</w:t>
      </w:r>
    </w:p>
    <w:p/>
    <w:p>
      <w:r>
        <w:rPr>
          <w:b/>
          <w:sz w:val="24"/>
        </w:rPr>
        <w:t>Câu 11: Cho A = {x ∈ ℝ | -1 ≤ x ≤ 3}, B = {x ∈ ℝ | x &gt; 2}. Tập A ∪ B là:</w:t>
      </w:r>
    </w:p>
    <w:p>
      <w:pPr>
        <w:pStyle w:val="ListParagraph"/>
      </w:pPr>
      <w:r>
        <w:rPr>
          <w:sz w:val="22"/>
        </w:rPr>
        <w:t>A. [-1; +∞)</w:t>
      </w:r>
    </w:p>
    <w:p>
      <w:pPr>
        <w:pStyle w:val="ListParagraph"/>
      </w:pPr>
      <w:r>
        <w:rPr>
          <w:sz w:val="22"/>
        </w:rPr>
        <w:t>B. (-∞; 3]</w:t>
      </w:r>
    </w:p>
    <w:p>
      <w:pPr>
        <w:pStyle w:val="ListParagraph"/>
      </w:pPr>
      <w:r>
        <w:rPr>
          <w:sz w:val="22"/>
        </w:rPr>
        <w:t>C. (2; 3]</w:t>
      </w:r>
    </w:p>
    <w:p>
      <w:pPr>
        <w:pStyle w:val="ListParagraph"/>
      </w:pPr>
      <w:r>
        <w:rPr>
          <w:sz w:val="22"/>
        </w:rPr>
        <w:t>D. [-1; 2)</w:t>
      </w:r>
    </w:p>
    <w:p/>
    <w:p>
      <w:r>
        <w:rPr>
          <w:b/>
          <w:sz w:val="24"/>
        </w:rPr>
        <w:t>Câu 12: Cho A = {x ∈ ℝ | x &lt; 2}, B = {x ∈ ℝ | x ≥ -1}. Tập A \ B là:</w:t>
      </w:r>
    </w:p>
    <w:p>
      <w:pPr>
        <w:pStyle w:val="ListParagraph"/>
      </w:pPr>
      <w:r>
        <w:rPr>
          <w:sz w:val="22"/>
        </w:rPr>
        <w:t>A. (-∞; -1)</w:t>
      </w:r>
    </w:p>
    <w:p>
      <w:pPr>
        <w:pStyle w:val="ListParagraph"/>
      </w:pPr>
      <w:r>
        <w:rPr>
          <w:sz w:val="22"/>
        </w:rPr>
        <w:t>B. (-∞; 2)</w:t>
      </w:r>
    </w:p>
    <w:p>
      <w:pPr>
        <w:pStyle w:val="ListParagraph"/>
      </w:pPr>
      <w:r>
        <w:rPr>
          <w:sz w:val="22"/>
        </w:rPr>
        <w:t>C. [-1; 2)</w:t>
      </w:r>
    </w:p>
    <w:p>
      <w:pPr>
        <w:pStyle w:val="ListParagraph"/>
      </w:pPr>
      <w:r>
        <w:rPr>
          <w:sz w:val="22"/>
        </w:rPr>
        <w:t>D. (-1; 2)</w:t>
      </w:r>
    </w:p>
    <w:p/>
    <w:p>
      <w:r>
        <w:rPr>
          <w:b/>
          <w:sz w:val="24"/>
        </w:rPr>
        <w:t>Câu 13: Cho A = [-3; 2), B = (1; 5]. Tập A ∩ B là:</w:t>
      </w:r>
    </w:p>
    <w:p>
      <w:pPr>
        <w:pStyle w:val="ListParagraph"/>
      </w:pPr>
      <w:r>
        <w:rPr>
          <w:sz w:val="22"/>
        </w:rPr>
        <w:t>A. (1; 2)</w:t>
      </w:r>
    </w:p>
    <w:p>
      <w:pPr>
        <w:pStyle w:val="ListParagraph"/>
      </w:pPr>
      <w:r>
        <w:rPr>
          <w:sz w:val="22"/>
        </w:rPr>
        <w:t>B. (1; 2]</w:t>
      </w:r>
    </w:p>
    <w:p>
      <w:pPr>
        <w:pStyle w:val="ListParagraph"/>
      </w:pPr>
      <w:r>
        <w:rPr>
          <w:sz w:val="22"/>
        </w:rPr>
        <w:t>C. [1; 2)</w:t>
      </w:r>
    </w:p>
    <w:p>
      <w:pPr>
        <w:pStyle w:val="ListParagraph"/>
      </w:pPr>
      <w:r>
        <w:rPr>
          <w:sz w:val="22"/>
        </w:rPr>
        <w:t>D. [1; 2]</w:t>
      </w:r>
    </w:p>
    <w:p/>
    <w:p>
      <w:r>
        <w:rPr>
          <w:b/>
          <w:sz w:val="24"/>
        </w:rPr>
        <w:t>Câu 14: Cho A = [-3; 2), B = (1; 5]. Tập A ∪ B là:</w:t>
      </w:r>
    </w:p>
    <w:p>
      <w:pPr>
        <w:pStyle w:val="ListParagraph"/>
      </w:pPr>
      <w:r>
        <w:rPr>
          <w:sz w:val="22"/>
        </w:rPr>
        <w:t>A. [-3; 5]</w:t>
      </w:r>
    </w:p>
    <w:p>
      <w:pPr>
        <w:pStyle w:val="ListParagraph"/>
      </w:pPr>
      <w:r>
        <w:rPr>
          <w:sz w:val="22"/>
        </w:rPr>
        <w:t>B. [-3; 5)</w:t>
      </w:r>
    </w:p>
    <w:p>
      <w:pPr>
        <w:pStyle w:val="ListParagraph"/>
      </w:pPr>
      <w:r>
        <w:rPr>
          <w:sz w:val="22"/>
        </w:rPr>
        <w:t>C. (-3; 5]</w:t>
      </w:r>
    </w:p>
    <w:p>
      <w:pPr>
        <w:pStyle w:val="ListParagraph"/>
      </w:pPr>
      <w:r>
        <w:rPr>
          <w:sz w:val="22"/>
        </w:rPr>
        <w:t>D. (1; 2)</w:t>
      </w:r>
    </w:p>
    <w:p/>
    <w:p>
      <w:r>
        <w:rPr>
          <w:b/>
          <w:sz w:val="24"/>
        </w:rPr>
        <w:t>Câu 15: Cho A = {1; 2}, B = {2; 3}, C = {3; 4}. Tập (A ∪ B) ∩ C là:</w:t>
      </w:r>
    </w:p>
    <w:p>
      <w:pPr>
        <w:pStyle w:val="ListParagraph"/>
      </w:pPr>
      <w:r>
        <w:rPr>
          <w:sz w:val="22"/>
        </w:rPr>
        <w:t>A. {3}</w:t>
      </w:r>
    </w:p>
    <w:p>
      <w:pPr>
        <w:pStyle w:val="ListParagraph"/>
      </w:pPr>
      <w:r>
        <w:rPr>
          <w:sz w:val="22"/>
        </w:rPr>
        <w:t>B. {2; 3}</w:t>
      </w:r>
    </w:p>
    <w:p>
      <w:pPr>
        <w:pStyle w:val="ListParagraph"/>
      </w:pPr>
      <w:r>
        <w:rPr>
          <w:sz w:val="22"/>
        </w:rPr>
        <w:t>C. {3; 4}</w:t>
      </w:r>
    </w:p>
    <w:p>
      <w:pPr>
        <w:pStyle w:val="ListParagraph"/>
      </w:pPr>
      <w:r>
        <w:rPr>
          <w:sz w:val="22"/>
        </w:rPr>
        <w:t>D. {2; 3; 4}</w:t>
      </w:r>
    </w:p>
    <w:p/>
    <w:p>
      <w:r>
        <w:rPr>
          <w:b/>
          <w:sz w:val="24"/>
        </w:rPr>
        <w:t>Câu 16: Cho A = {1; 2}, B = {2; 3}, C = {3; 4}. Tập A ∪ (B ∩ C) là:</w:t>
      </w:r>
    </w:p>
    <w:p>
      <w:pPr>
        <w:pStyle w:val="ListParagraph"/>
      </w:pPr>
      <w:r>
        <w:rPr>
          <w:sz w:val="22"/>
        </w:rPr>
        <w:t>A. {1; 2; 3}</w:t>
      </w:r>
    </w:p>
    <w:p>
      <w:pPr>
        <w:pStyle w:val="ListParagraph"/>
      </w:pPr>
      <w:r>
        <w:rPr>
          <w:sz w:val="22"/>
        </w:rPr>
        <w:t>B. {1; 2}</w:t>
      </w:r>
    </w:p>
    <w:p>
      <w:pPr>
        <w:pStyle w:val="ListParagraph"/>
      </w:pPr>
      <w:r>
        <w:rPr>
          <w:sz w:val="22"/>
        </w:rPr>
        <w:t>C. {2; 3}</w:t>
      </w:r>
    </w:p>
    <w:p>
      <w:pPr>
        <w:pStyle w:val="ListParagraph"/>
      </w:pPr>
      <w:r>
        <w:rPr>
          <w:sz w:val="22"/>
        </w:rPr>
        <w:t>D. {3; 4}</w:t>
      </w:r>
    </w:p>
    <w:p/>
    <w:p>
      <w:r>
        <w:rPr>
          <w:b/>
          <w:sz w:val="24"/>
        </w:rPr>
        <w:t>Câu 17: Cho A = {x ∈ ℝ | x² - 3x + 2 = 0}. Tập A là:</w:t>
      </w:r>
    </w:p>
    <w:p>
      <w:pPr>
        <w:pStyle w:val="ListParagraph"/>
      </w:pPr>
      <w:r>
        <w:rPr>
          <w:sz w:val="22"/>
        </w:rPr>
        <w:t>A. {1; 2}</w:t>
      </w:r>
    </w:p>
    <w:p>
      <w:pPr>
        <w:pStyle w:val="ListParagraph"/>
      </w:pPr>
      <w:r>
        <w:rPr>
          <w:sz w:val="22"/>
        </w:rPr>
        <w:t>B. {-1; -2}</w:t>
      </w:r>
    </w:p>
    <w:p>
      <w:pPr>
        <w:pStyle w:val="ListParagraph"/>
      </w:pPr>
      <w:r>
        <w:rPr>
          <w:sz w:val="22"/>
        </w:rPr>
        <w:t>C. {1; -2}</w:t>
      </w:r>
    </w:p>
    <w:p>
      <w:pPr>
        <w:pStyle w:val="ListParagraph"/>
      </w:pPr>
      <w:r>
        <w:rPr>
          <w:sz w:val="22"/>
        </w:rPr>
        <w:t>D. {-1; 2}</w:t>
      </w:r>
    </w:p>
    <w:p/>
    <w:p>
      <w:r>
        <w:rPr>
          <w:b/>
          <w:sz w:val="24"/>
        </w:rPr>
        <w:t>Câu 18: Cho A = {x ∈ ℤ | -2 &lt; x ≤ 3}. Tập A được viết dưới dạng liệt kê là:</w:t>
      </w:r>
    </w:p>
    <w:p>
      <w:pPr>
        <w:pStyle w:val="ListParagraph"/>
      </w:pPr>
      <w:r>
        <w:rPr>
          <w:sz w:val="22"/>
        </w:rPr>
        <w:t>A. {-1; 0; 1; 2; 3}</w:t>
      </w:r>
    </w:p>
    <w:p>
      <w:pPr>
        <w:pStyle w:val="ListParagraph"/>
      </w:pPr>
      <w:r>
        <w:rPr>
          <w:sz w:val="22"/>
        </w:rPr>
        <w:t>B. {-2; -1; 0; 1; 2; 3}</w:t>
      </w:r>
    </w:p>
    <w:p>
      <w:pPr>
        <w:pStyle w:val="ListParagraph"/>
      </w:pPr>
      <w:r>
        <w:rPr>
          <w:sz w:val="22"/>
        </w:rPr>
        <w:t>C. {-1; 0; 1; 2}</w:t>
      </w:r>
    </w:p>
    <w:p>
      <w:pPr>
        <w:pStyle w:val="ListParagraph"/>
      </w:pPr>
      <w:r>
        <w:rPr>
          <w:sz w:val="22"/>
        </w:rPr>
        <w:t>D. {0; 1; 2; 3}</w:t>
      </w:r>
    </w:p>
    <w:p/>
    <w:p>
      <w:r>
        <w:rPr>
          <w:b/>
          <w:sz w:val="24"/>
        </w:rPr>
        <w:t>Câu 19: Cho A = {x ∈ ℕ | x là ước của 12}. Số phần tử của A là:</w:t>
      </w:r>
    </w:p>
    <w:p>
      <w:pPr>
        <w:pStyle w:val="ListParagraph"/>
      </w:pPr>
      <w:r>
        <w:rPr>
          <w:sz w:val="22"/>
        </w:rPr>
        <w:t>A. 5</w:t>
      </w:r>
    </w:p>
    <w:p>
      <w:pPr>
        <w:pStyle w:val="ListParagraph"/>
      </w:pPr>
      <w:r>
        <w:rPr>
          <w:sz w:val="22"/>
        </w:rPr>
        <w:t>B. 6</w:t>
      </w:r>
    </w:p>
    <w:p>
      <w:pPr>
        <w:pStyle w:val="ListParagraph"/>
      </w:pPr>
      <w:r>
        <w:rPr>
          <w:sz w:val="22"/>
        </w:rPr>
        <w:t>C. 7</w:t>
      </w:r>
    </w:p>
    <w:p>
      <w:pPr>
        <w:pStyle w:val="ListParagraph"/>
      </w:pPr>
      <w:r>
        <w:rPr>
          <w:sz w:val="22"/>
        </w:rPr>
        <w:t>D. 12</w:t>
      </w:r>
    </w:p>
    <w:p/>
    <w:p>
      <w:r>
        <w:rPr>
          <w:b/>
          <w:sz w:val="24"/>
        </w:rPr>
        <w:t>Câu 20: Cho A = {x ∈ ℝ | |x| ≤ 2}. Tập A là:</w:t>
      </w:r>
    </w:p>
    <w:p>
      <w:pPr>
        <w:pStyle w:val="ListParagraph"/>
      </w:pPr>
      <w:r>
        <w:rPr>
          <w:sz w:val="22"/>
        </w:rPr>
        <w:t>A. [-2; 2]</w:t>
      </w:r>
    </w:p>
    <w:p>
      <w:pPr>
        <w:pStyle w:val="ListParagraph"/>
      </w:pPr>
      <w:r>
        <w:rPr>
          <w:sz w:val="22"/>
        </w:rPr>
        <w:t>B. (-2; 2)</w:t>
      </w:r>
    </w:p>
    <w:p>
      <w:pPr>
        <w:pStyle w:val="ListParagraph"/>
      </w:pPr>
      <w:r>
        <w:rPr>
          <w:sz w:val="22"/>
        </w:rPr>
        <w:t>C. (-∞; -2] ∪ [2; +∞)</w:t>
      </w:r>
    </w:p>
    <w:p>
      <w:pPr>
        <w:pStyle w:val="ListParagraph"/>
      </w:pPr>
      <w:r>
        <w:rPr>
          <w:sz w:val="22"/>
        </w:rPr>
        <w:t>D. [-2; 2)</w:t>
      </w:r>
    </w:p>
    <w:p/>
    <w:p>
      <w:r>
        <w:rPr>
          <w:b/>
          <w:sz w:val="24"/>
        </w:rPr>
        <w:t>Câu 21: Cho A = (-3; 2]. Phần bù của A trong ℝ là:</w:t>
      </w:r>
    </w:p>
    <w:p>
      <w:pPr>
        <w:pStyle w:val="ListParagraph"/>
      </w:pPr>
      <w:r>
        <w:rPr>
          <w:sz w:val="22"/>
        </w:rPr>
        <w:t>A. (-∞; -3] ∪ (2; +∞)</w:t>
      </w:r>
    </w:p>
    <w:p>
      <w:pPr>
        <w:pStyle w:val="ListParagraph"/>
      </w:pPr>
      <w:r>
        <w:rPr>
          <w:sz w:val="22"/>
        </w:rPr>
        <w:t>B. (-∞; -3) ∪ [2; +∞)</w:t>
      </w:r>
    </w:p>
    <w:p>
      <w:pPr>
        <w:pStyle w:val="ListParagraph"/>
      </w:pPr>
      <w:r>
        <w:rPr>
          <w:sz w:val="22"/>
        </w:rPr>
        <w:t>C. [-3; 2)</w:t>
      </w:r>
    </w:p>
    <w:p>
      <w:pPr>
        <w:pStyle w:val="ListParagraph"/>
      </w:pPr>
      <w:r>
        <w:rPr>
          <w:sz w:val="22"/>
        </w:rPr>
        <w:t>D. (-∞; -3] ∪ [2; +∞)</w:t>
      </w:r>
    </w:p>
    <w:p/>
    <w:p>
      <w:r>
        <w:rPr>
          <w:b/>
          <w:sz w:val="24"/>
        </w:rPr>
        <w:t>Câu 22: Cho A = (2; +∞), B = (-∞; 5]. Tập A ∩ B là:</w:t>
      </w:r>
    </w:p>
    <w:p>
      <w:pPr>
        <w:pStyle w:val="ListParagraph"/>
      </w:pPr>
      <w:r>
        <w:rPr>
          <w:sz w:val="22"/>
        </w:rPr>
        <w:t>A. (2; 5]</w:t>
      </w:r>
    </w:p>
    <w:p>
      <w:pPr>
        <w:pStyle w:val="ListParagraph"/>
      </w:pPr>
      <w:r>
        <w:rPr>
          <w:sz w:val="22"/>
        </w:rPr>
        <w:t>B. [2; 5]</w:t>
      </w:r>
    </w:p>
    <w:p>
      <w:pPr>
        <w:pStyle w:val="ListParagraph"/>
      </w:pPr>
      <w:r>
        <w:rPr>
          <w:sz w:val="22"/>
        </w:rPr>
        <w:t>C. (2; 5)</w:t>
      </w:r>
    </w:p>
    <w:p>
      <w:pPr>
        <w:pStyle w:val="ListParagraph"/>
      </w:pPr>
      <w:r>
        <w:rPr>
          <w:sz w:val="22"/>
        </w:rPr>
        <w:t>D. [2; 5)</w:t>
      </w:r>
    </w:p>
    <w:p/>
    <w:p>
      <w:r>
        <w:rPr>
          <w:b/>
          <w:sz w:val="24"/>
        </w:rPr>
        <w:t>Câu 23: Cho tập hợp A = {∅; {1}; {2}; {1; 2}}. Số tập con của A là:</w:t>
      </w:r>
    </w:p>
    <w:p>
      <w:pPr>
        <w:pStyle w:val="ListParagraph"/>
      </w:pPr>
      <w:r>
        <w:rPr>
          <w:sz w:val="22"/>
        </w:rPr>
        <w:t>A. 8</w:t>
      </w:r>
    </w:p>
    <w:p>
      <w:pPr>
        <w:pStyle w:val="ListParagraph"/>
      </w:pPr>
      <w:r>
        <w:rPr>
          <w:sz w:val="22"/>
        </w:rPr>
        <w:t>B. 12</w:t>
      </w:r>
    </w:p>
    <w:p>
      <w:pPr>
        <w:pStyle w:val="ListParagraph"/>
      </w:pPr>
      <w:r>
        <w:rPr>
          <w:sz w:val="22"/>
        </w:rPr>
        <w:t>C. 16</w:t>
      </w:r>
    </w:p>
    <w:p>
      <w:pPr>
        <w:pStyle w:val="ListParagraph"/>
      </w:pPr>
      <w:r>
        <w:rPr>
          <w:sz w:val="22"/>
        </w:rPr>
        <w:t>D. 32</w:t>
      </w:r>
    </w:p>
    <w:p/>
    <w:p>
      <w:r>
        <w:rPr>
          <w:b/>
          <w:sz w:val="24"/>
        </w:rPr>
        <w:t>Câu 24: Cho tập A có 5 phần tử. Số tập con có đúng 2 phần tử của A là:</w:t>
      </w:r>
    </w:p>
    <w:p>
      <w:pPr>
        <w:pStyle w:val="ListParagraph"/>
      </w:pPr>
      <w:r>
        <w:rPr>
          <w:sz w:val="22"/>
        </w:rPr>
        <w:t>A. 10</w:t>
      </w:r>
    </w:p>
    <w:p>
      <w:pPr>
        <w:pStyle w:val="ListParagraph"/>
      </w:pPr>
      <w:r>
        <w:rPr>
          <w:sz w:val="22"/>
        </w:rPr>
        <w:t>B. 20</w:t>
      </w:r>
    </w:p>
    <w:p>
      <w:pPr>
        <w:pStyle w:val="ListParagraph"/>
      </w:pPr>
      <w:r>
        <w:rPr>
          <w:sz w:val="22"/>
        </w:rPr>
        <w:t>C. 25</w:t>
      </w:r>
    </w:p>
    <w:p>
      <w:pPr>
        <w:pStyle w:val="ListParagraph"/>
      </w:pPr>
      <w:r>
        <w:rPr>
          <w:sz w:val="22"/>
        </w:rPr>
        <w:t>D. 32</w:t>
      </w:r>
    </w:p>
    <w:p/>
    <w:p>
      <w:r>
        <w:rPr>
          <w:b/>
          <w:sz w:val="24"/>
        </w:rPr>
        <w:t>Câu 25: Cho A = {1; 2; 3; 4; 5}, B = {4; 5; 6; 7}. Số phần tử của A ∪ B là:</w:t>
      </w:r>
    </w:p>
    <w:p>
      <w:pPr>
        <w:pStyle w:val="ListParagraph"/>
      </w:pPr>
      <w:r>
        <w:rPr>
          <w:sz w:val="22"/>
        </w:rPr>
        <w:t>A. 5</w:t>
      </w:r>
    </w:p>
    <w:p>
      <w:pPr>
        <w:pStyle w:val="ListParagraph"/>
      </w:pPr>
      <w:r>
        <w:rPr>
          <w:sz w:val="22"/>
        </w:rPr>
        <w:t>B. 6</w:t>
      </w:r>
    </w:p>
    <w:p>
      <w:pPr>
        <w:pStyle w:val="ListParagraph"/>
      </w:pPr>
      <w:r>
        <w:rPr>
          <w:sz w:val="22"/>
        </w:rPr>
        <w:t>C. 7</w:t>
      </w:r>
    </w:p>
    <w:p>
      <w:pPr>
        <w:pStyle w:val="ListParagraph"/>
      </w:pPr>
      <w:r>
        <w:rPr>
          <w:sz w:val="22"/>
        </w:rPr>
        <w:t>D. 9</w:t>
      </w:r>
    </w:p>
    <w:p/>
    <w:p>
      <w:r>
        <w:rPr>
          <w:b/>
          <w:sz w:val="24"/>
        </w:rPr>
        <w:t>Câu 26: Miền nghiệm của bất phương trình x + y - 2 ≤ 0 là:</w:t>
      </w:r>
    </w:p>
    <w:p>
      <w:pPr>
        <w:pStyle w:val="ListParagraph"/>
      </w:pPr>
      <w:r>
        <w:rPr>
          <w:sz w:val="22"/>
        </w:rPr>
        <w:t>A. Nửa mặt phẳng bờ là đường thẳng x + y - 2 = 0, chứa gốc tọa độ O(0; 0), kể cả bờ.</w:t>
      </w:r>
    </w:p>
    <w:p>
      <w:pPr>
        <w:pStyle w:val="ListParagraph"/>
      </w:pPr>
      <w:r>
        <w:rPr>
          <w:sz w:val="22"/>
        </w:rPr>
        <w:t>B. Nửa mặt phẳng bờ là đường thẳng x + y - 2 = 0, không chứa gốc tọa độ O(0; 0), kể cả bờ.</w:t>
      </w:r>
    </w:p>
    <w:p>
      <w:pPr>
        <w:pStyle w:val="ListParagraph"/>
      </w:pPr>
      <w:r>
        <w:rPr>
          <w:sz w:val="22"/>
        </w:rPr>
        <w:t>C. Nửa mặt phẳng bờ là đường thẳng x + y - 2 = 0, chứa gốc tọa độ O(0; 0), không kể bờ.</w:t>
      </w:r>
    </w:p>
    <w:p>
      <w:pPr>
        <w:pStyle w:val="ListParagraph"/>
      </w:pPr>
      <w:r>
        <w:rPr>
          <w:sz w:val="22"/>
        </w:rPr>
        <w:t>D. Nửa mặt phẳng bờ là đường thẳng x + y - 2 = 0, không chứa gốc tọa độ O(0; 0), không kể bờ.</w:t>
      </w:r>
    </w:p>
    <w:p/>
    <w:p>
      <w:r>
        <w:rPr>
          <w:b/>
          <w:sz w:val="24"/>
        </w:rPr>
        <w:t>Câu 27: Hệ bất phương trình { x ≥ 0; y ≥ 0; x + y ≤ 4 } có miền nghiệm là:</w:t>
      </w:r>
    </w:p>
    <w:p>
      <w:pPr>
        <w:pStyle w:val="ListParagraph"/>
      </w:pPr>
      <w:r>
        <w:rPr>
          <w:sz w:val="22"/>
        </w:rPr>
        <w:t>A. Miền tam giác trong góc phần tư thứ nhất, kể cả bờ, với các đỉnh O(0; 0), A(4; 0), B(0; 4).</w:t>
      </w:r>
    </w:p>
    <w:p>
      <w:pPr>
        <w:pStyle w:val="ListParagraph"/>
      </w:pPr>
      <w:r>
        <w:rPr>
          <w:sz w:val="22"/>
        </w:rPr>
        <w:t>B. Miền tam giác trong góc phần tư thứ nhất, không kể bờ, với các đỉnh O(0; 0), A(4; 0), B(0; 4).</w:t>
      </w:r>
    </w:p>
    <w:p>
      <w:pPr>
        <w:pStyle w:val="ListParagraph"/>
      </w:pPr>
      <w:r>
        <w:rPr>
          <w:sz w:val="22"/>
        </w:rPr>
        <w:t>C. Miền tứ giác trong góc phần tư thứ nhất, kể cả bờ, với các đỉnh O(0; 0), A(4; 0), B(4; 4), C(0; 4).</w:t>
      </w:r>
    </w:p>
    <w:p>
      <w:pPr>
        <w:pStyle w:val="ListParagraph"/>
      </w:pPr>
      <w:r>
        <w:rPr>
          <w:sz w:val="22"/>
        </w:rPr>
        <w:t>D. Nửa mặt phẳng bờ là đường thẳng x + y = 4, chứa gốc tọa độ, kể cả bờ.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C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A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A</w:t>
      </w:r>
    </w:p>
    <w:p>
      <w:r>
        <w:rPr>
          <w:b/>
        </w:rPr>
        <w:t>Câu 15: Đáp án đúng: A</w:t>
      </w:r>
    </w:p>
    <w:p>
      <w:r>
        <w:rPr>
          <w:b/>
        </w:rPr>
        <w:t>Câu 16: Đáp án đúng: A</w:t>
      </w:r>
    </w:p>
    <w:p>
      <w:r>
        <w:rPr>
          <w:b/>
        </w:rPr>
        <w:t>Câu 17: Đáp án đúng: A</w:t>
      </w:r>
    </w:p>
    <w:p>
      <w:r>
        <w:rPr>
          <w:b/>
        </w:rPr>
        <w:t>Câu 18: Đáp án đúng: A</w:t>
      </w:r>
    </w:p>
    <w:p>
      <w:r>
        <w:rPr>
          <w:b/>
        </w:rPr>
        <w:t>Câu 19: Đáp án đúng: B</w:t>
      </w:r>
    </w:p>
    <w:p>
      <w:r>
        <w:rPr>
          <w:b/>
        </w:rPr>
        <w:t>Câu 20: Đáp án đúng: A</w:t>
      </w:r>
    </w:p>
    <w:p>
      <w:r>
        <w:rPr>
          <w:b/>
        </w:rPr>
        <w:t>Câu 21: Đáp án đúng: A</w:t>
      </w:r>
    </w:p>
    <w:p>
      <w:r>
        <w:rPr>
          <w:b/>
        </w:rPr>
        <w:t>Câu 22: Đáp án đúng: A</w:t>
      </w:r>
    </w:p>
    <w:p>
      <w:r>
        <w:rPr>
          <w:b/>
        </w:rPr>
        <w:t>Câu 23: Đáp án đúng: C</w:t>
      </w:r>
    </w:p>
    <w:p>
      <w:r>
        <w:rPr>
          <w:b/>
        </w:rPr>
        <w:t>Câu 24: Đáp án đúng: A</w:t>
      </w:r>
    </w:p>
    <w:p>
      <w:r>
        <w:rPr>
          <w:b/>
        </w:rPr>
        <w:t>Câu 25: Đáp án đúng: C</w:t>
      </w:r>
    </w:p>
    <w:p>
      <w:r>
        <w:rPr>
          <w:b/>
        </w:rPr>
        <w:t>Câu 26: Đáp án đúng: A</w:t>
      </w:r>
    </w:p>
    <w:p>
      <w:r>
        <w:rPr>
          <w:b/>
        </w:rPr>
        <w:t>Câu 27: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