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giữa kì 1</w:t>
      </w:r>
    </w:p>
    <w:p>
      <w:pPr>
        <w:jc w:val="center"/>
      </w:pPr>
      <w:r>
        <w:rPr>
          <w:sz w:val="22"/>
        </w:rPr>
        <w:t>Số câu: 114    Thời gian: _____ phút    Họ và tên: _________________________</w:t>
      </w:r>
    </w:p>
    <w:p/>
    <w:p>
      <w:r>
        <w:rPr>
          <w:b/>
          <w:sz w:val="24"/>
        </w:rPr>
        <w:t>Câu 1: Hoạt động nào sau đây không phải là hoạt động kinh tế?</w:t>
      </w:r>
    </w:p>
    <w:p>
      <w:pPr>
        <w:pStyle w:val="ListParagraph"/>
      </w:pPr>
      <w:r>
        <w:rPr>
          <w:sz w:val="22"/>
        </w:rPr>
        <w:t>A. Sản xuất</w:t>
      </w:r>
    </w:p>
    <w:p>
      <w:pPr>
        <w:pStyle w:val="ListParagraph"/>
      </w:pPr>
      <w:r>
        <w:rPr>
          <w:sz w:val="22"/>
        </w:rPr>
        <w:t>B. Phân phối</w:t>
      </w:r>
    </w:p>
    <w:p>
      <w:pPr>
        <w:pStyle w:val="ListParagraph"/>
      </w:pPr>
      <w:r>
        <w:rPr>
          <w:sz w:val="22"/>
        </w:rPr>
        <w:t>C. Tiêu dùng</w:t>
      </w:r>
    </w:p>
    <w:p>
      <w:pPr>
        <w:pStyle w:val="ListParagraph"/>
      </w:pPr>
      <w:r>
        <w:rPr>
          <w:sz w:val="22"/>
        </w:rPr>
        <w:t>D. Học tập</w:t>
      </w:r>
    </w:p>
    <w:p/>
    <w:p>
      <w:r>
        <w:rPr>
          <w:b/>
          <w:sz w:val="24"/>
        </w:rPr>
        <w:t>Câu 2: Trong nền kinh tế, hoạt động nào giữ vai trò quyết định?</w:t>
      </w:r>
    </w:p>
    <w:p>
      <w:pPr>
        <w:pStyle w:val="ListParagraph"/>
      </w:pPr>
      <w:r>
        <w:rPr>
          <w:sz w:val="22"/>
        </w:rPr>
        <w:t>A. Sản xuất</w:t>
      </w:r>
    </w:p>
    <w:p>
      <w:pPr>
        <w:pStyle w:val="ListParagraph"/>
      </w:pPr>
      <w:r>
        <w:rPr>
          <w:sz w:val="22"/>
        </w:rPr>
        <w:t>B. Phân phối</w:t>
      </w:r>
    </w:p>
    <w:p>
      <w:pPr>
        <w:pStyle w:val="ListParagraph"/>
      </w:pPr>
      <w:r>
        <w:rPr>
          <w:sz w:val="22"/>
        </w:rPr>
        <w:t>C. Trao đổi</w:t>
      </w:r>
    </w:p>
    <w:p>
      <w:pPr>
        <w:pStyle w:val="ListParagraph"/>
      </w:pPr>
      <w:r>
        <w:rPr>
          <w:sz w:val="22"/>
        </w:rPr>
        <w:t>D. Tiêu dùng</w:t>
      </w:r>
    </w:p>
    <w:p/>
    <w:p>
      <w:r>
        <w:rPr>
          <w:b/>
          <w:sz w:val="24"/>
        </w:rPr>
        <w:t>Câu 3: Thị trường là nơi diễn ra hoạt động nào?</w:t>
      </w:r>
    </w:p>
    <w:p>
      <w:pPr>
        <w:pStyle w:val="ListParagraph"/>
      </w:pPr>
      <w:r>
        <w:rPr>
          <w:sz w:val="22"/>
        </w:rPr>
        <w:t>A. Sản xuất</w:t>
      </w:r>
    </w:p>
    <w:p>
      <w:pPr>
        <w:pStyle w:val="ListParagraph"/>
      </w:pPr>
      <w:r>
        <w:rPr>
          <w:sz w:val="22"/>
        </w:rPr>
        <w:t>B. Mua bán, trao đổi hàng hóa</w:t>
      </w:r>
    </w:p>
    <w:p>
      <w:pPr>
        <w:pStyle w:val="ListParagraph"/>
      </w:pPr>
      <w:r>
        <w:rPr>
          <w:sz w:val="22"/>
        </w:rPr>
        <w:t>C. Tiêu dùng</w:t>
      </w:r>
    </w:p>
    <w:p>
      <w:pPr>
        <w:pStyle w:val="ListParagraph"/>
      </w:pPr>
      <w:r>
        <w:rPr>
          <w:sz w:val="22"/>
        </w:rPr>
        <w:t>D. Phân phối</w:t>
      </w:r>
    </w:p>
    <w:p/>
    <w:p>
      <w:r>
        <w:rPr>
          <w:b/>
          <w:sz w:val="24"/>
        </w:rPr>
        <w:t>Câu 4: Quy luật nào của thị trường điều tiết sản xuất và lưu thông hàng hóa?</w:t>
      </w:r>
    </w:p>
    <w:p>
      <w:pPr>
        <w:pStyle w:val="ListParagraph"/>
      </w:pPr>
      <w:r>
        <w:rPr>
          <w:sz w:val="22"/>
        </w:rPr>
        <w:t>A. Quy luật cung cầu</w:t>
      </w:r>
    </w:p>
    <w:p>
      <w:pPr>
        <w:pStyle w:val="ListParagraph"/>
      </w:pPr>
      <w:r>
        <w:rPr>
          <w:sz w:val="22"/>
        </w:rPr>
        <w:t>B. Quy luật giá trị</w:t>
      </w:r>
    </w:p>
    <w:p>
      <w:pPr>
        <w:pStyle w:val="ListParagraph"/>
      </w:pPr>
      <w:r>
        <w:rPr>
          <w:sz w:val="22"/>
        </w:rPr>
        <w:t>C. Quy luật cạnh tranh</w:t>
      </w:r>
    </w:p>
    <w:p>
      <w:pPr>
        <w:pStyle w:val="ListParagraph"/>
      </w:pPr>
      <w:r>
        <w:rPr>
          <w:sz w:val="22"/>
        </w:rPr>
        <w:t>D. Quy luật lưu thông tiền tệ</w:t>
      </w:r>
    </w:p>
    <w:p/>
    <w:p>
      <w:r>
        <w:rPr>
          <w:b/>
          <w:sz w:val="24"/>
        </w:rPr>
        <w:t>Câu 5: Khi cung lớn hơn cầu, giá cả thị trường sẽ:</w:t>
      </w:r>
    </w:p>
    <w:p>
      <w:pPr>
        <w:pStyle w:val="ListParagraph"/>
      </w:pPr>
      <w:r>
        <w:rPr>
          <w:sz w:val="22"/>
        </w:rPr>
        <w:t>A. Tăng</w:t>
      </w:r>
    </w:p>
    <w:p>
      <w:pPr>
        <w:pStyle w:val="ListParagraph"/>
      </w:pPr>
      <w:r>
        <w:rPr>
          <w:sz w:val="22"/>
        </w:rPr>
        <w:t>B. Giảm</w:t>
      </w:r>
    </w:p>
    <w:p>
      <w:pPr>
        <w:pStyle w:val="ListParagraph"/>
      </w:pPr>
      <w:r>
        <w:rPr>
          <w:sz w:val="22"/>
        </w:rPr>
        <w:t>C. Không đổi</w:t>
      </w:r>
    </w:p>
    <w:p>
      <w:pPr>
        <w:pStyle w:val="ListParagraph"/>
      </w:pPr>
      <w:r>
        <w:rPr>
          <w:sz w:val="22"/>
        </w:rPr>
        <w:t>D. Dao động mạnh</w:t>
      </w:r>
    </w:p>
    <w:p/>
    <w:p>
      <w:r>
        <w:rPr>
          <w:b/>
          <w:sz w:val="24"/>
        </w:rPr>
        <w:t>Câu 6: Ngân sách nhà nước là quỹ tiền tệ tập trung của:</w:t>
      </w:r>
    </w:p>
    <w:p>
      <w:pPr>
        <w:pStyle w:val="ListParagraph"/>
      </w:pPr>
      <w:r>
        <w:rPr>
          <w:sz w:val="22"/>
        </w:rPr>
        <w:t>A. Doanh nghiệp</w:t>
      </w:r>
    </w:p>
    <w:p>
      <w:pPr>
        <w:pStyle w:val="ListParagraph"/>
      </w:pPr>
      <w:r>
        <w:rPr>
          <w:sz w:val="22"/>
        </w:rPr>
        <w:t>B. Nhà nước</w:t>
      </w:r>
    </w:p>
    <w:p>
      <w:pPr>
        <w:pStyle w:val="ListParagraph"/>
      </w:pPr>
      <w:r>
        <w:rPr>
          <w:sz w:val="22"/>
        </w:rPr>
        <w:t>C. Cá nhân</w:t>
      </w:r>
    </w:p>
    <w:p>
      <w:pPr>
        <w:pStyle w:val="ListParagraph"/>
      </w:pPr>
      <w:r>
        <w:rPr>
          <w:sz w:val="22"/>
        </w:rPr>
        <w:t>D. Tổ chức xã hội</w:t>
      </w:r>
    </w:p>
    <w:p/>
    <w:p>
      <w:r>
        <w:rPr>
          <w:b/>
          <w:sz w:val="24"/>
        </w:rPr>
        <w:t>Câu 7: Khoản thu nào sau đây là nguồn thu chủ yếu của ngân sách nhà nước?</w:t>
      </w:r>
    </w:p>
    <w:p>
      <w:pPr>
        <w:pStyle w:val="ListParagraph"/>
      </w:pPr>
      <w:r>
        <w:rPr>
          <w:sz w:val="22"/>
        </w:rPr>
        <w:t>A. Thuế</w:t>
      </w:r>
    </w:p>
    <w:p>
      <w:pPr>
        <w:pStyle w:val="ListParagraph"/>
      </w:pPr>
      <w:r>
        <w:rPr>
          <w:sz w:val="22"/>
        </w:rPr>
        <w:t>B. Phí và lệ phí</w:t>
      </w:r>
    </w:p>
    <w:p>
      <w:pPr>
        <w:pStyle w:val="ListParagraph"/>
      </w:pPr>
      <w:r>
        <w:rPr>
          <w:sz w:val="22"/>
        </w:rPr>
        <w:t>C. Viện trợ</w:t>
      </w:r>
    </w:p>
    <w:p>
      <w:pPr>
        <w:pStyle w:val="ListParagraph"/>
      </w:pPr>
      <w:r>
        <w:rPr>
          <w:sz w:val="22"/>
        </w:rPr>
        <w:t>D. Vay nợ</w:t>
      </w:r>
    </w:p>
    <w:p/>
    <w:p>
      <w:r>
        <w:rPr>
          <w:b/>
          <w:sz w:val="24"/>
        </w:rPr>
        <w:t>Câu 8: Thuế nào sau đây là thuế trực thu?</w:t>
      </w:r>
    </w:p>
    <w:p>
      <w:pPr>
        <w:pStyle w:val="ListParagraph"/>
      </w:pPr>
      <w:r>
        <w:rPr>
          <w:sz w:val="22"/>
        </w:rPr>
        <w:t>A. Thuế giá trị gia tăng</w:t>
      </w:r>
    </w:p>
    <w:p>
      <w:pPr>
        <w:pStyle w:val="ListParagraph"/>
      </w:pPr>
      <w:r>
        <w:rPr>
          <w:sz w:val="22"/>
        </w:rPr>
        <w:t>B. Thuế tiêu thụ đặc biệt</w:t>
      </w:r>
    </w:p>
    <w:p>
      <w:pPr>
        <w:pStyle w:val="ListParagraph"/>
      </w:pPr>
      <w:r>
        <w:rPr>
          <w:sz w:val="22"/>
        </w:rPr>
        <w:t>C. Thuế thu nhập cá nhân</w:t>
      </w:r>
    </w:p>
    <w:p>
      <w:pPr>
        <w:pStyle w:val="ListParagraph"/>
      </w:pPr>
      <w:r>
        <w:rPr>
          <w:sz w:val="22"/>
        </w:rPr>
        <w:t>D. Thuế xuất khẩu</w:t>
      </w:r>
    </w:p>
    <w:p/>
    <w:p>
      <w:r>
        <w:rPr>
          <w:b/>
          <w:sz w:val="24"/>
        </w:rPr>
        <w:t>Câu 9: Tín dụng là quan hệ vay mượn dựa trên nguyên tắc nào?</w:t>
      </w:r>
    </w:p>
    <w:p>
      <w:pPr>
        <w:pStyle w:val="ListParagraph"/>
      </w:pPr>
      <w:r>
        <w:rPr>
          <w:sz w:val="22"/>
        </w:rPr>
        <w:t>A. Hoàn trả cả vốn lẫn lãi</w:t>
      </w:r>
    </w:p>
    <w:p>
      <w:pPr>
        <w:pStyle w:val="ListParagraph"/>
      </w:pPr>
      <w:r>
        <w:rPr>
          <w:sz w:val="22"/>
        </w:rPr>
        <w:t>B. Không hoàn trả</w:t>
      </w:r>
    </w:p>
    <w:p>
      <w:pPr>
        <w:pStyle w:val="ListParagraph"/>
      </w:pPr>
      <w:r>
        <w:rPr>
          <w:sz w:val="22"/>
        </w:rPr>
        <w:t>C. Chỉ hoàn trả vốn</w:t>
      </w:r>
    </w:p>
    <w:p>
      <w:pPr>
        <w:pStyle w:val="ListParagraph"/>
      </w:pPr>
      <w:r>
        <w:rPr>
          <w:sz w:val="22"/>
        </w:rPr>
        <w:t>D. Chỉ trả lãi</w:t>
      </w:r>
    </w:p>
    <w:p/>
    <w:p>
      <w:r>
        <w:rPr>
          <w:b/>
          <w:sz w:val="24"/>
        </w:rPr>
        <w:t>Câu 10: Dịch vụ tín dụng nào sau đây không phải là dịch vụ ngân hàng?</w:t>
      </w:r>
    </w:p>
    <w:p>
      <w:pPr>
        <w:pStyle w:val="ListParagraph"/>
      </w:pPr>
      <w:r>
        <w:rPr>
          <w:sz w:val="22"/>
        </w:rPr>
        <w:t>A. Cho vay</w:t>
      </w:r>
    </w:p>
    <w:p>
      <w:pPr>
        <w:pStyle w:val="ListParagraph"/>
      </w:pPr>
      <w:r>
        <w:rPr>
          <w:sz w:val="22"/>
        </w:rPr>
        <w:t>B. Gửi tiết kiệm</w:t>
      </w:r>
    </w:p>
    <w:p>
      <w:pPr>
        <w:pStyle w:val="ListParagraph"/>
      </w:pPr>
      <w:r>
        <w:rPr>
          <w:sz w:val="22"/>
        </w:rPr>
        <w:t>C. Thanh toán</w:t>
      </w:r>
    </w:p>
    <w:p>
      <w:pPr>
        <w:pStyle w:val="ListParagraph"/>
      </w:pPr>
      <w:r>
        <w:rPr>
          <w:sz w:val="22"/>
        </w:rPr>
        <w:t>D. Mua bán chứng khoán</w:t>
      </w:r>
    </w:p>
    <w:p/>
    <w:p>
      <w:r>
        <w:rPr>
          <w:b/>
          <w:sz w:val="24"/>
        </w:rPr>
        <w:t>Câu 11: Pháp luật là hệ thống các quy tắc xử sự chung do nhà nước ban hành và đảm bảo thực hiện bằng:</w:t>
      </w:r>
    </w:p>
    <w:p>
      <w:pPr>
        <w:pStyle w:val="ListParagraph"/>
      </w:pPr>
      <w:r>
        <w:rPr>
          <w:sz w:val="22"/>
        </w:rPr>
        <w:t>A. Sức mạnh của nhà nước</w:t>
      </w:r>
    </w:p>
    <w:p>
      <w:pPr>
        <w:pStyle w:val="ListParagraph"/>
      </w:pPr>
      <w:r>
        <w:rPr>
          <w:sz w:val="22"/>
        </w:rPr>
        <w:t>B. Sự tự giác của công dân</w:t>
      </w:r>
    </w:p>
    <w:p>
      <w:pPr>
        <w:pStyle w:val="ListParagraph"/>
      </w:pPr>
      <w:r>
        <w:rPr>
          <w:sz w:val="22"/>
        </w:rPr>
        <w:t>C. Dư luận xã hội</w:t>
      </w:r>
    </w:p>
    <w:p>
      <w:pPr>
        <w:pStyle w:val="ListParagraph"/>
      </w:pPr>
      <w:r>
        <w:rPr>
          <w:sz w:val="22"/>
        </w:rPr>
        <w:t>D. Giáo dục</w:t>
      </w:r>
    </w:p>
    <w:p/>
    <w:p>
      <w:r>
        <w:rPr>
          <w:b/>
          <w:sz w:val="24"/>
        </w:rPr>
        <w:t>Câu 12: Đặc điểm nào sau đây không phải là đặc điểm của pháp luật?</w:t>
      </w:r>
    </w:p>
    <w:p>
      <w:pPr>
        <w:pStyle w:val="ListParagraph"/>
      </w:pPr>
      <w:r>
        <w:rPr>
          <w:sz w:val="22"/>
        </w:rPr>
        <w:t>A. Tính quy phạm phổ biến</w:t>
      </w:r>
    </w:p>
    <w:p>
      <w:pPr>
        <w:pStyle w:val="ListParagraph"/>
      </w:pPr>
      <w:r>
        <w:rPr>
          <w:sz w:val="22"/>
        </w:rPr>
        <w:t>B. Tính xác định chặt chẽ về mặt hình thức</w:t>
      </w:r>
    </w:p>
    <w:p>
      <w:pPr>
        <w:pStyle w:val="ListParagraph"/>
      </w:pPr>
      <w:r>
        <w:rPr>
          <w:sz w:val="22"/>
        </w:rPr>
        <w:t>C. Tính đảm bảo thực hiện bằng nhà nước</w:t>
      </w:r>
    </w:p>
    <w:p>
      <w:pPr>
        <w:pStyle w:val="ListParagraph"/>
      </w:pPr>
      <w:r>
        <w:rPr>
          <w:sz w:val="22"/>
        </w:rPr>
        <w:t>D. Tính tự nguyện</w:t>
      </w:r>
    </w:p>
    <w:p/>
    <w:p>
      <w:r>
        <w:rPr>
          <w:b/>
          <w:sz w:val="24"/>
        </w:rPr>
        <w:t>Câu 13: Hệ thống pháp luật Việt Nam bao gồm các ngành luật nào sau đây?</w:t>
      </w:r>
    </w:p>
    <w:p>
      <w:pPr>
        <w:pStyle w:val="ListParagraph"/>
      </w:pPr>
      <w:r>
        <w:rPr>
          <w:sz w:val="22"/>
        </w:rPr>
        <w:t>A. Luật hiến pháp, luật hành chính, luật dân sự...</w:t>
      </w:r>
    </w:p>
    <w:p>
      <w:pPr>
        <w:pStyle w:val="ListParagraph"/>
      </w:pPr>
      <w:r>
        <w:rPr>
          <w:sz w:val="22"/>
        </w:rPr>
        <w:t>B. Luật kinh tế, luật lao động, luật hình sự...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Chỉ có luật hiến pháp</w:t>
      </w:r>
    </w:p>
    <w:p/>
    <w:p>
      <w:r>
        <w:rPr>
          <w:b/>
          <w:sz w:val="24"/>
        </w:rPr>
        <w:t>Câu 14: Hiến pháp là văn bản pháp luật có hiệu lực pháp lý:</w:t>
      </w:r>
    </w:p>
    <w:p>
      <w:pPr>
        <w:pStyle w:val="ListParagraph"/>
      </w:pPr>
      <w:r>
        <w:rPr>
          <w:sz w:val="22"/>
        </w:rPr>
        <w:t>A. Cao nhất</w:t>
      </w:r>
    </w:p>
    <w:p>
      <w:pPr>
        <w:pStyle w:val="ListParagraph"/>
      </w:pPr>
      <w:r>
        <w:rPr>
          <w:sz w:val="22"/>
        </w:rPr>
        <w:t>B. Thấp nhất</w:t>
      </w:r>
    </w:p>
    <w:p>
      <w:pPr>
        <w:pStyle w:val="ListParagraph"/>
      </w:pPr>
      <w:r>
        <w:rPr>
          <w:sz w:val="22"/>
        </w:rPr>
        <w:t>C. Ngang bằng các luật khác</w:t>
      </w:r>
    </w:p>
    <w:p>
      <w:pPr>
        <w:pStyle w:val="ListParagraph"/>
      </w:pPr>
      <w:r>
        <w:rPr>
          <w:sz w:val="22"/>
        </w:rPr>
        <w:t>D. Chỉ dưới luật</w:t>
      </w:r>
    </w:p>
    <w:p/>
    <w:p>
      <w:r>
        <w:rPr>
          <w:b/>
          <w:sz w:val="24"/>
        </w:rPr>
        <w:t>Câu 15: Quyền nào sau đây là quyền cơ bản của công dân được quy định trong Hiến pháp?</w:t>
      </w:r>
    </w:p>
    <w:p>
      <w:pPr>
        <w:pStyle w:val="ListParagraph"/>
      </w:pPr>
      <w:r>
        <w:rPr>
          <w:sz w:val="22"/>
        </w:rPr>
        <w:t>A. Quyền tự do ngôn luận</w:t>
      </w:r>
    </w:p>
    <w:p>
      <w:pPr>
        <w:pStyle w:val="ListParagraph"/>
      </w:pPr>
      <w:r>
        <w:rPr>
          <w:sz w:val="22"/>
        </w:rPr>
        <w:t>B. Quyền bất khả xâm phạm về thân thể</w:t>
      </w:r>
    </w:p>
    <w:p>
      <w:pPr>
        <w:pStyle w:val="ListParagraph"/>
      </w:pPr>
      <w:r>
        <w:rPr>
          <w:sz w:val="22"/>
        </w:rPr>
        <w:t>C. Quyền tự do kinh doanh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16: Công dân có nghĩa vụ nào sau đây đối với nhà nước?</w:t>
      </w:r>
    </w:p>
    <w:p>
      <w:pPr>
        <w:pStyle w:val="ListParagraph"/>
      </w:pPr>
      <w:r>
        <w:rPr>
          <w:sz w:val="22"/>
        </w:rPr>
        <w:t>A. Đóng thuế</w:t>
      </w:r>
    </w:p>
    <w:p>
      <w:pPr>
        <w:pStyle w:val="ListParagraph"/>
      </w:pPr>
      <w:r>
        <w:rPr>
          <w:sz w:val="22"/>
        </w:rPr>
        <w:t>B. Bảo vệ tổ quốc</w:t>
      </w:r>
    </w:p>
    <w:p>
      <w:pPr>
        <w:pStyle w:val="ListParagraph"/>
      </w:pPr>
      <w:r>
        <w:rPr>
          <w:sz w:val="22"/>
        </w:rPr>
        <w:t>C. Tuân theo Hiến pháp và pháp luật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17: Thị trường có vai trò gì đối với sản xuất?</w:t>
      </w:r>
    </w:p>
    <w:p>
      <w:pPr>
        <w:pStyle w:val="ListParagraph"/>
      </w:pPr>
      <w:r>
        <w:rPr>
          <w:sz w:val="22"/>
        </w:rPr>
        <w:t>A. Cung cấp đầu vào</w:t>
      </w:r>
    </w:p>
    <w:p>
      <w:pPr>
        <w:pStyle w:val="ListParagraph"/>
      </w:pPr>
      <w:r>
        <w:rPr>
          <w:sz w:val="22"/>
        </w:rPr>
        <w:t>B. Tiêu thụ sản phẩm</w:t>
      </w:r>
    </w:p>
    <w:p>
      <w:pPr>
        <w:pStyle w:val="ListParagraph"/>
      </w:pPr>
      <w:r>
        <w:rPr>
          <w:sz w:val="22"/>
        </w:rPr>
        <w:t>C. Điều tiết sản xuất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18: Giá cả thị trường được hình thành dựa trên sự tác động của:</w:t>
      </w:r>
    </w:p>
    <w:p>
      <w:pPr>
        <w:pStyle w:val="ListParagraph"/>
      </w:pPr>
      <w:r>
        <w:rPr>
          <w:sz w:val="22"/>
        </w:rPr>
        <w:t>A. Cung và cầu</w:t>
      </w:r>
    </w:p>
    <w:p>
      <w:pPr>
        <w:pStyle w:val="ListParagraph"/>
      </w:pPr>
      <w:r>
        <w:rPr>
          <w:sz w:val="22"/>
        </w:rPr>
        <w:t>B. Giá trị hàng hóa</w:t>
      </w:r>
    </w:p>
    <w:p>
      <w:pPr>
        <w:pStyle w:val="ListParagraph"/>
      </w:pPr>
      <w:r>
        <w:rPr>
          <w:sz w:val="22"/>
        </w:rPr>
        <w:t>C. Cạnh tranh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19: Khi giá cả một hàng hóa tăng, lượng cầu về hàng hóa đó sẽ:</w:t>
      </w:r>
    </w:p>
    <w:p>
      <w:pPr>
        <w:pStyle w:val="ListParagraph"/>
      </w:pPr>
      <w:r>
        <w:rPr>
          <w:sz w:val="22"/>
        </w:rPr>
        <w:t>A. Tăng</w:t>
      </w:r>
    </w:p>
    <w:p>
      <w:pPr>
        <w:pStyle w:val="ListParagraph"/>
      </w:pPr>
      <w:r>
        <w:rPr>
          <w:sz w:val="22"/>
        </w:rPr>
        <w:t>B. Giảm</w:t>
      </w:r>
    </w:p>
    <w:p>
      <w:pPr>
        <w:pStyle w:val="ListParagraph"/>
      </w:pPr>
      <w:r>
        <w:rPr>
          <w:sz w:val="22"/>
        </w:rPr>
        <w:t>C. Không đổi</w:t>
      </w:r>
    </w:p>
    <w:p>
      <w:pPr>
        <w:pStyle w:val="ListParagraph"/>
      </w:pPr>
      <w:r>
        <w:rPr>
          <w:sz w:val="22"/>
        </w:rPr>
        <w:t>D. Tăng gấp đôi</w:t>
      </w:r>
    </w:p>
    <w:p/>
    <w:p>
      <w:r>
        <w:rPr>
          <w:b/>
          <w:sz w:val="24"/>
        </w:rPr>
        <w:t>Câu 20: Ngân sách nhà nước được quản lý và sử dụng nhằm mục đích:</w:t>
      </w:r>
    </w:p>
    <w:p>
      <w:pPr>
        <w:pStyle w:val="ListParagraph"/>
      </w:pPr>
      <w:r>
        <w:rPr>
          <w:sz w:val="22"/>
        </w:rPr>
        <w:t>A. Phát triển kinh tế - xã hội</w:t>
      </w:r>
    </w:p>
    <w:p>
      <w:pPr>
        <w:pStyle w:val="ListParagraph"/>
      </w:pPr>
      <w:r>
        <w:rPr>
          <w:sz w:val="22"/>
        </w:rPr>
        <w:t>B. Đảm bảo quốc phòng, an ninh</w:t>
      </w:r>
    </w:p>
    <w:p>
      <w:pPr>
        <w:pStyle w:val="ListParagraph"/>
      </w:pPr>
      <w:r>
        <w:rPr>
          <w:sz w:val="22"/>
        </w:rPr>
        <w:t>C. Thực hiện chính sách xã hội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21: Thuế là khoản thu:</w:t>
      </w:r>
    </w:p>
    <w:p>
      <w:pPr>
        <w:pStyle w:val="ListParagraph"/>
      </w:pPr>
      <w:r>
        <w:rPr>
          <w:sz w:val="22"/>
        </w:rPr>
        <w:t>A. Bắt buộc</w:t>
      </w:r>
    </w:p>
    <w:p>
      <w:pPr>
        <w:pStyle w:val="ListParagraph"/>
      </w:pPr>
      <w:r>
        <w:rPr>
          <w:sz w:val="22"/>
        </w:rPr>
        <w:t>B. Tự nguyện</w:t>
      </w:r>
    </w:p>
    <w:p>
      <w:pPr>
        <w:pStyle w:val="ListParagraph"/>
      </w:pPr>
      <w:r>
        <w:rPr>
          <w:sz w:val="22"/>
        </w:rPr>
        <w:t>C. Có hoàn trả</w:t>
      </w:r>
    </w:p>
    <w:p>
      <w:pPr>
        <w:pStyle w:val="ListParagraph"/>
      </w:pPr>
      <w:r>
        <w:rPr>
          <w:sz w:val="22"/>
        </w:rPr>
        <w:t>D. Không bắt buộc</w:t>
      </w:r>
    </w:p>
    <w:p/>
    <w:p>
      <w:r>
        <w:rPr>
          <w:b/>
          <w:sz w:val="24"/>
        </w:rPr>
        <w:t>Câu 22: Loại thuế nào sau đây được coi là thuế gián thu?</w:t>
      </w:r>
    </w:p>
    <w:p>
      <w:pPr>
        <w:pStyle w:val="ListParagraph"/>
      </w:pPr>
      <w:r>
        <w:rPr>
          <w:sz w:val="22"/>
        </w:rPr>
        <w:t>A. Thuế thu nhập doanh nghiệp</w:t>
      </w:r>
    </w:p>
    <w:p>
      <w:pPr>
        <w:pStyle w:val="ListParagraph"/>
      </w:pPr>
      <w:r>
        <w:rPr>
          <w:sz w:val="22"/>
        </w:rPr>
        <w:t>B. Thuế thu nhập cá nhân</w:t>
      </w:r>
    </w:p>
    <w:p>
      <w:pPr>
        <w:pStyle w:val="ListParagraph"/>
      </w:pPr>
      <w:r>
        <w:rPr>
          <w:sz w:val="22"/>
        </w:rPr>
        <w:t>C. Thuế giá trị gia tăng</w:t>
      </w:r>
    </w:p>
    <w:p>
      <w:pPr>
        <w:pStyle w:val="ListParagraph"/>
      </w:pPr>
      <w:r>
        <w:rPr>
          <w:sz w:val="22"/>
        </w:rPr>
        <w:t>D. Thuế nhà đất</w:t>
      </w:r>
    </w:p>
    <w:p/>
    <w:p>
      <w:r>
        <w:rPr>
          <w:b/>
          <w:sz w:val="24"/>
        </w:rPr>
        <w:t>Câu 23: Tín dụng có vai trò gì trong nền kinh tế?</w:t>
      </w:r>
    </w:p>
    <w:p>
      <w:pPr>
        <w:pStyle w:val="ListParagraph"/>
      </w:pPr>
      <w:r>
        <w:rPr>
          <w:sz w:val="22"/>
        </w:rPr>
        <w:t>A. Huy động vốn</w:t>
      </w:r>
    </w:p>
    <w:p>
      <w:pPr>
        <w:pStyle w:val="ListParagraph"/>
      </w:pPr>
      <w:r>
        <w:rPr>
          <w:sz w:val="22"/>
        </w:rPr>
        <w:t>B. Thúc đẩy sản xuất kinh doanh</w:t>
      </w:r>
    </w:p>
    <w:p>
      <w:pPr>
        <w:pStyle w:val="ListParagraph"/>
      </w:pPr>
      <w:r>
        <w:rPr>
          <w:sz w:val="22"/>
        </w:rPr>
        <w:t>C. Tiêu dùng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24: Khi vay tiền ngân hàng, người vay phải trả:</w:t>
      </w:r>
    </w:p>
    <w:p>
      <w:pPr>
        <w:pStyle w:val="ListParagraph"/>
      </w:pPr>
      <w:r>
        <w:rPr>
          <w:sz w:val="22"/>
        </w:rPr>
        <w:t>A. Số tiền gốc</w:t>
      </w:r>
    </w:p>
    <w:p>
      <w:pPr>
        <w:pStyle w:val="ListParagraph"/>
      </w:pPr>
      <w:r>
        <w:rPr>
          <w:sz w:val="22"/>
        </w:rPr>
        <w:t>B. Lãi suất</w:t>
      </w:r>
    </w:p>
    <w:p>
      <w:pPr>
        <w:pStyle w:val="ListParagraph"/>
      </w:pPr>
      <w:r>
        <w:rPr>
          <w:sz w:val="22"/>
        </w:rPr>
        <w:t>C. Cả gốc và lãi</w:t>
      </w:r>
    </w:p>
    <w:p>
      <w:pPr>
        <w:pStyle w:val="ListParagraph"/>
      </w:pPr>
      <w:r>
        <w:rPr>
          <w:sz w:val="22"/>
        </w:rPr>
        <w:t>D. Chỉ trả lãi</w:t>
      </w:r>
    </w:p>
    <w:p/>
    <w:p>
      <w:r>
        <w:rPr>
          <w:b/>
          <w:sz w:val="24"/>
        </w:rPr>
        <w:t>Câu 25: Pháp luật có tính quy phạm phổ biến vì:</w:t>
      </w:r>
    </w:p>
    <w:p>
      <w:pPr>
        <w:pStyle w:val="ListParagraph"/>
      </w:pPr>
      <w:r>
        <w:rPr>
          <w:sz w:val="22"/>
        </w:rPr>
        <w:t>A. Áp dụng cho mọi người</w:t>
      </w:r>
    </w:p>
    <w:p>
      <w:pPr>
        <w:pStyle w:val="ListParagraph"/>
      </w:pPr>
      <w:r>
        <w:rPr>
          <w:sz w:val="22"/>
        </w:rPr>
        <w:t>B. Áp dụng nhiều lần</w:t>
      </w:r>
    </w:p>
    <w:p>
      <w:pPr>
        <w:pStyle w:val="ListParagraph"/>
      </w:pPr>
      <w:r>
        <w:rPr>
          <w:sz w:val="22"/>
        </w:rPr>
        <w:t>C. Áp dụng trong phạm vi cả nước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26: Văn bản pháp luật có hiệu lực pháp lý cao nhất là:</w:t>
      </w:r>
    </w:p>
    <w:p>
      <w:pPr>
        <w:pStyle w:val="ListParagraph"/>
      </w:pPr>
      <w:r>
        <w:rPr>
          <w:sz w:val="22"/>
        </w:rPr>
        <w:t>A. Luật</w:t>
      </w:r>
    </w:p>
    <w:p>
      <w:pPr>
        <w:pStyle w:val="ListParagraph"/>
      </w:pPr>
      <w:r>
        <w:rPr>
          <w:sz w:val="22"/>
        </w:rPr>
        <w:t>B. Hiến pháp</w:t>
      </w:r>
    </w:p>
    <w:p>
      <w:pPr>
        <w:pStyle w:val="ListParagraph"/>
      </w:pPr>
      <w:r>
        <w:rPr>
          <w:sz w:val="22"/>
        </w:rPr>
        <w:t>C. Nghị định</w:t>
      </w:r>
    </w:p>
    <w:p>
      <w:pPr>
        <w:pStyle w:val="ListParagraph"/>
      </w:pPr>
      <w:r>
        <w:rPr>
          <w:sz w:val="22"/>
        </w:rPr>
        <w:t>D. Thông tư</w:t>
      </w:r>
    </w:p>
    <w:p/>
    <w:p>
      <w:r>
        <w:rPr>
          <w:b/>
          <w:sz w:val="24"/>
        </w:rPr>
        <w:t>Câu 27: Công dân có quyền tham gia quản lý nhà nước và xã hội thông qua:</w:t>
      </w:r>
    </w:p>
    <w:p>
      <w:pPr>
        <w:pStyle w:val="ListParagraph"/>
      </w:pPr>
      <w:r>
        <w:rPr>
          <w:sz w:val="22"/>
        </w:rPr>
        <w:t>A. Bầu cử</w:t>
      </w:r>
    </w:p>
    <w:p>
      <w:pPr>
        <w:pStyle w:val="ListParagraph"/>
      </w:pPr>
      <w:r>
        <w:rPr>
          <w:sz w:val="22"/>
        </w:rPr>
        <w:t>B. Ứng cử</w:t>
      </w:r>
    </w:p>
    <w:p>
      <w:pPr>
        <w:pStyle w:val="ListParagraph"/>
      </w:pPr>
      <w:r>
        <w:rPr>
          <w:sz w:val="22"/>
        </w:rPr>
        <w:t>C. Kiến nghị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28: Nghĩa vụ quan trọng nhất của công dân đối với nhà nước là:</w:t>
      </w:r>
    </w:p>
    <w:p>
      <w:pPr>
        <w:pStyle w:val="ListParagraph"/>
      </w:pPr>
      <w:r>
        <w:rPr>
          <w:sz w:val="22"/>
        </w:rPr>
        <w:t>A. Đóng thuế</w:t>
      </w:r>
    </w:p>
    <w:p>
      <w:pPr>
        <w:pStyle w:val="ListParagraph"/>
      </w:pPr>
      <w:r>
        <w:rPr>
          <w:sz w:val="22"/>
        </w:rPr>
        <w:t>B. Bảo vệ tổ quốc</w:t>
      </w:r>
    </w:p>
    <w:p>
      <w:pPr>
        <w:pStyle w:val="ListParagraph"/>
      </w:pPr>
      <w:r>
        <w:rPr>
          <w:sz w:val="22"/>
        </w:rPr>
        <w:t>C. Tuân theo pháp luật</w:t>
      </w:r>
    </w:p>
    <w:p>
      <w:pPr>
        <w:pStyle w:val="ListParagraph"/>
      </w:pPr>
      <w:r>
        <w:rPr>
          <w:sz w:val="22"/>
        </w:rPr>
        <w:t>D. Lao động</w:t>
      </w:r>
    </w:p>
    <w:p/>
    <w:p>
      <w:r>
        <w:rPr>
          <w:b/>
          <w:sz w:val="24"/>
        </w:rPr>
        <w:t>Câu 29: Hoạt động trao đổi trong nền kinh tế được thực hiện thông qua:</w:t>
      </w:r>
    </w:p>
    <w:p>
      <w:pPr>
        <w:pStyle w:val="ListParagraph"/>
      </w:pPr>
      <w:r>
        <w:rPr>
          <w:sz w:val="22"/>
        </w:rPr>
        <w:t>A. Thị trường</w:t>
      </w:r>
    </w:p>
    <w:p>
      <w:pPr>
        <w:pStyle w:val="ListParagraph"/>
      </w:pPr>
      <w:r>
        <w:rPr>
          <w:sz w:val="22"/>
        </w:rPr>
        <w:t>B. Ngân hàng</w:t>
      </w:r>
    </w:p>
    <w:p>
      <w:pPr>
        <w:pStyle w:val="ListParagraph"/>
      </w:pPr>
      <w:r>
        <w:rPr>
          <w:sz w:val="22"/>
        </w:rPr>
        <w:t>C. Nhà nước</w:t>
      </w:r>
    </w:p>
    <w:p>
      <w:pPr>
        <w:pStyle w:val="ListParagraph"/>
      </w:pPr>
      <w:r>
        <w:rPr>
          <w:sz w:val="22"/>
        </w:rPr>
        <w:t>D. Doanh nghiệp</w:t>
      </w:r>
    </w:p>
    <w:p/>
    <w:p>
      <w:r>
        <w:rPr>
          <w:b/>
          <w:sz w:val="24"/>
        </w:rPr>
        <w:t>Câu 30: Quy luật giá trị yêu cầu sản xuất và trao đổi hàng hóa phải dựa trên cơ sở:</w:t>
      </w:r>
    </w:p>
    <w:p>
      <w:pPr>
        <w:pStyle w:val="ListParagraph"/>
      </w:pPr>
      <w:r>
        <w:rPr>
          <w:sz w:val="22"/>
        </w:rPr>
        <w:t>A. Thời gian lao động xã hội cần thiết</w:t>
      </w:r>
    </w:p>
    <w:p>
      <w:pPr>
        <w:pStyle w:val="ListParagraph"/>
      </w:pPr>
      <w:r>
        <w:rPr>
          <w:sz w:val="22"/>
        </w:rPr>
        <w:t>B. Thời gian lao động cá biệt</w:t>
      </w:r>
    </w:p>
    <w:p>
      <w:pPr>
        <w:pStyle w:val="ListParagraph"/>
      </w:pPr>
      <w:r>
        <w:rPr>
          <w:sz w:val="22"/>
        </w:rPr>
        <w:t>C. Giá trị sử dụng</w:t>
      </w:r>
    </w:p>
    <w:p>
      <w:pPr>
        <w:pStyle w:val="ListParagraph"/>
      </w:pPr>
      <w:r>
        <w:rPr>
          <w:sz w:val="22"/>
        </w:rPr>
        <w:t>D. Chi phí sản xuất</w:t>
      </w:r>
    </w:p>
    <w:p/>
    <w:p>
      <w:r>
        <w:rPr>
          <w:b/>
          <w:sz w:val="24"/>
        </w:rPr>
        <w:t>Câu 31: Cạnh tranh trong nền kinh tế thị trường có tác dụng:</w:t>
      </w:r>
    </w:p>
    <w:p>
      <w:pPr>
        <w:pStyle w:val="ListParagraph"/>
      </w:pPr>
      <w:r>
        <w:rPr>
          <w:sz w:val="22"/>
        </w:rPr>
        <w:t>A. Thúc đẩy sản xuất phát triển</w:t>
      </w:r>
    </w:p>
    <w:p>
      <w:pPr>
        <w:pStyle w:val="ListParagraph"/>
      </w:pPr>
      <w:r>
        <w:rPr>
          <w:sz w:val="22"/>
        </w:rPr>
        <w:t>B. Nâng cao chất lượng hàng hóa</w:t>
      </w:r>
    </w:p>
    <w:p>
      <w:pPr>
        <w:pStyle w:val="ListParagraph"/>
      </w:pPr>
      <w:r>
        <w:rPr>
          <w:sz w:val="22"/>
        </w:rPr>
        <w:t>C. Giảm giá thành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32: Ngân sách nhà nước được cân đối theo nguyên tắc:</w:t>
      </w:r>
    </w:p>
    <w:p>
      <w:pPr>
        <w:pStyle w:val="ListParagraph"/>
      </w:pPr>
      <w:r>
        <w:rPr>
          <w:sz w:val="22"/>
        </w:rPr>
        <w:t>A. Thu lớn hơn chi</w:t>
      </w:r>
    </w:p>
    <w:p>
      <w:pPr>
        <w:pStyle w:val="ListParagraph"/>
      </w:pPr>
      <w:r>
        <w:rPr>
          <w:sz w:val="22"/>
        </w:rPr>
        <w:t>B. Chi lớn hơn thu</w:t>
      </w:r>
    </w:p>
    <w:p>
      <w:pPr>
        <w:pStyle w:val="ListParagraph"/>
      </w:pPr>
      <w:r>
        <w:rPr>
          <w:sz w:val="22"/>
        </w:rPr>
        <w:t>C. Thu bằng chi</w:t>
      </w:r>
    </w:p>
    <w:p>
      <w:pPr>
        <w:pStyle w:val="ListParagraph"/>
      </w:pPr>
      <w:r>
        <w:rPr>
          <w:sz w:val="22"/>
        </w:rPr>
        <w:t>D. Cân đối thu chi</w:t>
      </w:r>
    </w:p>
    <w:p/>
    <w:p>
      <w:r>
        <w:rPr>
          <w:b/>
          <w:sz w:val="24"/>
        </w:rPr>
        <w:t>Câu 33: Thuế nào sau đây đánh vào hàng hóa nhập khẩu?</w:t>
      </w:r>
    </w:p>
    <w:p>
      <w:pPr>
        <w:pStyle w:val="ListParagraph"/>
      </w:pPr>
      <w:r>
        <w:rPr>
          <w:sz w:val="22"/>
        </w:rPr>
        <w:t>A. Thuế xuất khẩu</w:t>
      </w:r>
    </w:p>
    <w:p>
      <w:pPr>
        <w:pStyle w:val="ListParagraph"/>
      </w:pPr>
      <w:r>
        <w:rPr>
          <w:sz w:val="22"/>
        </w:rPr>
        <w:t>B. Thuế nhập khẩu</w:t>
      </w:r>
    </w:p>
    <w:p>
      <w:pPr>
        <w:pStyle w:val="ListParagraph"/>
      </w:pPr>
      <w:r>
        <w:rPr>
          <w:sz w:val="22"/>
        </w:rPr>
        <w:t>C. Thuế tiêu thụ đặc biệt</w:t>
      </w:r>
    </w:p>
    <w:p>
      <w:pPr>
        <w:pStyle w:val="ListParagraph"/>
      </w:pPr>
      <w:r>
        <w:rPr>
          <w:sz w:val="22"/>
        </w:rPr>
        <w:t>D. Thuế giá trị gia tăng</w:t>
      </w:r>
    </w:p>
    <w:p/>
    <w:p>
      <w:r>
        <w:rPr>
          <w:b/>
          <w:sz w:val="24"/>
        </w:rPr>
        <w:t>Câu 34: Tín dụng ngân hàng là hình thức:</w:t>
      </w:r>
    </w:p>
    <w:p>
      <w:pPr>
        <w:pStyle w:val="ListParagraph"/>
      </w:pPr>
      <w:r>
        <w:rPr>
          <w:sz w:val="22"/>
        </w:rPr>
        <w:t>A. Vay mượn có hoàn trả</w:t>
      </w:r>
    </w:p>
    <w:p>
      <w:pPr>
        <w:pStyle w:val="ListParagraph"/>
      </w:pPr>
      <w:r>
        <w:rPr>
          <w:sz w:val="22"/>
        </w:rPr>
        <w:t>B. Vay mượn không hoàn trả</w:t>
      </w:r>
    </w:p>
    <w:p>
      <w:pPr>
        <w:pStyle w:val="ListParagraph"/>
      </w:pPr>
      <w:r>
        <w:rPr>
          <w:sz w:val="22"/>
        </w:rPr>
        <w:t>C. Mua bán chịu</w:t>
      </w:r>
    </w:p>
    <w:p>
      <w:pPr>
        <w:pStyle w:val="ListParagraph"/>
      </w:pPr>
      <w:r>
        <w:rPr>
          <w:sz w:val="22"/>
        </w:rPr>
        <w:t>D. Đầu tư</w:t>
      </w:r>
    </w:p>
    <w:p/>
    <w:p>
      <w:r>
        <w:rPr>
          <w:b/>
          <w:sz w:val="24"/>
        </w:rPr>
        <w:t>Câu 35: Lãi suất là:</w:t>
      </w:r>
    </w:p>
    <w:p>
      <w:pPr>
        <w:pStyle w:val="ListParagraph"/>
      </w:pPr>
      <w:r>
        <w:rPr>
          <w:sz w:val="22"/>
        </w:rPr>
        <w:t>A. Tỷ lệ phần trăm giữa số tiền lãi và số tiền vốn</w:t>
      </w:r>
    </w:p>
    <w:p>
      <w:pPr>
        <w:pStyle w:val="ListParagraph"/>
      </w:pPr>
      <w:r>
        <w:rPr>
          <w:sz w:val="22"/>
        </w:rPr>
        <w:t>B. Số tiền phải trả cho ngân hàng</w:t>
      </w:r>
    </w:p>
    <w:p>
      <w:pPr>
        <w:pStyle w:val="ListParagraph"/>
      </w:pPr>
      <w:r>
        <w:rPr>
          <w:sz w:val="22"/>
        </w:rPr>
        <w:t>C. Số tiền vay</w:t>
      </w:r>
    </w:p>
    <w:p>
      <w:pPr>
        <w:pStyle w:val="ListParagraph"/>
      </w:pPr>
      <w:r>
        <w:rPr>
          <w:sz w:val="22"/>
        </w:rPr>
        <w:t>D. Số tiền gửi</w:t>
      </w:r>
    </w:p>
    <w:p/>
    <w:p>
      <w:r>
        <w:rPr>
          <w:b/>
          <w:sz w:val="24"/>
        </w:rPr>
        <w:t>Câu 36: Pháp luật XHCN Việt Nam mang bản chất của:</w:t>
      </w:r>
    </w:p>
    <w:p>
      <w:pPr>
        <w:pStyle w:val="ListParagraph"/>
      </w:pPr>
      <w:r>
        <w:rPr>
          <w:sz w:val="22"/>
        </w:rPr>
        <w:t>A. Giai cấp công nhân</w:t>
      </w:r>
    </w:p>
    <w:p>
      <w:pPr>
        <w:pStyle w:val="ListParagraph"/>
      </w:pPr>
      <w:r>
        <w:rPr>
          <w:sz w:val="22"/>
        </w:rPr>
        <w:t>B. Nhân dân lao động</w:t>
      </w:r>
    </w:p>
    <w:p>
      <w:pPr>
        <w:pStyle w:val="ListParagraph"/>
      </w:pPr>
      <w:r>
        <w:rPr>
          <w:sz w:val="22"/>
        </w:rPr>
        <w:t>C. Đảng Cộng sản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37: Hệ thống pháp luật Việt Nam có bao nhiêu ngành luật cơ bản?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15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38: Hiến pháp năm 2013 có bao nhiêu chương, điều?</w:t>
      </w:r>
    </w:p>
    <w:p>
      <w:pPr>
        <w:pStyle w:val="ListParagraph"/>
      </w:pPr>
      <w:r>
        <w:rPr>
          <w:sz w:val="22"/>
        </w:rPr>
        <w:t>A. 11 chương, 120 điều</w:t>
      </w:r>
    </w:p>
    <w:p>
      <w:pPr>
        <w:pStyle w:val="ListParagraph"/>
      </w:pPr>
      <w:r>
        <w:rPr>
          <w:sz w:val="22"/>
        </w:rPr>
        <w:t>B. 12 chương, 121 điều</w:t>
      </w:r>
    </w:p>
    <w:p>
      <w:pPr>
        <w:pStyle w:val="ListParagraph"/>
      </w:pPr>
      <w:r>
        <w:rPr>
          <w:sz w:val="22"/>
        </w:rPr>
        <w:t>C. 11 chương, 121 điều</w:t>
      </w:r>
    </w:p>
    <w:p>
      <w:pPr>
        <w:pStyle w:val="ListParagraph"/>
      </w:pPr>
      <w:r>
        <w:rPr>
          <w:sz w:val="22"/>
        </w:rPr>
        <w:t>D. 12 chương, 120 điều</w:t>
      </w:r>
    </w:p>
    <w:p/>
    <w:p>
      <w:r>
        <w:rPr>
          <w:b/>
          <w:sz w:val="24"/>
        </w:rPr>
        <w:t>Câu 39: Quyền con người, quyền công dân chỉ có thể bị hạn chế theo quy định của:</w:t>
      </w:r>
    </w:p>
    <w:p>
      <w:pPr>
        <w:pStyle w:val="ListParagraph"/>
      </w:pPr>
      <w:r>
        <w:rPr>
          <w:sz w:val="22"/>
        </w:rPr>
        <w:t>A. Hiến pháp</w:t>
      </w:r>
    </w:p>
    <w:p>
      <w:pPr>
        <w:pStyle w:val="ListParagraph"/>
      </w:pPr>
      <w:r>
        <w:rPr>
          <w:sz w:val="22"/>
        </w:rPr>
        <w:t>B. Luật</w:t>
      </w:r>
    </w:p>
    <w:p>
      <w:pPr>
        <w:pStyle w:val="ListParagraph"/>
      </w:pPr>
      <w:r>
        <w:rPr>
          <w:sz w:val="22"/>
        </w:rPr>
        <w:t>C. Nghị định</w:t>
      </w:r>
    </w:p>
    <w:p>
      <w:pPr>
        <w:pStyle w:val="ListParagraph"/>
      </w:pPr>
      <w:r>
        <w:rPr>
          <w:sz w:val="22"/>
        </w:rPr>
        <w:t>D. Thông tư</w:t>
      </w:r>
    </w:p>
    <w:p/>
    <w:p>
      <w:r>
        <w:rPr>
          <w:b/>
          <w:sz w:val="24"/>
        </w:rPr>
        <w:t>Câu 40: Công dân có quyền tự do kinh doanh theo quy định của pháp luật. Điều này thể hiện quyền:</w:t>
      </w:r>
    </w:p>
    <w:p>
      <w:pPr>
        <w:pStyle w:val="ListParagraph"/>
      </w:pPr>
      <w:r>
        <w:rPr>
          <w:sz w:val="22"/>
        </w:rPr>
        <w:t>A. Dân sự</w:t>
      </w:r>
    </w:p>
    <w:p>
      <w:pPr>
        <w:pStyle w:val="ListParagraph"/>
      </w:pPr>
      <w:r>
        <w:rPr>
          <w:sz w:val="22"/>
        </w:rPr>
        <w:t>B. Kinh tế</w:t>
      </w:r>
    </w:p>
    <w:p>
      <w:pPr>
        <w:pStyle w:val="ListParagraph"/>
      </w:pPr>
      <w:r>
        <w:rPr>
          <w:sz w:val="22"/>
        </w:rPr>
        <w:t>C. Chính trị</w:t>
      </w:r>
    </w:p>
    <w:p>
      <w:pPr>
        <w:pStyle w:val="ListParagraph"/>
      </w:pPr>
      <w:r>
        <w:rPr>
          <w:sz w:val="22"/>
        </w:rPr>
        <w:t>D. Văn hóa</w:t>
      </w:r>
    </w:p>
    <w:p/>
    <w:p>
      <w:r>
        <w:rPr>
          <w:b/>
          <w:sz w:val="24"/>
        </w:rPr>
        <w:t>Câu 41: Nội dung nào sau đây không phải là đặc trưng của pháp luật?</w:t>
      </w:r>
    </w:p>
    <w:p>
      <w:pPr>
        <w:pStyle w:val="ListParagraph"/>
      </w:pPr>
      <w:r>
        <w:rPr>
          <w:sz w:val="22"/>
        </w:rPr>
        <w:t>A. Tính quy phạm phổ biến</w:t>
      </w:r>
    </w:p>
    <w:p>
      <w:pPr>
        <w:pStyle w:val="ListParagraph"/>
      </w:pPr>
      <w:r>
        <w:rPr>
          <w:sz w:val="22"/>
        </w:rPr>
        <w:t>B. Tính xác định chặt chẽ về hình thức</w:t>
      </w:r>
    </w:p>
    <w:p>
      <w:pPr>
        <w:pStyle w:val="ListParagraph"/>
      </w:pPr>
      <w:r>
        <w:rPr>
          <w:sz w:val="22"/>
        </w:rPr>
        <w:t>C. Tính bắt buộc chung</w:t>
      </w:r>
    </w:p>
    <w:p>
      <w:pPr>
        <w:pStyle w:val="ListParagraph"/>
      </w:pPr>
      <w:r>
        <w:rPr>
          <w:sz w:val="22"/>
        </w:rPr>
        <w:t>D. Tính đạo đức</w:t>
      </w:r>
    </w:p>
    <w:p/>
    <w:p>
      <w:r>
        <w:rPr>
          <w:b/>
          <w:sz w:val="24"/>
        </w:rPr>
        <w:t>Câu 42: Văn bản nào sau đây không phải là văn bản quy phạm pháp luật?</w:t>
      </w:r>
    </w:p>
    <w:p>
      <w:pPr>
        <w:pStyle w:val="ListParagraph"/>
      </w:pPr>
      <w:r>
        <w:rPr>
          <w:sz w:val="22"/>
        </w:rPr>
        <w:t>A. Hiến pháp</w:t>
      </w:r>
    </w:p>
    <w:p>
      <w:pPr>
        <w:pStyle w:val="ListParagraph"/>
      </w:pPr>
      <w:r>
        <w:rPr>
          <w:sz w:val="22"/>
        </w:rPr>
        <w:t>B. Luật</w:t>
      </w:r>
    </w:p>
    <w:p>
      <w:pPr>
        <w:pStyle w:val="ListParagraph"/>
      </w:pPr>
      <w:r>
        <w:rPr>
          <w:sz w:val="22"/>
        </w:rPr>
        <w:t>C. Nghị quyết của HĐND</w:t>
      </w:r>
    </w:p>
    <w:p>
      <w:pPr>
        <w:pStyle w:val="ListParagraph"/>
      </w:pPr>
      <w:r>
        <w:rPr>
          <w:sz w:val="22"/>
        </w:rPr>
        <w:t>D. Bản án của Tòa án</w:t>
      </w:r>
    </w:p>
    <w:p/>
    <w:p>
      <w:r>
        <w:rPr>
          <w:b/>
          <w:sz w:val="24"/>
        </w:rPr>
        <w:t>Câu 43: Nguyên tắc cơ bản của pháp luật Việt Nam là:</w:t>
      </w:r>
    </w:p>
    <w:p>
      <w:pPr>
        <w:pStyle w:val="ListParagraph"/>
      </w:pPr>
      <w:r>
        <w:rPr>
          <w:sz w:val="22"/>
        </w:rPr>
        <w:t>A. Bảo đảm quyền con người</w:t>
      </w:r>
    </w:p>
    <w:p>
      <w:pPr>
        <w:pStyle w:val="ListParagraph"/>
      </w:pPr>
      <w:r>
        <w:rPr>
          <w:sz w:val="22"/>
        </w:rPr>
        <w:t>B. Bình đẳng trước pháp luật</w:t>
      </w:r>
    </w:p>
    <w:p>
      <w:pPr>
        <w:pStyle w:val="ListParagraph"/>
      </w:pPr>
      <w:r>
        <w:rPr>
          <w:sz w:val="22"/>
        </w:rPr>
        <w:t>C. Dân chủ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44: Cơ quan nào có quyền ban hành Hiến pháp?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Chủ tịch nước</w:t>
      </w:r>
    </w:p>
    <w:p>
      <w:pPr>
        <w:pStyle w:val="ListParagraph"/>
      </w:pPr>
      <w:r>
        <w:rPr>
          <w:sz w:val="22"/>
        </w:rPr>
        <w:t>D. Tòa án nhân dân tối cao</w:t>
      </w:r>
    </w:p>
    <w:p/>
    <w:p>
      <w:r>
        <w:rPr>
          <w:b/>
          <w:sz w:val="24"/>
        </w:rPr>
        <w:t>Câu 45: Theo Hiến pháp 2013, cơ quan nào là cơ quan quyền lực nhà nước cao nhất?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Chủ tịch nước</w:t>
      </w:r>
    </w:p>
    <w:p>
      <w:pPr>
        <w:pStyle w:val="ListParagraph"/>
      </w:pPr>
      <w:r>
        <w:rPr>
          <w:sz w:val="22"/>
        </w:rPr>
        <w:t>D. Tòa án nhân dân tối cao</w:t>
      </w:r>
    </w:p>
    <w:p/>
    <w:p>
      <w:r>
        <w:rPr>
          <w:b/>
          <w:sz w:val="24"/>
        </w:rPr>
        <w:t>Câu 46: Công dân có nghĩa vụ tuân theo Hiến pháp và pháp luật. Đây là nghĩa vụ:</w:t>
      </w:r>
    </w:p>
    <w:p>
      <w:pPr>
        <w:pStyle w:val="ListParagraph"/>
      </w:pPr>
      <w:r>
        <w:rPr>
          <w:sz w:val="22"/>
        </w:rPr>
        <w:t>A. Bắt buộc</w:t>
      </w:r>
    </w:p>
    <w:p>
      <w:pPr>
        <w:pStyle w:val="ListParagraph"/>
      </w:pPr>
      <w:r>
        <w:rPr>
          <w:sz w:val="22"/>
        </w:rPr>
        <w:t>B. Tự nguyện</w:t>
      </w:r>
    </w:p>
    <w:p>
      <w:pPr>
        <w:pStyle w:val="ListParagraph"/>
      </w:pPr>
      <w:r>
        <w:rPr>
          <w:sz w:val="22"/>
        </w:rPr>
        <w:t>C. Không bắt buộc</w:t>
      </w:r>
    </w:p>
    <w:p>
      <w:pPr>
        <w:pStyle w:val="ListParagraph"/>
      </w:pPr>
      <w:r>
        <w:rPr>
          <w:sz w:val="22"/>
        </w:rPr>
        <w:t>D. Tùy ý</w:t>
      </w:r>
    </w:p>
    <w:p/>
    <w:p>
      <w:r>
        <w:rPr>
          <w:b/>
          <w:sz w:val="24"/>
        </w:rPr>
        <w:t>Câu 47: Hành vi nào sau đây là hành vi vi phạm pháp luật?</w:t>
      </w:r>
    </w:p>
    <w:p>
      <w:pPr>
        <w:pStyle w:val="ListParagraph"/>
      </w:pPr>
      <w:r>
        <w:rPr>
          <w:sz w:val="22"/>
        </w:rPr>
        <w:t>A. Đi xe máy không đội mũ bảo hiểm</w:t>
      </w:r>
    </w:p>
    <w:p>
      <w:pPr>
        <w:pStyle w:val="ListParagraph"/>
      </w:pPr>
      <w:r>
        <w:rPr>
          <w:sz w:val="22"/>
        </w:rPr>
        <w:t>B. Vượt đèn đỏ</w:t>
      </w:r>
    </w:p>
    <w:p>
      <w:pPr>
        <w:pStyle w:val="ListParagraph"/>
      </w:pPr>
      <w:r>
        <w:rPr>
          <w:sz w:val="22"/>
        </w:rPr>
        <w:t>C. Buôn bán hàng giả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48: Công dân có quyền khiếu nại, tố cáo khi:</w:t>
      </w:r>
    </w:p>
    <w:p>
      <w:pPr>
        <w:pStyle w:val="ListParagraph"/>
      </w:pPr>
      <w:r>
        <w:rPr>
          <w:sz w:val="22"/>
        </w:rPr>
        <w:t>A. Quyền lợi bị xâm phạm</w:t>
      </w:r>
    </w:p>
    <w:p>
      <w:pPr>
        <w:pStyle w:val="ListParagraph"/>
      </w:pPr>
      <w:r>
        <w:rPr>
          <w:sz w:val="22"/>
        </w:rPr>
        <w:t>B. Thấy hành vi vi phạm pháp luật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Không có lý do</w:t>
      </w:r>
    </w:p>
    <w:p/>
    <w:p>
      <w:r>
        <w:rPr>
          <w:b/>
          <w:sz w:val="24"/>
        </w:rPr>
        <w:t>Câu 49: Theo Hiến pháp 2013, mọi người đều bình đẳng trước:</w:t>
      </w:r>
    </w:p>
    <w:p>
      <w:pPr>
        <w:pStyle w:val="ListParagraph"/>
      </w:pPr>
      <w:r>
        <w:rPr>
          <w:sz w:val="22"/>
        </w:rPr>
        <w:t>A. Pháp luật</w:t>
      </w:r>
    </w:p>
    <w:p>
      <w:pPr>
        <w:pStyle w:val="ListParagraph"/>
      </w:pPr>
      <w:r>
        <w:rPr>
          <w:sz w:val="22"/>
        </w:rPr>
        <w:t>B. Nhà nước</w:t>
      </w:r>
    </w:p>
    <w:p>
      <w:pPr>
        <w:pStyle w:val="ListParagraph"/>
      </w:pPr>
      <w:r>
        <w:rPr>
          <w:sz w:val="22"/>
        </w:rPr>
        <w:t>C. Xã hội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50: Quyền nào sau đây không phải là quyền dân sự của công dân?</w:t>
      </w:r>
    </w:p>
    <w:p>
      <w:pPr>
        <w:pStyle w:val="ListParagraph"/>
      </w:pPr>
      <w:r>
        <w:rPr>
          <w:sz w:val="22"/>
        </w:rPr>
        <w:t>A. Quyền bất khả xâm phạm về thân thể</w:t>
      </w:r>
    </w:p>
    <w:p>
      <w:pPr>
        <w:pStyle w:val="ListParagraph"/>
      </w:pPr>
      <w:r>
        <w:rPr>
          <w:sz w:val="22"/>
        </w:rPr>
        <w:t>B. Quyền tự do ngôn luận</w:t>
      </w:r>
    </w:p>
    <w:p>
      <w:pPr>
        <w:pStyle w:val="ListParagraph"/>
      </w:pPr>
      <w:r>
        <w:rPr>
          <w:sz w:val="22"/>
        </w:rPr>
        <w:t>C. Quyền bầu cử</w:t>
      </w:r>
    </w:p>
    <w:p>
      <w:pPr>
        <w:pStyle w:val="ListParagraph"/>
      </w:pPr>
      <w:r>
        <w:rPr>
          <w:sz w:val="22"/>
        </w:rPr>
        <w:t>D. Quyền tự do tín ngưỡng</w:t>
      </w:r>
    </w:p>
    <w:p/>
    <w:p>
      <w:r>
        <w:rPr>
          <w:b/>
          <w:sz w:val="24"/>
        </w:rPr>
        <w:t>Câu 51: Công dân có trách nhiệm gì trong việc bảo vệ môi trường?</w:t>
      </w:r>
    </w:p>
    <w:p>
      <w:pPr>
        <w:pStyle w:val="ListParagraph"/>
      </w:pPr>
      <w:r>
        <w:rPr>
          <w:sz w:val="22"/>
        </w:rPr>
        <w:t>A. Không xả rác bừa bãi</w:t>
      </w:r>
    </w:p>
    <w:p>
      <w:pPr>
        <w:pStyle w:val="ListParagraph"/>
      </w:pPr>
      <w:r>
        <w:rPr>
          <w:sz w:val="22"/>
        </w:rPr>
        <w:t>B. Tham gia các hoạt động bảo vệ môi trường</w:t>
      </w:r>
    </w:p>
    <w:p>
      <w:pPr>
        <w:pStyle w:val="ListParagraph"/>
      </w:pPr>
      <w:r>
        <w:rPr>
          <w:sz w:val="22"/>
        </w:rPr>
        <w:t>C. Tuyên truyền cho mọi người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52: Theo quy định của pháp luật, độ tuổi kết hôn của nam là:</w:t>
      </w:r>
    </w:p>
    <w:p>
      <w:pPr>
        <w:pStyle w:val="ListParagraph"/>
      </w:pPr>
      <w:r>
        <w:rPr>
          <w:sz w:val="22"/>
        </w:rPr>
        <w:t>A. 18 tuổi</w:t>
      </w:r>
    </w:p>
    <w:p>
      <w:pPr>
        <w:pStyle w:val="ListParagraph"/>
      </w:pPr>
      <w:r>
        <w:rPr>
          <w:sz w:val="22"/>
        </w:rPr>
        <w:t>B. 20 tuổi</w:t>
      </w:r>
    </w:p>
    <w:p>
      <w:pPr>
        <w:pStyle w:val="ListParagraph"/>
      </w:pPr>
      <w:r>
        <w:rPr>
          <w:sz w:val="22"/>
        </w:rPr>
        <w:t>C. 22 tuổi</w:t>
      </w:r>
    </w:p>
    <w:p>
      <w:pPr>
        <w:pStyle w:val="ListParagraph"/>
      </w:pPr>
      <w:r>
        <w:rPr>
          <w:sz w:val="22"/>
        </w:rPr>
        <w:t>D. 25 tuổi</w:t>
      </w:r>
    </w:p>
    <w:p/>
    <w:p>
      <w:r>
        <w:rPr>
          <w:b/>
          <w:sz w:val="24"/>
        </w:rPr>
        <w:t>Câu 53: Theo quy định của pháp luật, độ tuổi kết hôn của nữ là:</w:t>
      </w:r>
    </w:p>
    <w:p>
      <w:pPr>
        <w:pStyle w:val="ListParagraph"/>
      </w:pPr>
      <w:r>
        <w:rPr>
          <w:sz w:val="22"/>
        </w:rPr>
        <w:t>A. 18 tuổi</w:t>
      </w:r>
    </w:p>
    <w:p>
      <w:pPr>
        <w:pStyle w:val="ListParagraph"/>
      </w:pPr>
      <w:r>
        <w:rPr>
          <w:sz w:val="22"/>
        </w:rPr>
        <w:t>B. 20 tuổi</w:t>
      </w:r>
    </w:p>
    <w:p>
      <w:pPr>
        <w:pStyle w:val="ListParagraph"/>
      </w:pPr>
      <w:r>
        <w:rPr>
          <w:sz w:val="22"/>
        </w:rPr>
        <w:t>C. 22 tuổi</w:t>
      </w:r>
    </w:p>
    <w:p>
      <w:pPr>
        <w:pStyle w:val="ListParagraph"/>
      </w:pPr>
      <w:r>
        <w:rPr>
          <w:sz w:val="22"/>
        </w:rPr>
        <w:t>D. 25 tuổi</w:t>
      </w:r>
    </w:p>
    <w:p/>
    <w:p>
      <w:r>
        <w:rPr>
          <w:b/>
          <w:sz w:val="24"/>
        </w:rPr>
        <w:t>Câu 54: Công dân có quyền tự do kinh doanh nhưng phải:</w:t>
      </w:r>
    </w:p>
    <w:p>
      <w:pPr>
        <w:pStyle w:val="ListParagraph"/>
      </w:pPr>
      <w:r>
        <w:rPr>
          <w:sz w:val="22"/>
        </w:rPr>
        <w:t>A. Tuân theo pháp luật</w:t>
      </w:r>
    </w:p>
    <w:p>
      <w:pPr>
        <w:pStyle w:val="ListParagraph"/>
      </w:pPr>
      <w:r>
        <w:rPr>
          <w:sz w:val="22"/>
        </w:rPr>
        <w:t>B. Đóng thuế đầy đủ</w:t>
      </w:r>
    </w:p>
    <w:p>
      <w:pPr>
        <w:pStyle w:val="ListParagraph"/>
      </w:pPr>
      <w:r>
        <w:rPr>
          <w:sz w:val="22"/>
        </w:rPr>
        <w:t>C. Không làm tổn hại đến lợi ích chung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55: Hành vi nào sau đây bị pháp luật nghiêm cấm?</w:t>
      </w:r>
    </w:p>
    <w:p>
      <w:pPr>
        <w:pStyle w:val="ListParagraph"/>
      </w:pPr>
      <w:r>
        <w:rPr>
          <w:sz w:val="22"/>
        </w:rPr>
        <w:t>A. Buôn bán hàng hóa</w:t>
      </w:r>
    </w:p>
    <w:p>
      <w:pPr>
        <w:pStyle w:val="ListParagraph"/>
      </w:pPr>
      <w:r>
        <w:rPr>
          <w:sz w:val="22"/>
        </w:rPr>
        <w:t>B. Kinh doanh hợp pháp</w:t>
      </w:r>
    </w:p>
    <w:p>
      <w:pPr>
        <w:pStyle w:val="ListParagraph"/>
      </w:pPr>
      <w:r>
        <w:rPr>
          <w:sz w:val="22"/>
        </w:rPr>
        <w:t>C. Buôn bán hàng giả</w:t>
      </w:r>
    </w:p>
    <w:p>
      <w:pPr>
        <w:pStyle w:val="ListParagraph"/>
      </w:pPr>
      <w:r>
        <w:rPr>
          <w:sz w:val="22"/>
        </w:rPr>
        <w:t>D. Đóng thuế</w:t>
      </w:r>
    </w:p>
    <w:p/>
    <w:p>
      <w:r>
        <w:rPr>
          <w:b/>
          <w:sz w:val="24"/>
        </w:rPr>
        <w:t>Câu 56: Theo Hiến pháp 2013, quyền nào dưới đây là quyền chính trị của công dân?</w:t>
      </w:r>
    </w:p>
    <w:p>
      <w:pPr>
        <w:pStyle w:val="ListParagraph"/>
      </w:pPr>
      <w:r>
        <w:rPr>
          <w:sz w:val="22"/>
        </w:rPr>
        <w:t>A. Quyền bầu cử</w:t>
      </w:r>
    </w:p>
    <w:p>
      <w:pPr>
        <w:pStyle w:val="ListParagraph"/>
      </w:pPr>
      <w:r>
        <w:rPr>
          <w:sz w:val="22"/>
        </w:rPr>
        <w:t>B. Quyền tự do ngôn luận</w:t>
      </w:r>
    </w:p>
    <w:p>
      <w:pPr>
        <w:pStyle w:val="ListParagraph"/>
      </w:pPr>
      <w:r>
        <w:rPr>
          <w:sz w:val="22"/>
        </w:rPr>
        <w:t>C. Quyền tham gia quản lý nhà nước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57: Công dân có nghĩa vụ bảo vệ Tổ quốc. Điều này có nghĩa là:</w:t>
      </w:r>
    </w:p>
    <w:p>
      <w:pPr>
        <w:pStyle w:val="ListParagraph"/>
      </w:pPr>
      <w:r>
        <w:rPr>
          <w:sz w:val="22"/>
        </w:rPr>
        <w:t>A. Tham gia nghĩa vụ quân sự khi đủ tuổi</w:t>
      </w:r>
    </w:p>
    <w:p>
      <w:pPr>
        <w:pStyle w:val="ListParagraph"/>
      </w:pPr>
      <w:r>
        <w:rPr>
          <w:sz w:val="22"/>
        </w:rPr>
        <w:t>B. Bảo vệ chủ quyền đất nước</w:t>
      </w:r>
    </w:p>
    <w:p>
      <w:pPr>
        <w:pStyle w:val="ListParagraph"/>
      </w:pPr>
      <w:r>
        <w:rPr>
          <w:sz w:val="22"/>
        </w:rPr>
        <w:t>C. Đấu tranh chống kẻ thù xâm lược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58: Pháp luật có vai trò nào sau đây?</w:t>
      </w:r>
    </w:p>
    <w:p>
      <w:pPr>
        <w:pStyle w:val="ListParagraph"/>
      </w:pPr>
      <w:r>
        <w:rPr>
          <w:sz w:val="22"/>
        </w:rPr>
        <w:t>A. Bảo vệ quyền và lợi ích hợp pháp của công dân</w:t>
      </w:r>
    </w:p>
    <w:p>
      <w:pPr>
        <w:pStyle w:val="ListParagraph"/>
      </w:pPr>
      <w:r>
        <w:rPr>
          <w:sz w:val="22"/>
        </w:rPr>
        <w:t>B. Duy trì trật tự xã hội</w:t>
      </w:r>
    </w:p>
    <w:p>
      <w:pPr>
        <w:pStyle w:val="ListParagraph"/>
      </w:pPr>
      <w:r>
        <w:rPr>
          <w:sz w:val="22"/>
        </w:rPr>
        <w:t>C. Thúc đẩy phát triển kinh tế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59: Hành vi tôn trọng pháp luật là:</w:t>
      </w:r>
    </w:p>
    <w:p>
      <w:pPr>
        <w:pStyle w:val="ListParagraph"/>
      </w:pPr>
      <w:r>
        <w:rPr>
          <w:sz w:val="22"/>
        </w:rPr>
        <w:t>A. Tự giác tuân thủ pháp luật</w:t>
      </w:r>
    </w:p>
    <w:p>
      <w:pPr>
        <w:pStyle w:val="ListParagraph"/>
      </w:pPr>
      <w:r>
        <w:rPr>
          <w:sz w:val="22"/>
        </w:rPr>
        <w:t>B. Làm theo pháp luật</w:t>
      </w:r>
    </w:p>
    <w:p>
      <w:pPr>
        <w:pStyle w:val="ListParagraph"/>
      </w:pPr>
      <w:r>
        <w:rPr>
          <w:sz w:val="22"/>
        </w:rPr>
        <w:t>C. Không vi phạm pháp luật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60: Công dân có trách nhiệm phát hiện và tố cáo hành vi vi phạm pháp luật. Đây là thể hiện:</w:t>
      </w:r>
    </w:p>
    <w:p>
      <w:pPr>
        <w:pStyle w:val="ListParagraph"/>
      </w:pPr>
      <w:r>
        <w:rPr>
          <w:sz w:val="22"/>
        </w:rPr>
        <w:t>A. Quyền và nghĩa vụ của công dân</w:t>
      </w:r>
    </w:p>
    <w:p>
      <w:pPr>
        <w:pStyle w:val="ListParagraph"/>
      </w:pPr>
      <w:r>
        <w:rPr>
          <w:sz w:val="22"/>
        </w:rPr>
        <w:t>B. Quyền tự do</w:t>
      </w:r>
    </w:p>
    <w:p>
      <w:pPr>
        <w:pStyle w:val="ListParagraph"/>
      </w:pPr>
      <w:r>
        <w:rPr>
          <w:sz w:val="22"/>
        </w:rPr>
        <w:t>C. Nghĩa vụ bắt buộc</w:t>
      </w:r>
    </w:p>
    <w:p>
      <w:pPr>
        <w:pStyle w:val="ListParagraph"/>
      </w:pPr>
      <w:r>
        <w:rPr>
          <w:sz w:val="22"/>
        </w:rPr>
        <w:t>D. Quyền dân chủ</w:t>
      </w:r>
    </w:p>
    <w:p/>
    <w:p>
      <w:r>
        <w:rPr>
          <w:b/>
          <w:sz w:val="24"/>
        </w:rPr>
        <w:t>Câu 61: Theo pháp luật, mọi người đều có quyền làm việc, tự do lựa chọn việc làm. Đây là quyền:</w:t>
      </w:r>
    </w:p>
    <w:p>
      <w:pPr>
        <w:pStyle w:val="ListParagraph"/>
      </w:pPr>
      <w:r>
        <w:rPr>
          <w:sz w:val="22"/>
        </w:rPr>
        <w:t>A. Tự do lao động</w:t>
      </w:r>
    </w:p>
    <w:p>
      <w:pPr>
        <w:pStyle w:val="ListParagraph"/>
      </w:pPr>
      <w:r>
        <w:rPr>
          <w:sz w:val="22"/>
        </w:rPr>
        <w:t>B. Tự do kinh doanh</w:t>
      </w:r>
    </w:p>
    <w:p>
      <w:pPr>
        <w:pStyle w:val="ListParagraph"/>
      </w:pPr>
      <w:r>
        <w:rPr>
          <w:sz w:val="22"/>
        </w:rPr>
        <w:t>C. Tự do ngôn luận</w:t>
      </w:r>
    </w:p>
    <w:p>
      <w:pPr>
        <w:pStyle w:val="ListParagraph"/>
      </w:pPr>
      <w:r>
        <w:rPr>
          <w:sz w:val="22"/>
        </w:rPr>
        <w:t>D. Tự do tín ngưỡng</w:t>
      </w:r>
    </w:p>
    <w:p/>
    <w:p>
      <w:r>
        <w:rPr>
          <w:b/>
          <w:sz w:val="24"/>
        </w:rPr>
        <w:t>Câu 62: Công dân có quyền được bảo đảm an sinh xã hội. Điều này thuộc nhóm quyền:</w:t>
      </w:r>
    </w:p>
    <w:p>
      <w:pPr>
        <w:pStyle w:val="ListParagraph"/>
      </w:pPr>
      <w:r>
        <w:rPr>
          <w:sz w:val="22"/>
        </w:rPr>
        <w:t>A. Dân sự</w:t>
      </w:r>
    </w:p>
    <w:p>
      <w:pPr>
        <w:pStyle w:val="ListParagraph"/>
      </w:pPr>
      <w:r>
        <w:rPr>
          <w:sz w:val="22"/>
        </w:rPr>
        <w:t>B. Kinh tế, xã hội</w:t>
      </w:r>
    </w:p>
    <w:p>
      <w:pPr>
        <w:pStyle w:val="ListParagraph"/>
      </w:pPr>
      <w:r>
        <w:rPr>
          <w:sz w:val="22"/>
        </w:rPr>
        <w:t>C. Chính trị</w:t>
      </w:r>
    </w:p>
    <w:p>
      <w:pPr>
        <w:pStyle w:val="ListParagraph"/>
      </w:pPr>
      <w:r>
        <w:rPr>
          <w:sz w:val="22"/>
        </w:rPr>
        <w:t>D. Văn hóa</w:t>
      </w:r>
    </w:p>
    <w:p/>
    <w:p>
      <w:r>
        <w:rPr>
          <w:b/>
          <w:sz w:val="24"/>
        </w:rPr>
        <w:t>Câu 63: Theo Hiến pháp 2013, không ai bị bắt nếu không có quyết định của Tòa án, quyết định hoặc phê chuẩn của Viện kiểm sát, trừ trường hợp:</w:t>
      </w:r>
    </w:p>
    <w:p>
      <w:pPr>
        <w:pStyle w:val="ListParagraph"/>
      </w:pPr>
      <w:r>
        <w:rPr>
          <w:sz w:val="22"/>
        </w:rPr>
        <w:t>A. Phạm tội quả tang</w:t>
      </w:r>
    </w:p>
    <w:p>
      <w:pPr>
        <w:pStyle w:val="ListParagraph"/>
      </w:pPr>
      <w:r>
        <w:rPr>
          <w:sz w:val="22"/>
        </w:rPr>
        <w:t>B. Có hành vi vi phạm</w:t>
      </w:r>
    </w:p>
    <w:p>
      <w:pPr>
        <w:pStyle w:val="ListParagraph"/>
      </w:pPr>
      <w:r>
        <w:rPr>
          <w:sz w:val="22"/>
        </w:rPr>
        <w:t>C. Bị nghi ngờ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64: Công dân có quyền bất khả xâm phạm về chỗ ở. Điều này có nghĩa là:</w:t>
      </w:r>
    </w:p>
    <w:p>
      <w:pPr>
        <w:pStyle w:val="ListParagraph"/>
      </w:pPr>
      <w:r>
        <w:rPr>
          <w:sz w:val="22"/>
        </w:rPr>
        <w:t>A. Không ai được tự ý vào chỗ ở của người khác</w:t>
      </w:r>
    </w:p>
    <w:p>
      <w:pPr>
        <w:pStyle w:val="ListParagraph"/>
      </w:pPr>
      <w:r>
        <w:rPr>
          <w:sz w:val="22"/>
        </w:rPr>
        <w:t>B. Chỉ được khám xét khi có lệnh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Ai cũng có thể vào</w:t>
      </w:r>
    </w:p>
    <w:p/>
    <w:p>
      <w:r>
        <w:rPr>
          <w:b/>
          <w:sz w:val="24"/>
        </w:rPr>
        <w:t>Câu 65: Quyền tự do ngôn luận của công dân được thể hiện qua việc:</w:t>
      </w:r>
    </w:p>
    <w:p>
      <w:pPr>
        <w:pStyle w:val="ListParagraph"/>
      </w:pPr>
      <w:r>
        <w:rPr>
          <w:sz w:val="22"/>
        </w:rPr>
        <w:t>A. Phát biểu ý kiến</w:t>
      </w:r>
    </w:p>
    <w:p>
      <w:pPr>
        <w:pStyle w:val="ListParagraph"/>
      </w:pPr>
      <w:r>
        <w:rPr>
          <w:sz w:val="22"/>
        </w:rPr>
        <w:t>B. Viết bài báo</w:t>
      </w:r>
    </w:p>
    <w:p>
      <w:pPr>
        <w:pStyle w:val="ListParagraph"/>
      </w:pPr>
      <w:r>
        <w:rPr>
          <w:sz w:val="22"/>
        </w:rPr>
        <w:t>C. Biểu đạt chính kiến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66: Theo pháp luật, công dân có quyền tham gia quản lý nhà nước và xã hội bằng cách:</w:t>
      </w:r>
    </w:p>
    <w:p>
      <w:pPr>
        <w:pStyle w:val="ListParagraph"/>
      </w:pPr>
      <w:r>
        <w:rPr>
          <w:sz w:val="22"/>
        </w:rPr>
        <w:t>A. Bầu cử đại biểu Quốc hội</w:t>
      </w:r>
    </w:p>
    <w:p>
      <w:pPr>
        <w:pStyle w:val="ListParagraph"/>
      </w:pPr>
      <w:r>
        <w:rPr>
          <w:sz w:val="22"/>
        </w:rPr>
        <w:t>B. Ứng cử vào HĐND</w:t>
      </w:r>
    </w:p>
    <w:p>
      <w:pPr>
        <w:pStyle w:val="ListParagraph"/>
      </w:pPr>
      <w:r>
        <w:rPr>
          <w:sz w:val="22"/>
        </w:rPr>
        <w:t>C. Góp ý dự thảo luật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67: Công dân có nghĩa vụ đóng thuế để:</w:t>
      </w:r>
    </w:p>
    <w:p>
      <w:pPr>
        <w:pStyle w:val="ListParagraph"/>
      </w:pPr>
      <w:r>
        <w:rPr>
          <w:sz w:val="22"/>
        </w:rPr>
        <w:t>A. Xây dựng đất nước</w:t>
      </w:r>
    </w:p>
    <w:p>
      <w:pPr>
        <w:pStyle w:val="ListParagraph"/>
      </w:pPr>
      <w:r>
        <w:rPr>
          <w:sz w:val="22"/>
        </w:rPr>
        <w:t>B. Đảm bảo an sinh xã hội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Không có nghĩa vụ</w:t>
      </w:r>
    </w:p>
    <w:p/>
    <w:p>
      <w:r>
        <w:rPr>
          <w:b/>
          <w:sz w:val="24"/>
        </w:rPr>
        <w:t>Câu 68: Hành vi nào sau đây không vi phạm pháp luật?</w:t>
      </w:r>
    </w:p>
    <w:p>
      <w:pPr>
        <w:pStyle w:val="ListParagraph"/>
      </w:pPr>
      <w:r>
        <w:rPr>
          <w:sz w:val="22"/>
        </w:rPr>
        <w:t>A. Đi xe đạp hàng ba</w:t>
      </w:r>
    </w:p>
    <w:p>
      <w:pPr>
        <w:pStyle w:val="ListParagraph"/>
      </w:pPr>
      <w:r>
        <w:rPr>
          <w:sz w:val="22"/>
        </w:rPr>
        <w:t>B. Vượt đèn đỏ</w:t>
      </w:r>
    </w:p>
    <w:p>
      <w:pPr>
        <w:pStyle w:val="ListParagraph"/>
      </w:pPr>
      <w:r>
        <w:rPr>
          <w:sz w:val="22"/>
        </w:rPr>
        <w:t>C. Đội mũ bảo hiểm khi đi xe máy</w:t>
      </w:r>
    </w:p>
    <w:p>
      <w:pPr>
        <w:pStyle w:val="ListParagraph"/>
      </w:pPr>
      <w:r>
        <w:rPr>
          <w:sz w:val="22"/>
        </w:rPr>
        <w:t>D. Xả rác ra đường</w:t>
      </w:r>
    </w:p>
    <w:p/>
    <w:p>
      <w:r>
        <w:rPr>
          <w:b/>
          <w:sz w:val="24"/>
        </w:rPr>
        <w:t>Câu 69: Theo Hiến pháp 2013, mọi công dân đều có quyền:</w:t>
      </w:r>
    </w:p>
    <w:p>
      <w:pPr>
        <w:pStyle w:val="ListParagraph"/>
      </w:pPr>
      <w:r>
        <w:rPr>
          <w:sz w:val="22"/>
        </w:rPr>
        <w:t>A. Tự do tín ngưỡng, tôn giáo</w:t>
      </w:r>
    </w:p>
    <w:p>
      <w:pPr>
        <w:pStyle w:val="ListParagraph"/>
      </w:pPr>
      <w:r>
        <w:rPr>
          <w:sz w:val="22"/>
        </w:rPr>
        <w:t>B. Tự do đi lại</w:t>
      </w:r>
    </w:p>
    <w:p>
      <w:pPr>
        <w:pStyle w:val="ListParagraph"/>
      </w:pPr>
      <w:r>
        <w:rPr>
          <w:sz w:val="22"/>
        </w:rPr>
        <w:t>C. Tự do ngôn luận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70: Pháp luật quy định công dân có quyền học tập. Điều này có nghĩa là:</w:t>
      </w:r>
    </w:p>
    <w:p>
      <w:pPr>
        <w:pStyle w:val="ListParagraph"/>
      </w:pPr>
      <w:r>
        <w:rPr>
          <w:sz w:val="22"/>
        </w:rPr>
        <w:t>A. Mọi người đều có quyền học</w:t>
      </w:r>
    </w:p>
    <w:p>
      <w:pPr>
        <w:pStyle w:val="ListParagraph"/>
      </w:pPr>
      <w:r>
        <w:rPr>
          <w:sz w:val="22"/>
        </w:rPr>
        <w:t>B. Học không hạn chế</w:t>
      </w:r>
    </w:p>
    <w:p>
      <w:pPr>
        <w:pStyle w:val="ListParagraph"/>
      </w:pPr>
      <w:r>
        <w:rPr>
          <w:sz w:val="22"/>
        </w:rPr>
        <w:t>C. Học thường xuyên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71: Theo pháp luật, công dân có quyền tự do kinh doanh nhưng không được:</w:t>
      </w:r>
    </w:p>
    <w:p>
      <w:pPr>
        <w:pStyle w:val="ListParagraph"/>
      </w:pPr>
      <w:r>
        <w:rPr>
          <w:sz w:val="22"/>
        </w:rPr>
        <w:t>A. Kinh doanh hàng giả</w:t>
      </w:r>
    </w:p>
    <w:p>
      <w:pPr>
        <w:pStyle w:val="ListParagraph"/>
      </w:pPr>
      <w:r>
        <w:rPr>
          <w:sz w:val="22"/>
        </w:rPr>
        <w:t>B. Kinh doanh hàng nhập lậu</w:t>
      </w:r>
    </w:p>
    <w:p>
      <w:pPr>
        <w:pStyle w:val="ListParagraph"/>
      </w:pPr>
      <w:r>
        <w:rPr>
          <w:sz w:val="22"/>
        </w:rPr>
        <w:t>C. Kinh doanh hàng cấm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72: Công dân có nghĩa vụ bảo vệ môi trường. Điều này thể hiện:</w:t>
      </w:r>
    </w:p>
    <w:p>
      <w:pPr>
        <w:pStyle w:val="ListParagraph"/>
      </w:pPr>
      <w:r>
        <w:rPr>
          <w:sz w:val="22"/>
        </w:rPr>
        <w:t>A. Trách nhiệm với xã hội</w:t>
      </w:r>
    </w:p>
    <w:p>
      <w:pPr>
        <w:pStyle w:val="ListParagraph"/>
      </w:pPr>
      <w:r>
        <w:rPr>
          <w:sz w:val="22"/>
        </w:rPr>
        <w:t>B. Nghĩa vụ pháp lý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Không có nghĩa vụ</w:t>
      </w:r>
    </w:p>
    <w:p/>
    <w:p>
      <w:r>
        <w:rPr>
          <w:b/>
          <w:sz w:val="24"/>
        </w:rPr>
        <w:t>Câu 73: Theo Hiến pháp 2013, quyền con người, quyền công dân bị hạn chế khi:</w:t>
      </w:r>
    </w:p>
    <w:p>
      <w:pPr>
        <w:pStyle w:val="ListParagraph"/>
      </w:pPr>
      <w:r>
        <w:rPr>
          <w:sz w:val="22"/>
        </w:rPr>
        <w:t>A. Vì lý do quốc phòng, an ninh</w:t>
      </w:r>
    </w:p>
    <w:p>
      <w:pPr>
        <w:pStyle w:val="ListParagraph"/>
      </w:pPr>
      <w:r>
        <w:rPr>
          <w:sz w:val="22"/>
        </w:rPr>
        <w:t>B. Vì trật tự, an toàn xã hội</w:t>
      </w:r>
    </w:p>
    <w:p>
      <w:pPr>
        <w:pStyle w:val="ListParagraph"/>
      </w:pPr>
      <w:r>
        <w:rPr>
          <w:sz w:val="22"/>
        </w:rPr>
        <w:t>C. Vì đạo đức, sức khỏe cộng đồng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74: Công dân có trách nhiệm tuân theo Hiến pháp và pháp luật. Đây là:</w:t>
      </w:r>
    </w:p>
    <w:p>
      <w:pPr>
        <w:pStyle w:val="ListParagraph"/>
      </w:pPr>
      <w:r>
        <w:rPr>
          <w:sz w:val="22"/>
        </w:rPr>
        <w:t>A. Nghĩa vụ bắt buộc</w:t>
      </w:r>
    </w:p>
    <w:p>
      <w:pPr>
        <w:pStyle w:val="ListParagraph"/>
      </w:pPr>
      <w:r>
        <w:rPr>
          <w:sz w:val="22"/>
        </w:rPr>
        <w:t>B. Quyền tự do</w:t>
      </w:r>
    </w:p>
    <w:p>
      <w:pPr>
        <w:pStyle w:val="ListParagraph"/>
      </w:pPr>
      <w:r>
        <w:rPr>
          <w:sz w:val="22"/>
        </w:rPr>
        <w:t>C. Sự tự nguyện</w:t>
      </w:r>
    </w:p>
    <w:p>
      <w:pPr>
        <w:pStyle w:val="ListParagraph"/>
      </w:pPr>
      <w:r>
        <w:rPr>
          <w:sz w:val="22"/>
        </w:rPr>
        <w:t>D. Không bắt buộc</w:t>
      </w:r>
    </w:p>
    <w:p/>
    <w:p>
      <w:r>
        <w:rPr>
          <w:b/>
          <w:sz w:val="24"/>
        </w:rPr>
        <w:t>Câu 75: Theo pháp luật, mọi người có quyền bình đẳng trong việc:</w:t>
      </w:r>
    </w:p>
    <w:p>
      <w:pPr>
        <w:pStyle w:val="ListParagraph"/>
      </w:pPr>
      <w:r>
        <w:rPr>
          <w:sz w:val="22"/>
        </w:rPr>
        <w:t>A. Tham gia quan hệ lao động</w:t>
      </w:r>
    </w:p>
    <w:p>
      <w:pPr>
        <w:pStyle w:val="ListParagraph"/>
      </w:pPr>
      <w:r>
        <w:rPr>
          <w:sz w:val="22"/>
        </w:rPr>
        <w:t>B. Hưởng quyền và làm nghĩa vụ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Không bình đẳng</w:t>
      </w:r>
    </w:p>
    <w:p/>
    <w:p>
      <w:r>
        <w:rPr>
          <w:b/>
          <w:sz w:val="24"/>
        </w:rPr>
        <w:t>Câu 76: Công dân có quyền được pháp luật bảo hộ về tính mạng, sức khỏe, danh dự, nhân phẩm. Đây là quyền:</w:t>
      </w:r>
    </w:p>
    <w:p>
      <w:pPr>
        <w:pStyle w:val="ListParagraph"/>
      </w:pPr>
      <w:r>
        <w:rPr>
          <w:sz w:val="22"/>
        </w:rPr>
        <w:t>A. Dân sự</w:t>
      </w:r>
    </w:p>
    <w:p>
      <w:pPr>
        <w:pStyle w:val="ListParagraph"/>
      </w:pPr>
      <w:r>
        <w:rPr>
          <w:sz w:val="22"/>
        </w:rPr>
        <w:t>B. Chính trị</w:t>
      </w:r>
    </w:p>
    <w:p>
      <w:pPr>
        <w:pStyle w:val="ListParagraph"/>
      </w:pPr>
      <w:r>
        <w:rPr>
          <w:sz w:val="22"/>
        </w:rPr>
        <w:t>C. Kinh tế</w:t>
      </w:r>
    </w:p>
    <w:p>
      <w:pPr>
        <w:pStyle w:val="ListParagraph"/>
      </w:pPr>
      <w:r>
        <w:rPr>
          <w:sz w:val="22"/>
        </w:rPr>
        <w:t>D. Văn hóa</w:t>
      </w:r>
    </w:p>
    <w:p/>
    <w:p>
      <w:r>
        <w:rPr>
          <w:b/>
          <w:sz w:val="24"/>
        </w:rPr>
        <w:t>Câu 77: Theo quy định, người từ đủ 16 tuổi đến dưới 18 tuổi có quyền:</w:t>
      </w:r>
    </w:p>
    <w:p>
      <w:pPr>
        <w:pStyle w:val="ListParagraph"/>
      </w:pPr>
      <w:r>
        <w:rPr>
          <w:sz w:val="22"/>
        </w:rPr>
        <w:t>A. Bầu cử</w:t>
      </w:r>
    </w:p>
    <w:p>
      <w:pPr>
        <w:pStyle w:val="ListParagraph"/>
      </w:pPr>
      <w:r>
        <w:rPr>
          <w:sz w:val="22"/>
        </w:rPr>
        <w:t>B. Ứng cử</w:t>
      </w:r>
    </w:p>
    <w:p>
      <w:pPr>
        <w:pStyle w:val="ListParagraph"/>
      </w:pPr>
      <w:r>
        <w:rPr>
          <w:sz w:val="22"/>
        </w:rPr>
        <w:t>C. Kết hôn</w:t>
      </w:r>
    </w:p>
    <w:p>
      <w:pPr>
        <w:pStyle w:val="ListParagraph"/>
      </w:pPr>
      <w:r>
        <w:rPr>
          <w:sz w:val="22"/>
        </w:rPr>
        <w:t>D. Lao động</w:t>
      </w:r>
    </w:p>
    <w:p/>
    <w:p>
      <w:r>
        <w:rPr>
          <w:b/>
          <w:sz w:val="24"/>
        </w:rPr>
        <w:t>Câu 78: Công dân có quyền tự do tín ngưỡng, tôn giáo. Điều này có nghĩa là:</w:t>
      </w:r>
    </w:p>
    <w:p>
      <w:pPr>
        <w:pStyle w:val="ListParagraph"/>
      </w:pPr>
      <w:r>
        <w:rPr>
          <w:sz w:val="22"/>
        </w:rPr>
        <w:t>A. Tự do theo một tôn giáo</w:t>
      </w:r>
    </w:p>
    <w:p>
      <w:pPr>
        <w:pStyle w:val="ListParagraph"/>
      </w:pPr>
      <w:r>
        <w:rPr>
          <w:sz w:val="22"/>
        </w:rPr>
        <w:t>B. Không theo tôn giáo nào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Bắt buộc phải theo tôn giáo</w:t>
      </w:r>
    </w:p>
    <w:p/>
    <w:p>
      <w:r>
        <w:rPr>
          <w:b/>
          <w:sz w:val="24"/>
        </w:rPr>
        <w:t>Câu 79: Hành vi nào sau đây là biểu hiện của việc tôn trọng pháp luật?</w:t>
      </w:r>
    </w:p>
    <w:p>
      <w:pPr>
        <w:pStyle w:val="ListParagraph"/>
      </w:pPr>
      <w:r>
        <w:rPr>
          <w:sz w:val="22"/>
        </w:rPr>
        <w:t>A. Đi đúng làn đường</w:t>
      </w:r>
    </w:p>
    <w:p>
      <w:pPr>
        <w:pStyle w:val="ListParagraph"/>
      </w:pPr>
      <w:r>
        <w:rPr>
          <w:sz w:val="22"/>
        </w:rPr>
        <w:t>B. Không vượt đèn đỏ</w:t>
      </w:r>
    </w:p>
    <w:p>
      <w:pPr>
        <w:pStyle w:val="ListParagraph"/>
      </w:pPr>
      <w:r>
        <w:rPr>
          <w:sz w:val="22"/>
        </w:rPr>
        <w:t>C. Không xả rác bừa bãi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80: Theo Hiến pháp 2013, công dân có quyền tham gia quản lý nhà nước và xã hội ở phạm vi:</w:t>
      </w:r>
    </w:p>
    <w:p>
      <w:pPr>
        <w:pStyle w:val="ListParagraph"/>
      </w:pPr>
      <w:r>
        <w:rPr>
          <w:sz w:val="22"/>
        </w:rPr>
        <w:t>A. Cơ sở</w:t>
      </w:r>
    </w:p>
    <w:p>
      <w:pPr>
        <w:pStyle w:val="ListParagraph"/>
      </w:pPr>
      <w:r>
        <w:rPr>
          <w:sz w:val="22"/>
        </w:rPr>
        <w:t>B. Địa phương</w:t>
      </w:r>
    </w:p>
    <w:p>
      <w:pPr>
        <w:pStyle w:val="ListParagraph"/>
      </w:pPr>
      <w:r>
        <w:rPr>
          <w:sz w:val="22"/>
        </w:rPr>
        <w:t>C. Cả nước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81: Công dân có nghĩa vụ trung thành với Tổ quốc. Điều này thể hiện:</w:t>
      </w:r>
    </w:p>
    <w:p>
      <w:pPr>
        <w:pStyle w:val="ListParagraph"/>
      </w:pPr>
      <w:r>
        <w:rPr>
          <w:sz w:val="22"/>
        </w:rPr>
        <w:t>A. Bảo vệ Tổ quốc</w:t>
      </w:r>
    </w:p>
    <w:p>
      <w:pPr>
        <w:pStyle w:val="ListParagraph"/>
      </w:pPr>
      <w:r>
        <w:rPr>
          <w:sz w:val="22"/>
        </w:rPr>
        <w:t>B. Xây dựng đất nước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Không có nghĩa vụ</w:t>
      </w:r>
    </w:p>
    <w:p/>
    <w:p>
      <w:r>
        <w:rPr>
          <w:b/>
          <w:sz w:val="24"/>
        </w:rPr>
        <w:t>Câu 82: Pháp luật nước Cộng hòa xã hội chủ nghĩa Việt Nam do cơ quan nào ban hành?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Các cơ quan nhà nước có thẩm quyền</w:t>
      </w:r>
    </w:p>
    <w:p>
      <w:pPr>
        <w:pStyle w:val="ListParagraph"/>
      </w:pPr>
      <w:r>
        <w:rPr>
          <w:sz w:val="22"/>
        </w:rPr>
        <w:t>D. Nhân dân</w:t>
      </w:r>
    </w:p>
    <w:p/>
    <w:p>
      <w:r>
        <w:rPr>
          <w:b/>
          <w:sz w:val="24"/>
        </w:rPr>
        <w:t>Câu 83: Trong hệ thống pháp luật Việt Nam, văn bản nào có hiệu lực pháp lý cao nhất?</w:t>
      </w:r>
    </w:p>
    <w:p>
      <w:pPr>
        <w:pStyle w:val="ListParagraph"/>
      </w:pPr>
      <w:r>
        <w:rPr>
          <w:sz w:val="22"/>
        </w:rPr>
        <w:t>A. Hiến pháp</w:t>
      </w:r>
    </w:p>
    <w:p>
      <w:pPr>
        <w:pStyle w:val="ListParagraph"/>
      </w:pPr>
      <w:r>
        <w:rPr>
          <w:sz w:val="22"/>
        </w:rPr>
        <w:t>B. Luật</w:t>
      </w:r>
    </w:p>
    <w:p>
      <w:pPr>
        <w:pStyle w:val="ListParagraph"/>
      </w:pPr>
      <w:r>
        <w:rPr>
          <w:sz w:val="22"/>
        </w:rPr>
        <w:t>C. Nghị định</w:t>
      </w:r>
    </w:p>
    <w:p>
      <w:pPr>
        <w:pStyle w:val="ListParagraph"/>
      </w:pPr>
      <w:r>
        <w:rPr>
          <w:sz w:val="22"/>
        </w:rPr>
        <w:t>D. Thông tư</w:t>
      </w:r>
    </w:p>
    <w:p/>
    <w:p>
      <w:r>
        <w:rPr>
          <w:b/>
          <w:sz w:val="24"/>
        </w:rPr>
        <w:t>Câu 84: Theo Hiến pháp 2013, quyền nào sau đây là quyền của công dân?</w:t>
      </w:r>
    </w:p>
    <w:p>
      <w:pPr>
        <w:pStyle w:val="ListParagraph"/>
      </w:pPr>
      <w:r>
        <w:rPr>
          <w:sz w:val="22"/>
        </w:rPr>
        <w:t>A. Quyền sống</w:t>
      </w:r>
    </w:p>
    <w:p>
      <w:pPr>
        <w:pStyle w:val="ListParagraph"/>
      </w:pPr>
      <w:r>
        <w:rPr>
          <w:sz w:val="22"/>
        </w:rPr>
        <w:t>B. Quyền tự do</w:t>
      </w:r>
    </w:p>
    <w:p>
      <w:pPr>
        <w:pStyle w:val="ListParagraph"/>
      </w:pPr>
      <w:r>
        <w:rPr>
          <w:sz w:val="22"/>
        </w:rPr>
        <w:t>C. Quyền mưu cầu hạnh phúc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85: Công dân có trách nhiệm tham gia xây dựng và bảo vệ chính quyền. Đây là:</w:t>
      </w:r>
    </w:p>
    <w:p>
      <w:pPr>
        <w:pStyle w:val="ListParagraph"/>
      </w:pPr>
      <w:r>
        <w:rPr>
          <w:sz w:val="22"/>
        </w:rPr>
        <w:t>A. Quyền và nghĩa vụ</w:t>
      </w:r>
    </w:p>
    <w:p>
      <w:pPr>
        <w:pStyle w:val="ListParagraph"/>
      </w:pPr>
      <w:r>
        <w:rPr>
          <w:sz w:val="22"/>
        </w:rPr>
        <w:t>B. Quyền tự do</w:t>
      </w:r>
    </w:p>
    <w:p>
      <w:pPr>
        <w:pStyle w:val="ListParagraph"/>
      </w:pPr>
      <w:r>
        <w:rPr>
          <w:sz w:val="22"/>
        </w:rPr>
        <w:t>C. Nghĩa vụ bắt buộc</w:t>
      </w:r>
    </w:p>
    <w:p>
      <w:pPr>
        <w:pStyle w:val="ListParagraph"/>
      </w:pPr>
      <w:r>
        <w:rPr>
          <w:sz w:val="22"/>
        </w:rPr>
        <w:t>D. Không bắt buộc</w:t>
      </w:r>
    </w:p>
    <w:p/>
    <w:p>
      <w:r>
        <w:rPr>
          <w:b/>
          <w:sz w:val="24"/>
        </w:rPr>
        <w:t>Câu 86: Theo pháp luật, công dân có quyền tham gia bảo hiểm xã hội. Đây là quyền thuộc lĩnh vực:</w:t>
      </w:r>
    </w:p>
    <w:p>
      <w:pPr>
        <w:pStyle w:val="ListParagraph"/>
      </w:pPr>
      <w:r>
        <w:rPr>
          <w:sz w:val="22"/>
        </w:rPr>
        <w:t>A. Kinh tế</w:t>
      </w:r>
    </w:p>
    <w:p>
      <w:pPr>
        <w:pStyle w:val="ListParagraph"/>
      </w:pPr>
      <w:r>
        <w:rPr>
          <w:sz w:val="22"/>
        </w:rPr>
        <w:t>B. Xã hội</w:t>
      </w:r>
    </w:p>
    <w:p>
      <w:pPr>
        <w:pStyle w:val="ListParagraph"/>
      </w:pPr>
      <w:r>
        <w:rPr>
          <w:sz w:val="22"/>
        </w:rPr>
        <w:t>C. Chính trị</w:t>
      </w:r>
    </w:p>
    <w:p>
      <w:pPr>
        <w:pStyle w:val="ListParagraph"/>
      </w:pPr>
      <w:r>
        <w:rPr>
          <w:sz w:val="22"/>
        </w:rPr>
        <w:t>D. Văn hóa</w:t>
      </w:r>
    </w:p>
    <w:p/>
    <w:p>
      <w:r>
        <w:rPr>
          <w:b/>
          <w:sz w:val="24"/>
        </w:rPr>
        <w:t>Câu 87: Hành vi đánh người gây thương tích là vi phạm:</w:t>
      </w:r>
    </w:p>
    <w:p>
      <w:pPr>
        <w:pStyle w:val="ListParagraph"/>
      </w:pPr>
      <w:r>
        <w:rPr>
          <w:sz w:val="22"/>
        </w:rPr>
        <w:t>A. Pháp luật dân sự</w:t>
      </w:r>
    </w:p>
    <w:p>
      <w:pPr>
        <w:pStyle w:val="ListParagraph"/>
      </w:pPr>
      <w:r>
        <w:rPr>
          <w:sz w:val="22"/>
        </w:rPr>
        <w:t>B. Pháp luật hình sự</w:t>
      </w:r>
    </w:p>
    <w:p>
      <w:pPr>
        <w:pStyle w:val="ListParagraph"/>
      </w:pPr>
      <w:r>
        <w:rPr>
          <w:sz w:val="22"/>
        </w:rPr>
        <w:t>C. Pháp luật hành chính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88: Theo Hiến pháp 2013, mọi người có quyền bất khả xâm phạm về đời sống riêng tư, bí mật cá nhân và bí mật gia đình. Đây là quyền:</w:t>
      </w:r>
    </w:p>
    <w:p>
      <w:pPr>
        <w:pStyle w:val="ListParagraph"/>
      </w:pPr>
      <w:r>
        <w:rPr>
          <w:sz w:val="22"/>
        </w:rPr>
        <w:t>A. Dân sự</w:t>
      </w:r>
    </w:p>
    <w:p>
      <w:pPr>
        <w:pStyle w:val="ListParagraph"/>
      </w:pPr>
      <w:r>
        <w:rPr>
          <w:sz w:val="22"/>
        </w:rPr>
        <w:t>B. Chính trị</w:t>
      </w:r>
    </w:p>
    <w:p>
      <w:pPr>
        <w:pStyle w:val="ListParagraph"/>
      </w:pPr>
      <w:r>
        <w:rPr>
          <w:sz w:val="22"/>
        </w:rPr>
        <w:t>C. Kinh tế</w:t>
      </w:r>
    </w:p>
    <w:p>
      <w:pPr>
        <w:pStyle w:val="ListParagraph"/>
      </w:pPr>
      <w:r>
        <w:rPr>
          <w:sz w:val="22"/>
        </w:rPr>
        <w:t>D. Văn hóa</w:t>
      </w:r>
    </w:p>
    <w:p/>
    <w:p>
      <w:r>
        <w:rPr>
          <w:b/>
          <w:sz w:val="24"/>
        </w:rPr>
        <w:t>Câu 89: Công dân có quyền tự do đi lại và cư trú. Điều này thuộc nhóm quyền:</w:t>
      </w:r>
    </w:p>
    <w:p>
      <w:pPr>
        <w:pStyle w:val="ListParagraph"/>
      </w:pPr>
      <w:r>
        <w:rPr>
          <w:sz w:val="22"/>
        </w:rPr>
        <w:t>A. Dân sự</w:t>
      </w:r>
    </w:p>
    <w:p>
      <w:pPr>
        <w:pStyle w:val="ListParagraph"/>
      </w:pPr>
      <w:r>
        <w:rPr>
          <w:sz w:val="22"/>
        </w:rPr>
        <w:t>B. Chính trị</w:t>
      </w:r>
    </w:p>
    <w:p>
      <w:pPr>
        <w:pStyle w:val="ListParagraph"/>
      </w:pPr>
      <w:r>
        <w:rPr>
          <w:sz w:val="22"/>
        </w:rPr>
        <w:t>C. Kinh tế</w:t>
      </w:r>
    </w:p>
    <w:p>
      <w:pPr>
        <w:pStyle w:val="ListParagraph"/>
      </w:pPr>
      <w:r>
        <w:rPr>
          <w:sz w:val="22"/>
        </w:rPr>
        <w:t>D. Văn hóa</w:t>
      </w:r>
    </w:p>
    <w:p/>
    <w:p>
      <w:r>
        <w:rPr>
          <w:b/>
          <w:sz w:val="24"/>
        </w:rPr>
        <w:t>Câu 90: Theo pháp luật, công dân có nghĩa vụ nộp thuế. Đây là nghĩa vụ:</w:t>
      </w:r>
    </w:p>
    <w:p>
      <w:pPr>
        <w:pStyle w:val="ListParagraph"/>
      </w:pPr>
      <w:r>
        <w:rPr>
          <w:sz w:val="22"/>
        </w:rPr>
        <w:t>A. Đối với nhà nước</w:t>
      </w:r>
    </w:p>
    <w:p>
      <w:pPr>
        <w:pStyle w:val="ListParagraph"/>
      </w:pPr>
      <w:r>
        <w:rPr>
          <w:sz w:val="22"/>
        </w:rPr>
        <w:t>B. Đối với xã hội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Không bắt buộc</w:t>
      </w:r>
    </w:p>
    <w:p/>
    <w:p>
      <w:r>
        <w:rPr>
          <w:b/>
          <w:sz w:val="24"/>
        </w:rPr>
        <w:t>Câu 91: Công dân có quyền được pháp luật bảo vệ về tính mạng, sức khỏe, danh dự, nhân phẩm. Điều này có nghĩa là:</w:t>
      </w:r>
    </w:p>
    <w:p>
      <w:pPr>
        <w:pStyle w:val="ListParagraph"/>
      </w:pPr>
      <w:r>
        <w:rPr>
          <w:sz w:val="22"/>
        </w:rPr>
        <w:t>A. Không ai được xâm phạm</w:t>
      </w:r>
    </w:p>
    <w:p>
      <w:pPr>
        <w:pStyle w:val="ListParagraph"/>
      </w:pPr>
      <w:r>
        <w:rPr>
          <w:sz w:val="22"/>
        </w:rPr>
        <w:t>B. Được bồi thường khi bị xâm phạm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Không được bảo vệ</w:t>
      </w:r>
    </w:p>
    <w:p/>
    <w:p>
      <w:r>
        <w:rPr>
          <w:b/>
          <w:sz w:val="24"/>
        </w:rPr>
        <w:t>Câu 92: Theo Hiến pháp 2013, cơ quan nào có chức năng giám sát tối cao việc tuân theo Hiến pháp và pháp luật?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Tòa án nhân dân tối cao</w:t>
      </w:r>
    </w:p>
    <w:p>
      <w:pPr>
        <w:pStyle w:val="ListParagraph"/>
      </w:pPr>
      <w:r>
        <w:rPr>
          <w:sz w:val="22"/>
        </w:rPr>
        <w:t>D. Viện kiểm sát nhân dân tối cao</w:t>
      </w:r>
    </w:p>
    <w:p/>
    <w:p>
      <w:r>
        <w:rPr>
          <w:b/>
          <w:sz w:val="24"/>
        </w:rPr>
        <w:t>Câu 93: Công dân có quyền tố cáo hành vi vi phạm pháp luật. Đây là quyền:</w:t>
      </w:r>
    </w:p>
    <w:p>
      <w:pPr>
        <w:pStyle w:val="ListParagraph"/>
      </w:pPr>
      <w:r>
        <w:rPr>
          <w:sz w:val="22"/>
        </w:rPr>
        <w:t>A. Khiếu nại</w:t>
      </w:r>
    </w:p>
    <w:p>
      <w:pPr>
        <w:pStyle w:val="ListParagraph"/>
      </w:pPr>
      <w:r>
        <w:rPr>
          <w:sz w:val="22"/>
        </w:rPr>
        <w:t>B. Tố cáo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Kiến nghị</w:t>
      </w:r>
    </w:p>
    <w:p/>
    <w:p>
      <w:r>
        <w:rPr>
          <w:b/>
          <w:sz w:val="24"/>
        </w:rPr>
        <w:t>Câu 94: Theo pháp luật, công dân có quyền bình đẳng về giới. Điều này có nghĩa là:</w:t>
      </w:r>
    </w:p>
    <w:p>
      <w:pPr>
        <w:pStyle w:val="ListParagraph"/>
      </w:pPr>
      <w:r>
        <w:rPr>
          <w:sz w:val="22"/>
        </w:rPr>
        <w:t>A. Nam và nữ có quyền như nhau</w:t>
      </w:r>
    </w:p>
    <w:p>
      <w:pPr>
        <w:pStyle w:val="ListParagraph"/>
      </w:pPr>
      <w:r>
        <w:rPr>
          <w:sz w:val="22"/>
        </w:rPr>
        <w:t>B. Không phân biệt đối xử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Nam có quyền hơn nữ</w:t>
      </w:r>
    </w:p>
    <w:p/>
    <w:p>
      <w:r>
        <w:rPr>
          <w:b/>
          <w:sz w:val="24"/>
        </w:rPr>
        <w:t>Câu 95: Hành vi xâm phạm tài sản của người khác là vi phạm pháp luật về:</w:t>
      </w:r>
    </w:p>
    <w:p>
      <w:pPr>
        <w:pStyle w:val="ListParagraph"/>
      </w:pPr>
      <w:r>
        <w:rPr>
          <w:sz w:val="22"/>
        </w:rPr>
        <w:t>A. Dân sự</w:t>
      </w:r>
    </w:p>
    <w:p>
      <w:pPr>
        <w:pStyle w:val="ListParagraph"/>
      </w:pPr>
      <w:r>
        <w:rPr>
          <w:sz w:val="22"/>
        </w:rPr>
        <w:t>B. Hình sự</w:t>
      </w:r>
    </w:p>
    <w:p>
      <w:pPr>
        <w:pStyle w:val="ListParagraph"/>
      </w:pPr>
      <w:r>
        <w:rPr>
          <w:sz w:val="22"/>
        </w:rPr>
        <w:t>C. Hành chính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96: Công dân có quyền tự do ngôn luận, tự do báo chí, tiếp cận thông tin. Đây là quyền:</w:t>
      </w:r>
    </w:p>
    <w:p>
      <w:pPr>
        <w:pStyle w:val="ListParagraph"/>
      </w:pPr>
      <w:r>
        <w:rPr>
          <w:sz w:val="22"/>
        </w:rPr>
        <w:t>A. Dân sự</w:t>
      </w:r>
    </w:p>
    <w:p>
      <w:pPr>
        <w:pStyle w:val="ListParagraph"/>
      </w:pPr>
      <w:r>
        <w:rPr>
          <w:sz w:val="22"/>
        </w:rPr>
        <w:t>B. Chính trị</w:t>
      </w:r>
    </w:p>
    <w:p>
      <w:pPr>
        <w:pStyle w:val="ListParagraph"/>
      </w:pPr>
      <w:r>
        <w:rPr>
          <w:sz w:val="22"/>
        </w:rPr>
        <w:t>C. Kinh tế</w:t>
      </w:r>
    </w:p>
    <w:p>
      <w:pPr>
        <w:pStyle w:val="ListParagraph"/>
      </w:pPr>
      <w:r>
        <w:rPr>
          <w:sz w:val="22"/>
        </w:rPr>
        <w:t>D. Văn hóa</w:t>
      </w:r>
    </w:p>
    <w:p/>
    <w:p>
      <w:r>
        <w:rPr>
          <w:b/>
          <w:sz w:val="24"/>
        </w:rPr>
        <w:t>Câu 97: Theo Hiến pháp 2013, quyền công dân không tách rời nghĩa vụ công dân. Điều này có nghĩa là:</w:t>
      </w:r>
    </w:p>
    <w:p>
      <w:pPr>
        <w:pStyle w:val="ListParagraph"/>
      </w:pPr>
      <w:r>
        <w:rPr>
          <w:sz w:val="22"/>
        </w:rPr>
        <w:t>A. Được hưởng quyền phải thực hiện nghĩa vụ</w:t>
      </w:r>
    </w:p>
    <w:p>
      <w:pPr>
        <w:pStyle w:val="ListParagraph"/>
      </w:pPr>
      <w:r>
        <w:rPr>
          <w:sz w:val="22"/>
        </w:rPr>
        <w:t>B. Chỉ hưởng quyền</w:t>
      </w:r>
    </w:p>
    <w:p>
      <w:pPr>
        <w:pStyle w:val="ListParagraph"/>
      </w:pPr>
      <w:r>
        <w:rPr>
          <w:sz w:val="22"/>
        </w:rPr>
        <w:t>C. Chỉ thực hiện nghĩa vụ</w:t>
      </w:r>
    </w:p>
    <w:p>
      <w:pPr>
        <w:pStyle w:val="ListParagraph"/>
      </w:pPr>
      <w:r>
        <w:rPr>
          <w:sz w:val="22"/>
        </w:rPr>
        <w:t>D. Không liên quan</w:t>
      </w:r>
    </w:p>
    <w:p/>
    <w:p>
      <w:r>
        <w:rPr>
          <w:b/>
          <w:sz w:val="24"/>
        </w:rPr>
        <w:t>Câu 98: Công dân có trách nhiệm tham gia góp ý xây dựng pháp luật. Đây là quyền và nghĩa vụ:</w:t>
      </w:r>
    </w:p>
    <w:p>
      <w:pPr>
        <w:pStyle w:val="ListParagraph"/>
      </w:pPr>
      <w:r>
        <w:rPr>
          <w:sz w:val="22"/>
        </w:rPr>
        <w:t>A. Tham gia quản lý nhà nước</w:t>
      </w:r>
    </w:p>
    <w:p>
      <w:pPr>
        <w:pStyle w:val="ListParagraph"/>
      </w:pPr>
      <w:r>
        <w:rPr>
          <w:sz w:val="22"/>
        </w:rPr>
        <w:t>B. Tự do ngôn luận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Không bắt buộc</w:t>
      </w:r>
    </w:p>
    <w:p/>
    <w:p>
      <w:r>
        <w:rPr>
          <w:b/>
          <w:sz w:val="24"/>
        </w:rPr>
        <w:t>Câu 99: Đáp án nào sau đây là đúng khi nói về quyền và nghĩa vụ của công dân?</w:t>
      </w:r>
    </w:p>
    <w:p>
      <w:pPr>
        <w:pStyle w:val="ListParagraph"/>
      </w:pPr>
      <w:r>
        <w:rPr>
          <w:sz w:val="22"/>
        </w:rPr>
        <w:t>A. Quyền và nghĩa vụ luôn song hành</w:t>
      </w:r>
    </w:p>
    <w:p>
      <w:pPr>
        <w:pStyle w:val="ListParagraph"/>
      </w:pPr>
      <w:r>
        <w:rPr>
          <w:sz w:val="22"/>
        </w:rPr>
        <w:t>B. Chỉ có quyền</w:t>
      </w:r>
    </w:p>
    <w:p>
      <w:pPr>
        <w:pStyle w:val="ListParagraph"/>
      </w:pPr>
      <w:r>
        <w:rPr>
          <w:sz w:val="22"/>
        </w:rPr>
        <w:t>C. Chỉ có nghĩa vụ</w:t>
      </w:r>
    </w:p>
    <w:p>
      <w:pPr>
        <w:pStyle w:val="ListParagraph"/>
      </w:pPr>
      <w:r>
        <w:rPr>
          <w:sz w:val="22"/>
        </w:rPr>
        <w:t>D. Quyền và nghĩa vụ không liên quan</w:t>
      </w:r>
    </w:p>
    <w:p/>
    <w:p>
      <w:r>
        <w:rPr>
          <w:b/>
          <w:sz w:val="24"/>
        </w:rPr>
        <w:t>Câu 100: Theo pháp luật, công dân có quyền tham gia bảo vệ an ninh quốc gia. Đây là:</w:t>
      </w:r>
    </w:p>
    <w:p>
      <w:pPr>
        <w:pStyle w:val="ListParagraph"/>
      </w:pPr>
      <w:r>
        <w:rPr>
          <w:sz w:val="22"/>
        </w:rPr>
        <w:t>A. Quyền và nghĩa vụ</w:t>
      </w:r>
    </w:p>
    <w:p>
      <w:pPr>
        <w:pStyle w:val="ListParagraph"/>
      </w:pPr>
      <w:r>
        <w:rPr>
          <w:sz w:val="22"/>
        </w:rPr>
        <w:t>B. Quyền tự do</w:t>
      </w:r>
    </w:p>
    <w:p>
      <w:pPr>
        <w:pStyle w:val="ListParagraph"/>
      </w:pPr>
      <w:r>
        <w:rPr>
          <w:sz w:val="22"/>
        </w:rPr>
        <w:t>C. Nghĩa vụ bắt buộc</w:t>
      </w:r>
    </w:p>
    <w:p>
      <w:pPr>
        <w:pStyle w:val="ListParagraph"/>
      </w:pPr>
      <w:r>
        <w:rPr>
          <w:sz w:val="22"/>
        </w:rPr>
        <w:t>D. Không bắt buộc</w:t>
      </w:r>
    </w:p>
    <w:p/>
    <w:p>
      <w:r>
        <w:rPr>
          <w:b/>
          <w:sz w:val="24"/>
        </w:rPr>
        <w:t>Câu 101: Công dân có quyền được bảo vệ danh dự, nhân phẩm. Điều này có nghĩa là:</w:t>
      </w:r>
    </w:p>
    <w:p>
      <w:pPr>
        <w:pStyle w:val="ListParagraph"/>
      </w:pPr>
      <w:r>
        <w:rPr>
          <w:sz w:val="22"/>
        </w:rPr>
        <w:t>A. Không ai được xúc phạm</w:t>
      </w:r>
    </w:p>
    <w:p>
      <w:pPr>
        <w:pStyle w:val="ListParagraph"/>
      </w:pPr>
      <w:r>
        <w:rPr>
          <w:sz w:val="22"/>
        </w:rPr>
        <w:t>B. Được bồi thường nếu bị xúc phạm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Không được bảo vệ</w:t>
      </w:r>
    </w:p>
    <w:p/>
    <w:p>
      <w:r>
        <w:rPr>
          <w:b/>
          <w:sz w:val="24"/>
        </w:rPr>
        <w:t>Câu 102: Theo Hiến pháp 2013, quyền con người, quyền công dân chỉ có thể bị hạn chế theo quy định của:</w:t>
      </w:r>
    </w:p>
    <w:p>
      <w:pPr>
        <w:pStyle w:val="ListParagraph"/>
      </w:pPr>
      <w:r>
        <w:rPr>
          <w:sz w:val="22"/>
        </w:rPr>
        <w:t>A. Luật</w:t>
      </w:r>
    </w:p>
    <w:p>
      <w:pPr>
        <w:pStyle w:val="ListParagraph"/>
      </w:pPr>
      <w:r>
        <w:rPr>
          <w:sz w:val="22"/>
        </w:rPr>
        <w:t>B. Nghị định</w:t>
      </w:r>
    </w:p>
    <w:p>
      <w:pPr>
        <w:pStyle w:val="ListParagraph"/>
      </w:pPr>
      <w:r>
        <w:rPr>
          <w:sz w:val="22"/>
        </w:rPr>
        <w:t>C. Thông tư</w:t>
      </w:r>
    </w:p>
    <w:p>
      <w:pPr>
        <w:pStyle w:val="ListParagraph"/>
      </w:pPr>
      <w:r>
        <w:rPr>
          <w:sz w:val="22"/>
        </w:rPr>
        <w:t>D. Quyết định</w:t>
      </w:r>
    </w:p>
    <w:p/>
    <w:p>
      <w:r>
        <w:rPr>
          <w:b/>
          <w:sz w:val="24"/>
        </w:rPr>
        <w:t>Câu 103: Công dân có nghĩa vụ tuân theo Hiến pháp và pháp luật. Đây là nghĩa vụ:</w:t>
      </w:r>
    </w:p>
    <w:p>
      <w:pPr>
        <w:pStyle w:val="ListParagraph"/>
      </w:pPr>
      <w:r>
        <w:rPr>
          <w:sz w:val="22"/>
        </w:rPr>
        <w:t>A. Bắt buộc</w:t>
      </w:r>
    </w:p>
    <w:p>
      <w:pPr>
        <w:pStyle w:val="ListParagraph"/>
      </w:pPr>
      <w:r>
        <w:rPr>
          <w:sz w:val="22"/>
        </w:rPr>
        <w:t>B. Tự nguyện</w:t>
      </w:r>
    </w:p>
    <w:p>
      <w:pPr>
        <w:pStyle w:val="ListParagraph"/>
      </w:pPr>
      <w:r>
        <w:rPr>
          <w:sz w:val="22"/>
        </w:rPr>
        <w:t>C. Không bắt buộc</w:t>
      </w:r>
    </w:p>
    <w:p>
      <w:pPr>
        <w:pStyle w:val="ListParagraph"/>
      </w:pPr>
      <w:r>
        <w:rPr>
          <w:sz w:val="22"/>
        </w:rPr>
        <w:t>D. Tùy ý</w:t>
      </w:r>
    </w:p>
    <w:p/>
    <w:p>
      <w:r>
        <w:rPr>
          <w:b/>
          <w:sz w:val="24"/>
        </w:rPr>
        <w:t>Câu 104: Hành vi nào sau đây là vi phạm pháp luật về bảo vệ môi trường?</w:t>
      </w:r>
    </w:p>
    <w:p>
      <w:pPr>
        <w:pStyle w:val="ListParagraph"/>
      </w:pPr>
      <w:r>
        <w:rPr>
          <w:sz w:val="22"/>
        </w:rPr>
        <w:t>A. Xả rác bừa bãi</w:t>
      </w:r>
    </w:p>
    <w:p>
      <w:pPr>
        <w:pStyle w:val="ListParagraph"/>
      </w:pPr>
      <w:r>
        <w:rPr>
          <w:sz w:val="22"/>
        </w:rPr>
        <w:t>B. Chặt phá rừng</w:t>
      </w:r>
    </w:p>
    <w:p>
      <w:pPr>
        <w:pStyle w:val="ListParagraph"/>
      </w:pPr>
      <w:r>
        <w:rPr>
          <w:sz w:val="22"/>
        </w:rPr>
        <w:t>C. Xả nước thải chưa xử lý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105: Theo pháp luật, công dân có quyền tự do kinh doanh nhưng phải:</w:t>
      </w:r>
    </w:p>
    <w:p>
      <w:pPr>
        <w:pStyle w:val="ListParagraph"/>
      </w:pPr>
      <w:r>
        <w:rPr>
          <w:sz w:val="22"/>
        </w:rPr>
        <w:t>A. Tuân theo pháp luật</w:t>
      </w:r>
    </w:p>
    <w:p>
      <w:pPr>
        <w:pStyle w:val="ListParagraph"/>
      </w:pPr>
      <w:r>
        <w:rPr>
          <w:sz w:val="22"/>
        </w:rPr>
        <w:t>B. Đóng thuế</w:t>
      </w:r>
    </w:p>
    <w:p>
      <w:pPr>
        <w:pStyle w:val="ListParagraph"/>
      </w:pPr>
      <w:r>
        <w:rPr>
          <w:sz w:val="22"/>
        </w:rPr>
        <w:t>C. Không làm tổn hại lợi ích chung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106: Công dân có quyền bầu cử khi đủ bao nhiêu tuổi?</w:t>
      </w:r>
    </w:p>
    <w:p>
      <w:pPr>
        <w:pStyle w:val="ListParagraph"/>
      </w:pPr>
      <w:r>
        <w:rPr>
          <w:sz w:val="22"/>
        </w:rPr>
        <w:t>A. 16 tuổi</w:t>
      </w:r>
    </w:p>
    <w:p>
      <w:pPr>
        <w:pStyle w:val="ListParagraph"/>
      </w:pPr>
      <w:r>
        <w:rPr>
          <w:sz w:val="22"/>
        </w:rPr>
        <w:t>B. 18 tuổi</w:t>
      </w:r>
    </w:p>
    <w:p>
      <w:pPr>
        <w:pStyle w:val="ListParagraph"/>
      </w:pPr>
      <w:r>
        <w:rPr>
          <w:sz w:val="22"/>
        </w:rPr>
        <w:t>C. 20 tuổi</w:t>
      </w:r>
    </w:p>
    <w:p>
      <w:pPr>
        <w:pStyle w:val="ListParagraph"/>
      </w:pPr>
      <w:r>
        <w:rPr>
          <w:sz w:val="22"/>
        </w:rPr>
        <w:t>D. 21 tuổi</w:t>
      </w:r>
    </w:p>
    <w:p/>
    <w:p>
      <w:r>
        <w:rPr>
          <w:b/>
          <w:sz w:val="24"/>
        </w:rPr>
        <w:t>Câu 107: Công dân có quyền ứng cử khi đủ bao nhiêu tuổi?</w:t>
      </w:r>
    </w:p>
    <w:p>
      <w:pPr>
        <w:pStyle w:val="ListParagraph"/>
      </w:pPr>
      <w:r>
        <w:rPr>
          <w:sz w:val="22"/>
        </w:rPr>
        <w:t>A. 18 tuổi</w:t>
      </w:r>
    </w:p>
    <w:p>
      <w:pPr>
        <w:pStyle w:val="ListParagraph"/>
      </w:pPr>
      <w:r>
        <w:rPr>
          <w:sz w:val="22"/>
        </w:rPr>
        <w:t>B. 20 tuổi</w:t>
      </w:r>
    </w:p>
    <w:p>
      <w:pPr>
        <w:pStyle w:val="ListParagraph"/>
      </w:pPr>
      <w:r>
        <w:rPr>
          <w:sz w:val="22"/>
        </w:rPr>
        <w:t>C. 21 tuổi</w:t>
      </w:r>
    </w:p>
    <w:p>
      <w:pPr>
        <w:pStyle w:val="ListParagraph"/>
      </w:pPr>
      <w:r>
        <w:rPr>
          <w:sz w:val="22"/>
        </w:rPr>
        <w:t>D. 22 tuổi</w:t>
      </w:r>
    </w:p>
    <w:p/>
    <w:p>
      <w:r>
        <w:rPr>
          <w:b/>
          <w:sz w:val="24"/>
        </w:rPr>
        <w:t>Câu 108: Theo Hiến pháp 2013, cơ quan nào có quyền ban hành Hiến pháp?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Chủ tịch nước</w:t>
      </w:r>
    </w:p>
    <w:p>
      <w:pPr>
        <w:pStyle w:val="ListParagraph"/>
      </w:pPr>
      <w:r>
        <w:rPr>
          <w:sz w:val="22"/>
        </w:rPr>
        <w:t>D. Tòa án nhân dân tối cao</w:t>
      </w:r>
    </w:p>
    <w:p/>
    <w:p>
      <w:r>
        <w:rPr>
          <w:b/>
          <w:sz w:val="24"/>
        </w:rPr>
        <w:t>Câu 109: Theo Hiến pháp 2013, cơ quan nào là cơ quan hành chính nhà nước cao nhất?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Chủ tịch nước</w:t>
      </w:r>
    </w:p>
    <w:p>
      <w:pPr>
        <w:pStyle w:val="ListParagraph"/>
      </w:pPr>
      <w:r>
        <w:rPr>
          <w:sz w:val="22"/>
        </w:rPr>
        <w:t>D. Tòa án nhân dân tối cao</w:t>
      </w:r>
    </w:p>
    <w:p/>
    <w:p>
      <w:r>
        <w:rPr>
          <w:b/>
          <w:sz w:val="24"/>
        </w:rPr>
        <w:t>Câu 110: Theo Hiến pháp 2013, cơ quan nào là cơ quan xét xử cao nhất?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Tòa án nhân dân tối cao</w:t>
      </w:r>
    </w:p>
    <w:p>
      <w:pPr>
        <w:pStyle w:val="ListParagraph"/>
      </w:pPr>
      <w:r>
        <w:rPr>
          <w:sz w:val="22"/>
        </w:rPr>
        <w:t>D. Viện kiểm sát nhân dân tối cao</w:t>
      </w:r>
    </w:p>
    <w:p/>
    <w:p>
      <w:r>
        <w:rPr>
          <w:b/>
          <w:sz w:val="24"/>
        </w:rPr>
        <w:t>Câu 111: Theo Hiến pháp 2013, cơ quan nào thực hành quyền công tố và kiểm sát hoạt động tư pháp?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Tòa án nhân dân tối cao</w:t>
      </w:r>
    </w:p>
    <w:p>
      <w:pPr>
        <w:pStyle w:val="ListParagraph"/>
      </w:pPr>
      <w:r>
        <w:rPr>
          <w:sz w:val="22"/>
        </w:rPr>
        <w:t>D. Viện kiểm sát nhân dân tối cao</w:t>
      </w:r>
    </w:p>
    <w:p/>
    <w:p>
      <w:r>
        <w:rPr>
          <w:b/>
          <w:sz w:val="24"/>
        </w:rPr>
        <w:t>Câu 112: Theo Hiến pháp 2013, Chủ tịch nước do cơ quan nào bầu?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Nhân dân</w:t>
      </w:r>
    </w:p>
    <w:p>
      <w:pPr>
        <w:pStyle w:val="ListParagraph"/>
      </w:pPr>
      <w:r>
        <w:rPr>
          <w:sz w:val="22"/>
        </w:rPr>
        <w:t>D. Ủy ban thường vụ Quốc hội</w:t>
      </w:r>
    </w:p>
    <w:p/>
    <w:p>
      <w:r>
        <w:rPr>
          <w:b/>
          <w:sz w:val="24"/>
        </w:rPr>
        <w:t>Câu 113: Theo Hiến pháp 2013, nhiệm kỳ của Quốc hội là bao nhiêu năm?</w:t>
      </w:r>
    </w:p>
    <w:p>
      <w:pPr>
        <w:pStyle w:val="ListParagraph"/>
      </w:pPr>
      <w:r>
        <w:rPr>
          <w:sz w:val="22"/>
        </w:rPr>
        <w:t>A. 4 năm</w:t>
      </w:r>
    </w:p>
    <w:p>
      <w:pPr>
        <w:pStyle w:val="ListParagraph"/>
      </w:pPr>
      <w:r>
        <w:rPr>
          <w:sz w:val="22"/>
        </w:rPr>
        <w:t>B. 5 năm</w:t>
      </w:r>
    </w:p>
    <w:p>
      <w:pPr>
        <w:pStyle w:val="ListParagraph"/>
      </w:pPr>
      <w:r>
        <w:rPr>
          <w:sz w:val="22"/>
        </w:rPr>
        <w:t>C. 6 năm</w:t>
      </w:r>
    </w:p>
    <w:p>
      <w:pPr>
        <w:pStyle w:val="ListParagraph"/>
      </w:pPr>
      <w:r>
        <w:rPr>
          <w:sz w:val="22"/>
        </w:rPr>
        <w:t>D. 7 năm</w:t>
      </w:r>
    </w:p>
    <w:p/>
    <w:p>
      <w:r>
        <w:rPr>
          <w:b/>
          <w:sz w:val="24"/>
        </w:rPr>
        <w:t>Câu 114: Theo Hiến pháp 2013, nhiệm kỳ của Chủ tịch nước là bao nhiêu năm?</w:t>
      </w:r>
    </w:p>
    <w:p>
      <w:pPr>
        <w:pStyle w:val="ListParagraph"/>
      </w:pPr>
      <w:r>
        <w:rPr>
          <w:sz w:val="22"/>
        </w:rPr>
        <w:t>A. 4 năm</w:t>
      </w:r>
    </w:p>
    <w:p>
      <w:pPr>
        <w:pStyle w:val="ListParagraph"/>
      </w:pPr>
      <w:r>
        <w:rPr>
          <w:sz w:val="22"/>
        </w:rPr>
        <w:t>B. 5 năm</w:t>
      </w:r>
    </w:p>
    <w:p>
      <w:pPr>
        <w:pStyle w:val="ListParagraph"/>
      </w:pPr>
      <w:r>
        <w:rPr>
          <w:sz w:val="22"/>
        </w:rPr>
        <w:t>C. 6 năm</w:t>
      </w:r>
    </w:p>
    <w:p>
      <w:pPr>
        <w:pStyle w:val="ListParagraph"/>
      </w:pPr>
      <w:r>
        <w:rPr>
          <w:sz w:val="22"/>
        </w:rPr>
        <w:t>D. 7 năm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D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D</w:t>
      </w:r>
    </w:p>
    <w:p>
      <w:r>
        <w:rPr>
          <w:b/>
        </w:rPr>
        <w:t>Câu 42: Đáp án đúng: D</w:t>
      </w:r>
    </w:p>
    <w:p>
      <w:r>
        <w:rPr>
          <w:b/>
        </w:rPr>
        <w:t>Câu 43: Đáp án đúng: D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D</w:t>
      </w:r>
    </w:p>
    <w:p>
      <w:r>
        <w:rPr>
          <w:b/>
        </w:rPr>
        <w:t>Câu 48: Đáp án đúng: C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C</w:t>
      </w:r>
    </w:p>
    <w:p>
      <w:r>
        <w:rPr>
          <w:b/>
        </w:rPr>
        <w:t>Câu 51: Đáp án đúng: D</w:t>
      </w:r>
    </w:p>
    <w:p>
      <w:r>
        <w:rPr>
          <w:b/>
        </w:rPr>
        <w:t>Câu 52: Đáp án đúng: B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D</w:t>
      </w:r>
    </w:p>
    <w:p>
      <w:r>
        <w:rPr>
          <w:b/>
        </w:rPr>
        <w:t>Câu 55: Đáp án đúng: C</w:t>
      </w:r>
    </w:p>
    <w:p>
      <w:r>
        <w:rPr>
          <w:b/>
        </w:rPr>
        <w:t>Câu 56: Đáp án đúng: D</w:t>
      </w:r>
    </w:p>
    <w:p>
      <w:r>
        <w:rPr>
          <w:b/>
        </w:rPr>
        <w:t>Câu 57: Đáp án đúng: D</w:t>
      </w:r>
    </w:p>
    <w:p>
      <w:r>
        <w:rPr>
          <w:b/>
        </w:rPr>
        <w:t>Câu 58: Đáp án đúng: D</w:t>
      </w:r>
    </w:p>
    <w:p>
      <w:r>
        <w:rPr>
          <w:b/>
        </w:rPr>
        <w:t>Câu 59: Đáp án đúng: D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B</w:t>
      </w:r>
    </w:p>
    <w:p>
      <w:r>
        <w:rPr>
          <w:b/>
        </w:rPr>
        <w:t>Câu 63: Đáp án đúng: A</w:t>
      </w:r>
    </w:p>
    <w:p>
      <w:r>
        <w:rPr>
          <w:b/>
        </w:rPr>
        <w:t>Câu 64: Đáp án đúng: C</w:t>
      </w:r>
    </w:p>
    <w:p>
      <w:r>
        <w:rPr>
          <w:b/>
        </w:rPr>
        <w:t>Câu 65: Đáp án đúng: D</w:t>
      </w:r>
    </w:p>
    <w:p>
      <w:r>
        <w:rPr>
          <w:b/>
        </w:rPr>
        <w:t>Câu 66: Đáp án đúng: D</w:t>
      </w:r>
    </w:p>
    <w:p>
      <w:r>
        <w:rPr>
          <w:b/>
        </w:rPr>
        <w:t>Câu 67: Đáp án đúng: C</w:t>
      </w:r>
    </w:p>
    <w:p>
      <w:r>
        <w:rPr>
          <w:b/>
        </w:rPr>
        <w:t>Câu 68: Đáp án đúng: C</w:t>
      </w:r>
    </w:p>
    <w:p>
      <w:r>
        <w:rPr>
          <w:b/>
        </w:rPr>
        <w:t>Câu 69: Đáp án đúng: D</w:t>
      </w:r>
    </w:p>
    <w:p>
      <w:r>
        <w:rPr>
          <w:b/>
        </w:rPr>
        <w:t>Câu 70: Đáp án đúng: D</w:t>
      </w:r>
    </w:p>
    <w:p>
      <w:r>
        <w:rPr>
          <w:b/>
        </w:rPr>
        <w:t>Câu 71: Đáp án đúng: D</w:t>
      </w:r>
    </w:p>
    <w:p>
      <w:r>
        <w:rPr>
          <w:b/>
        </w:rPr>
        <w:t>Câu 72: Đáp án đúng: C</w:t>
      </w:r>
    </w:p>
    <w:p>
      <w:r>
        <w:rPr>
          <w:b/>
        </w:rPr>
        <w:t>Câu 73: Đáp án đúng: D</w:t>
      </w:r>
    </w:p>
    <w:p>
      <w:r>
        <w:rPr>
          <w:b/>
        </w:rPr>
        <w:t>Câu 74: Đáp án đúng: A</w:t>
      </w:r>
    </w:p>
    <w:p>
      <w:r>
        <w:rPr>
          <w:b/>
        </w:rPr>
        <w:t>Câu 75: Đáp án đúng: C</w:t>
      </w:r>
    </w:p>
    <w:p>
      <w:r>
        <w:rPr>
          <w:b/>
        </w:rPr>
        <w:t>Câu 76: Đáp án đúng: A</w:t>
      </w:r>
    </w:p>
    <w:p>
      <w:r>
        <w:rPr>
          <w:b/>
        </w:rPr>
        <w:t>Câu 77: Đáp án đúng: D</w:t>
      </w:r>
    </w:p>
    <w:p>
      <w:r>
        <w:rPr>
          <w:b/>
        </w:rPr>
        <w:t>Câu 78: Đáp án đúng: C</w:t>
      </w:r>
    </w:p>
    <w:p>
      <w:r>
        <w:rPr>
          <w:b/>
        </w:rPr>
        <w:t>Câu 79: Đáp án đúng: D</w:t>
      </w:r>
    </w:p>
    <w:p>
      <w:r>
        <w:rPr>
          <w:b/>
        </w:rPr>
        <w:t>Câu 80: Đáp án đúng: D</w:t>
      </w:r>
    </w:p>
    <w:p>
      <w:r>
        <w:rPr>
          <w:b/>
        </w:rPr>
        <w:t>Câu 81: Đáp án đúng: C</w:t>
      </w:r>
    </w:p>
    <w:p>
      <w:r>
        <w:rPr>
          <w:b/>
        </w:rPr>
        <w:t>Câu 82: Đáp án đúng: C</w:t>
      </w:r>
    </w:p>
    <w:p>
      <w:r>
        <w:rPr>
          <w:b/>
        </w:rPr>
        <w:t>Câu 83: Đáp án đúng: A</w:t>
      </w:r>
    </w:p>
    <w:p>
      <w:r>
        <w:rPr>
          <w:b/>
        </w:rPr>
        <w:t>Câu 84: Đáp án đúng: D</w:t>
      </w:r>
    </w:p>
    <w:p>
      <w:r>
        <w:rPr>
          <w:b/>
        </w:rPr>
        <w:t>Câu 85: Đáp án đúng: A</w:t>
      </w:r>
    </w:p>
    <w:p>
      <w:r>
        <w:rPr>
          <w:b/>
        </w:rPr>
        <w:t>Câu 86: Đáp án đúng: B</w:t>
      </w:r>
    </w:p>
    <w:p>
      <w:r>
        <w:rPr>
          <w:b/>
        </w:rPr>
        <w:t>Câu 87: Đáp án đúng: B</w:t>
      </w:r>
    </w:p>
    <w:p>
      <w:r>
        <w:rPr>
          <w:b/>
        </w:rPr>
        <w:t>Câu 88: Đáp án đúng: A</w:t>
      </w:r>
    </w:p>
    <w:p>
      <w:r>
        <w:rPr>
          <w:b/>
        </w:rPr>
        <w:t>Câu 89: Đáp án đúng: A</w:t>
      </w:r>
    </w:p>
    <w:p>
      <w:r>
        <w:rPr>
          <w:b/>
        </w:rPr>
        <w:t>Câu 90: Đáp án đúng: C</w:t>
      </w:r>
    </w:p>
    <w:p>
      <w:r>
        <w:rPr>
          <w:b/>
        </w:rPr>
        <w:t>Câu 91: Đáp án đúng: C</w:t>
      </w:r>
    </w:p>
    <w:p>
      <w:r>
        <w:rPr>
          <w:b/>
        </w:rPr>
        <w:t>Câu 92: Đáp án đúng: A</w:t>
      </w:r>
    </w:p>
    <w:p>
      <w:r>
        <w:rPr>
          <w:b/>
        </w:rPr>
        <w:t>Câu 93: Đáp án đúng: B</w:t>
      </w:r>
    </w:p>
    <w:p>
      <w:r>
        <w:rPr>
          <w:b/>
        </w:rPr>
        <w:t>Câu 94: Đáp án đúng: C</w:t>
      </w:r>
    </w:p>
    <w:p>
      <w:r>
        <w:rPr>
          <w:b/>
        </w:rPr>
        <w:t>Câu 95: Đáp án đúng: D</w:t>
      </w:r>
    </w:p>
    <w:p>
      <w:r>
        <w:rPr>
          <w:b/>
        </w:rPr>
        <w:t>Câu 96: Đáp án đúng: B</w:t>
      </w:r>
    </w:p>
    <w:p>
      <w:r>
        <w:rPr>
          <w:b/>
        </w:rPr>
        <w:t>Câu 97: Đáp án đúng: A</w:t>
      </w:r>
    </w:p>
    <w:p>
      <w:r>
        <w:rPr>
          <w:b/>
        </w:rPr>
        <w:t>Câu 98: Đáp án đúng: C</w:t>
      </w:r>
    </w:p>
    <w:p>
      <w:r>
        <w:rPr>
          <w:b/>
        </w:rPr>
        <w:t>Câu 99: Đáp án đúng: A</w:t>
      </w:r>
    </w:p>
    <w:p>
      <w:r>
        <w:rPr>
          <w:b/>
        </w:rPr>
        <w:t>Câu 100: Đáp án đúng: A</w:t>
      </w:r>
    </w:p>
    <w:p>
      <w:r>
        <w:rPr>
          <w:b/>
        </w:rPr>
        <w:t>Câu 101: Đáp án đúng: C</w:t>
      </w:r>
    </w:p>
    <w:p>
      <w:r>
        <w:rPr>
          <w:b/>
        </w:rPr>
        <w:t>Câu 102: Đáp án đúng: A</w:t>
      </w:r>
    </w:p>
    <w:p>
      <w:r>
        <w:rPr>
          <w:b/>
        </w:rPr>
        <w:t>Câu 103: Đáp án đúng: A</w:t>
      </w:r>
    </w:p>
    <w:p>
      <w:r>
        <w:rPr>
          <w:b/>
        </w:rPr>
        <w:t>Câu 104: Đáp án đúng: D</w:t>
      </w:r>
    </w:p>
    <w:p>
      <w:r>
        <w:rPr>
          <w:b/>
        </w:rPr>
        <w:t>Câu 105: Đáp án đúng: D</w:t>
      </w:r>
    </w:p>
    <w:p>
      <w:r>
        <w:rPr>
          <w:b/>
        </w:rPr>
        <w:t>Câu 106: Đáp án đúng: B</w:t>
      </w:r>
    </w:p>
    <w:p>
      <w:r>
        <w:rPr>
          <w:b/>
        </w:rPr>
        <w:t>Câu 107: Đáp án đúng: C</w:t>
      </w:r>
    </w:p>
    <w:p>
      <w:r>
        <w:rPr>
          <w:b/>
        </w:rPr>
        <w:t>Câu 108: Đáp án đúng: A</w:t>
      </w:r>
    </w:p>
    <w:p>
      <w:r>
        <w:rPr>
          <w:b/>
        </w:rPr>
        <w:t>Câu 109: Đáp án đúng: B</w:t>
      </w:r>
    </w:p>
    <w:p>
      <w:r>
        <w:rPr>
          <w:b/>
        </w:rPr>
        <w:t>Câu 110: Đáp án đúng: C</w:t>
      </w:r>
    </w:p>
    <w:p>
      <w:r>
        <w:rPr>
          <w:b/>
        </w:rPr>
        <w:t>Câu 111: Đáp án đúng: D</w:t>
      </w:r>
    </w:p>
    <w:p>
      <w:r>
        <w:rPr>
          <w:b/>
        </w:rPr>
        <w:t>Câu 112: Đáp án đúng: A</w:t>
      </w:r>
    </w:p>
    <w:p>
      <w:r>
        <w:rPr>
          <w:b/>
        </w:rPr>
        <w:t>Câu 113: Đáp án đúng: B</w:t>
      </w:r>
    </w:p>
    <w:p>
      <w:r>
        <w:rPr>
          <w:b/>
        </w:rPr>
        <w:t>Câu 114: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