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63 - 25 = ?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63 - 25 = ?</w:t>
      </w:r>
    </w:p>
    <w:p>
      <w:pPr>
        <w:pStyle w:val="ListParagraph"/>
      </w:pPr>
      <w:r>
        <w:rPr>
          <w:sz w:val="22"/>
        </w:rPr>
        <w:t>A. 38</w:t>
      </w:r>
    </w:p>
    <w:p>
      <w:pPr>
        <w:pStyle w:val="ListParagraph"/>
      </w:pPr>
      <w:r>
        <w:rPr>
          <w:sz w:val="22"/>
        </w:rPr>
        <w:t>B. 36</w:t>
      </w:r>
    </w:p>
    <w:p>
      <w:pPr>
        <w:pStyle w:val="ListParagraph"/>
      </w:pPr>
      <w:r>
        <w:rPr>
          <w:sz w:val="22"/>
        </w:rPr>
        <w:t>C. 37</w:t>
      </w:r>
    </w:p>
    <w:p>
      <w:pPr>
        <w:pStyle w:val="ListParagraph"/>
      </w:pPr>
      <w:r>
        <w:rPr>
          <w:sz w:val="22"/>
        </w:rPr>
        <w:t>D. 35</w:t>
      </w:r>
    </w:p>
    <w:p/>
    <w:p>
      <w:r>
        <w:rPr>
          <w:b/>
          <w:sz w:val="24"/>
        </w:rPr>
        <w:t>Câu 2: 84 - 47 = ?</w:t>
      </w:r>
    </w:p>
    <w:p>
      <w:pPr>
        <w:pStyle w:val="ListParagraph"/>
      </w:pPr>
      <w:r>
        <w:rPr>
          <w:sz w:val="22"/>
        </w:rPr>
        <w:t>A. 36</w:t>
      </w:r>
    </w:p>
    <w:p>
      <w:pPr>
        <w:pStyle w:val="ListParagraph"/>
      </w:pPr>
      <w:r>
        <w:rPr>
          <w:sz w:val="22"/>
        </w:rPr>
        <w:t>B. 37</w:t>
      </w:r>
    </w:p>
    <w:p>
      <w:pPr>
        <w:pStyle w:val="ListParagraph"/>
      </w:pPr>
      <w:r>
        <w:rPr>
          <w:sz w:val="22"/>
        </w:rPr>
        <w:t>C. 38</w:t>
      </w:r>
    </w:p>
    <w:p>
      <w:pPr>
        <w:pStyle w:val="ListParagraph"/>
      </w:pPr>
      <w:r>
        <w:rPr>
          <w:sz w:val="22"/>
        </w:rPr>
        <w:t>D. 39</w:t>
      </w:r>
    </w:p>
    <w:p/>
    <w:p>
      <w:r>
        <w:rPr>
          <w:b/>
          <w:sz w:val="24"/>
        </w:rPr>
        <w:t>Câu 3: 72 - 18 = ?</w:t>
      </w:r>
    </w:p>
    <w:p>
      <w:pPr>
        <w:pStyle w:val="ListParagraph"/>
      </w:pPr>
      <w:r>
        <w:rPr>
          <w:sz w:val="22"/>
        </w:rPr>
        <w:t>A. 54</w:t>
      </w:r>
    </w:p>
    <w:p>
      <w:pPr>
        <w:pStyle w:val="ListParagraph"/>
      </w:pPr>
      <w:r>
        <w:rPr>
          <w:sz w:val="22"/>
        </w:rPr>
        <w:t>B. 64</w:t>
      </w:r>
    </w:p>
    <w:p>
      <w:pPr>
        <w:pStyle w:val="ListParagraph"/>
      </w:pPr>
      <w:r>
        <w:rPr>
          <w:sz w:val="22"/>
        </w:rPr>
        <w:t>C. 52</w:t>
      </w:r>
    </w:p>
    <w:p>
      <w:pPr>
        <w:pStyle w:val="ListParagraph"/>
      </w:pPr>
      <w:r>
        <w:rPr>
          <w:sz w:val="22"/>
        </w:rPr>
        <w:t>D. 55</w:t>
      </w:r>
    </w:p>
    <w:p/>
    <w:p>
      <w:r>
        <w:rPr>
          <w:b/>
          <w:sz w:val="24"/>
        </w:rPr>
        <w:t>Câu 4: 91 - 39 = ?</w:t>
      </w:r>
    </w:p>
    <w:p>
      <w:pPr>
        <w:pStyle w:val="ListParagraph"/>
      </w:pPr>
      <w:r>
        <w:rPr>
          <w:sz w:val="22"/>
        </w:rPr>
        <w:t>A. 50</w:t>
      </w:r>
    </w:p>
    <w:p>
      <w:pPr>
        <w:pStyle w:val="ListParagraph"/>
      </w:pPr>
      <w:r>
        <w:rPr>
          <w:sz w:val="22"/>
        </w:rPr>
        <w:t>B. 52</w:t>
      </w:r>
    </w:p>
    <w:p>
      <w:pPr>
        <w:pStyle w:val="ListParagraph"/>
      </w:pPr>
      <w:r>
        <w:rPr>
          <w:sz w:val="22"/>
        </w:rPr>
        <w:t>C. 48</w:t>
      </w:r>
    </w:p>
    <w:p>
      <w:pPr>
        <w:pStyle w:val="ListParagraph"/>
      </w:pPr>
      <w:r>
        <w:rPr>
          <w:sz w:val="22"/>
        </w:rPr>
        <w:t>D. 53</w:t>
      </w:r>
    </w:p>
    <w:p/>
    <w:p>
      <w:r>
        <w:rPr>
          <w:b/>
          <w:sz w:val="24"/>
        </w:rPr>
        <w:t>Câu 5: 55 - 28 = ?</w:t>
      </w:r>
    </w:p>
    <w:p>
      <w:pPr>
        <w:pStyle w:val="ListParagraph"/>
      </w:pPr>
      <w:r>
        <w:rPr>
          <w:sz w:val="22"/>
        </w:rPr>
        <w:t>A. 27</w:t>
      </w:r>
    </w:p>
    <w:p>
      <w:pPr>
        <w:pStyle w:val="ListParagraph"/>
      </w:pPr>
      <w:r>
        <w:rPr>
          <w:sz w:val="22"/>
        </w:rPr>
        <w:t>B. 26</w:t>
      </w:r>
    </w:p>
    <w:p>
      <w:pPr>
        <w:pStyle w:val="ListParagraph"/>
      </w:pPr>
      <w:r>
        <w:rPr>
          <w:sz w:val="22"/>
        </w:rPr>
        <w:t>C. 37</w:t>
      </w:r>
    </w:p>
    <w:p>
      <w:pPr>
        <w:pStyle w:val="ListParagraph"/>
      </w:pPr>
      <w:r>
        <w:rPr>
          <w:sz w:val="22"/>
        </w:rPr>
        <w:t>D. 25</w:t>
      </w:r>
    </w:p>
    <w:p/>
    <w:p>
      <w:r>
        <w:rPr>
          <w:b/>
          <w:sz w:val="24"/>
        </w:rPr>
        <w:t>Câu 6: 68 - 34 = ?</w:t>
      </w:r>
    </w:p>
    <w:p>
      <w:pPr>
        <w:pStyle w:val="ListParagraph"/>
      </w:pPr>
      <w:r>
        <w:rPr>
          <w:sz w:val="22"/>
        </w:rPr>
        <w:t>A. 34</w:t>
      </w:r>
    </w:p>
    <w:p>
      <w:pPr>
        <w:pStyle w:val="ListParagraph"/>
      </w:pPr>
      <w:r>
        <w:rPr>
          <w:sz w:val="22"/>
        </w:rPr>
        <w:t>B. 32</w:t>
      </w:r>
    </w:p>
    <w:p>
      <w:pPr>
        <w:pStyle w:val="ListParagraph"/>
      </w:pPr>
      <w:r>
        <w:rPr>
          <w:sz w:val="22"/>
        </w:rPr>
        <w:t>C. 33</w:t>
      </w:r>
    </w:p>
    <w:p>
      <w:pPr>
        <w:pStyle w:val="ListParagraph"/>
      </w:pPr>
      <w:r>
        <w:rPr>
          <w:sz w:val="22"/>
        </w:rPr>
        <w:t>D. 35</w:t>
      </w:r>
    </w:p>
    <w:p/>
    <w:p>
      <w:r>
        <w:rPr>
          <w:b/>
          <w:sz w:val="24"/>
        </w:rPr>
        <w:t>Câu 7: 70 - 45 = ?</w:t>
      </w:r>
    </w:p>
    <w:p>
      <w:pPr>
        <w:pStyle w:val="ListParagraph"/>
      </w:pPr>
      <w:r>
        <w:rPr>
          <w:sz w:val="22"/>
        </w:rPr>
        <w:t>A. 25</w:t>
      </w:r>
    </w:p>
    <w:p>
      <w:pPr>
        <w:pStyle w:val="ListParagraph"/>
      </w:pPr>
      <w:r>
        <w:rPr>
          <w:sz w:val="22"/>
        </w:rPr>
        <w:t>B. 35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26</w:t>
      </w:r>
    </w:p>
    <w:p/>
    <w:p>
      <w:r>
        <w:rPr>
          <w:b/>
          <w:sz w:val="24"/>
        </w:rPr>
        <w:t>Câu 8: 83 - 56 = ?</w:t>
      </w:r>
    </w:p>
    <w:p>
      <w:pPr>
        <w:pStyle w:val="ListParagraph"/>
      </w:pPr>
      <w:r>
        <w:rPr>
          <w:sz w:val="22"/>
        </w:rPr>
        <w:t>A. 27</w:t>
      </w:r>
    </w:p>
    <w:p>
      <w:pPr>
        <w:pStyle w:val="ListParagraph"/>
      </w:pPr>
      <w:r>
        <w:rPr>
          <w:sz w:val="22"/>
        </w:rPr>
        <w:t>B. 26</w:t>
      </w:r>
    </w:p>
    <w:p>
      <w:pPr>
        <w:pStyle w:val="ListParagraph"/>
      </w:pPr>
      <w:r>
        <w:rPr>
          <w:sz w:val="22"/>
        </w:rPr>
        <w:t>C. 37</w:t>
      </w:r>
    </w:p>
    <w:p>
      <w:pPr>
        <w:pStyle w:val="ListParagraph"/>
      </w:pPr>
      <w:r>
        <w:rPr>
          <w:sz w:val="22"/>
        </w:rPr>
        <w:t>D. 29</w:t>
      </w:r>
    </w:p>
    <w:p/>
    <w:p>
      <w:r>
        <w:rPr>
          <w:b/>
          <w:sz w:val="24"/>
        </w:rPr>
        <w:t>Câu 9: 49 - 21 = ?</w:t>
      </w:r>
    </w:p>
    <w:p>
      <w:pPr>
        <w:pStyle w:val="ListParagraph"/>
      </w:pPr>
      <w:r>
        <w:rPr>
          <w:sz w:val="22"/>
        </w:rPr>
        <w:t>A. 28</w:t>
      </w:r>
    </w:p>
    <w:p>
      <w:pPr>
        <w:pStyle w:val="ListParagraph"/>
      </w:pPr>
      <w:r>
        <w:rPr>
          <w:sz w:val="22"/>
        </w:rPr>
        <w:t>B. 27</w:t>
      </w:r>
    </w:p>
    <w:p>
      <w:pPr>
        <w:pStyle w:val="ListParagraph"/>
      </w:pPr>
      <w:r>
        <w:rPr>
          <w:sz w:val="22"/>
        </w:rPr>
        <w:t>C. 30</w:t>
      </w:r>
    </w:p>
    <w:p>
      <w:pPr>
        <w:pStyle w:val="ListParagraph"/>
      </w:pPr>
      <w:r>
        <w:rPr>
          <w:sz w:val="22"/>
        </w:rPr>
        <w:t>D. 26</w:t>
      </w:r>
    </w:p>
    <w:p/>
    <w:p>
      <w:r>
        <w:rPr>
          <w:b/>
          <w:sz w:val="24"/>
        </w:rPr>
        <w:t>Câu 10: 96 - 68 = ?</w:t>
      </w:r>
    </w:p>
    <w:p>
      <w:pPr>
        <w:pStyle w:val="ListParagraph"/>
      </w:pPr>
      <w:r>
        <w:rPr>
          <w:sz w:val="22"/>
        </w:rPr>
        <w:t>A. 28</w:t>
      </w:r>
    </w:p>
    <w:p>
      <w:pPr>
        <w:pStyle w:val="ListParagraph"/>
      </w:pPr>
      <w:r>
        <w:rPr>
          <w:sz w:val="22"/>
        </w:rPr>
        <w:t>B. 26</w:t>
      </w:r>
    </w:p>
    <w:p>
      <w:pPr>
        <w:pStyle w:val="ListParagraph"/>
      </w:pPr>
      <w:r>
        <w:rPr>
          <w:sz w:val="22"/>
        </w:rPr>
        <w:t>C. 27</w:t>
      </w:r>
    </w:p>
    <w:p>
      <w:pPr>
        <w:pStyle w:val="ListParagraph"/>
      </w:pPr>
      <w:r>
        <w:rPr>
          <w:sz w:val="22"/>
        </w:rPr>
        <w:t>D. 38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