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đề bài kiểm tra tiếng anh lớp 8 15p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Choose the word whose underlined part is pronounced differently from the others: A. needed B. wanted C. played D. visited</w:t>
      </w:r>
    </w:p>
    <w:p>
      <w:pPr>
        <w:pStyle w:val="ListParagraph"/>
      </w:pPr>
      <w:r>
        <w:rPr>
          <w:sz w:val="22"/>
        </w:rPr>
        <w:t>A. needed</w:t>
      </w:r>
    </w:p>
    <w:p>
      <w:pPr>
        <w:pStyle w:val="ListParagraph"/>
      </w:pPr>
      <w:r>
        <w:rPr>
          <w:sz w:val="22"/>
        </w:rPr>
        <w:t>B. wanted</w:t>
      </w:r>
    </w:p>
    <w:p>
      <w:pPr>
        <w:pStyle w:val="ListParagraph"/>
      </w:pPr>
      <w:r>
        <w:rPr>
          <w:sz w:val="22"/>
        </w:rPr>
        <w:t>C. played</w:t>
      </w:r>
    </w:p>
    <w:p>
      <w:pPr>
        <w:pStyle w:val="ListParagraph"/>
      </w:pPr>
      <w:r>
        <w:rPr>
          <w:sz w:val="22"/>
        </w:rPr>
        <w:t>D. visited</w:t>
      </w:r>
    </w:p>
    <w:p/>
    <w:p>
      <w:r>
        <w:rPr>
          <w:b/>
          <w:sz w:val="24"/>
        </w:rPr>
        <w:t>Câu 2: Choose the word whose main stress is placed differently from the others:</w:t>
      </w:r>
    </w:p>
    <w:p>
      <w:pPr>
        <w:pStyle w:val="ListParagraph"/>
      </w:pPr>
      <w:r>
        <w:rPr>
          <w:sz w:val="22"/>
        </w:rPr>
        <w:t>A. generous</w:t>
      </w:r>
    </w:p>
    <w:p>
      <w:pPr>
        <w:pStyle w:val="ListParagraph"/>
      </w:pPr>
      <w:r>
        <w:rPr>
          <w:sz w:val="22"/>
        </w:rPr>
        <w:t>B. character</w:t>
      </w:r>
    </w:p>
    <w:p>
      <w:pPr>
        <w:pStyle w:val="ListParagraph"/>
      </w:pPr>
      <w:r>
        <w:rPr>
          <w:sz w:val="22"/>
        </w:rPr>
        <w:t>C. volunteer</w:t>
      </w:r>
    </w:p>
    <w:p>
      <w:pPr>
        <w:pStyle w:val="ListParagraph"/>
      </w:pPr>
      <w:r>
        <w:rPr>
          <w:sz w:val="22"/>
        </w:rPr>
        <w:t>D. beautiful</w:t>
      </w:r>
    </w:p>
    <w:p/>
    <w:p>
      <w:r>
        <w:rPr>
          <w:b/>
          <w:sz w:val="24"/>
        </w:rPr>
        <w:t>Câu 3: She is very ______. She always helps others.</w:t>
      </w:r>
    </w:p>
    <w:p>
      <w:pPr>
        <w:pStyle w:val="ListParagraph"/>
      </w:pPr>
      <w:r>
        <w:rPr>
          <w:sz w:val="22"/>
        </w:rPr>
        <w:t>A. generous</w:t>
      </w:r>
    </w:p>
    <w:p>
      <w:pPr>
        <w:pStyle w:val="ListParagraph"/>
      </w:pPr>
      <w:r>
        <w:rPr>
          <w:sz w:val="22"/>
        </w:rPr>
        <w:t>B. lazy</w:t>
      </w:r>
    </w:p>
    <w:p>
      <w:pPr>
        <w:pStyle w:val="ListParagraph"/>
      </w:pPr>
      <w:r>
        <w:rPr>
          <w:sz w:val="22"/>
        </w:rPr>
        <w:t>C. mean</w:t>
      </w:r>
    </w:p>
    <w:p>
      <w:pPr>
        <w:pStyle w:val="ListParagraph"/>
      </w:pPr>
      <w:r>
        <w:rPr>
          <w:sz w:val="22"/>
        </w:rPr>
        <w:t>D. selfish</w:t>
      </w:r>
    </w:p>
    <w:p/>
    <w:p>
      <w:r>
        <w:rPr>
          <w:b/>
          <w:sz w:val="24"/>
        </w:rPr>
        <w:t>Câu 4: My brother is old enough ______ a motorbike.</w:t>
      </w:r>
    </w:p>
    <w:p>
      <w:pPr>
        <w:pStyle w:val="ListParagraph"/>
      </w:pPr>
      <w:r>
        <w:rPr>
          <w:sz w:val="22"/>
        </w:rPr>
        <w:t>A. ride</w:t>
      </w:r>
    </w:p>
    <w:p>
      <w:pPr>
        <w:pStyle w:val="ListParagraph"/>
      </w:pPr>
      <w:r>
        <w:rPr>
          <w:sz w:val="22"/>
        </w:rPr>
        <w:t>B. riding</w:t>
      </w:r>
    </w:p>
    <w:p>
      <w:pPr>
        <w:pStyle w:val="ListParagraph"/>
      </w:pPr>
      <w:r>
        <w:rPr>
          <w:sz w:val="22"/>
        </w:rPr>
        <w:t>C. to ride</w:t>
      </w:r>
    </w:p>
    <w:p>
      <w:pPr>
        <w:pStyle w:val="ListParagraph"/>
      </w:pPr>
      <w:r>
        <w:rPr>
          <w:sz w:val="22"/>
        </w:rPr>
        <w:t>D. rode</w:t>
      </w:r>
    </w:p>
    <w:p/>
    <w:p>
      <w:r>
        <w:rPr>
          <w:b/>
          <w:sz w:val="24"/>
        </w:rPr>
        <w:t>Câu 5: We ______ English for three years.</w:t>
      </w:r>
    </w:p>
    <w:p>
      <w:pPr>
        <w:pStyle w:val="ListParagraph"/>
      </w:pPr>
      <w:r>
        <w:rPr>
          <w:sz w:val="22"/>
        </w:rPr>
        <w:t>A. learn</w:t>
      </w:r>
    </w:p>
    <w:p>
      <w:pPr>
        <w:pStyle w:val="ListParagraph"/>
      </w:pPr>
      <w:r>
        <w:rPr>
          <w:sz w:val="22"/>
        </w:rPr>
        <w:t>B. learned</w:t>
      </w:r>
    </w:p>
    <w:p>
      <w:pPr>
        <w:pStyle w:val="ListParagraph"/>
      </w:pPr>
      <w:r>
        <w:rPr>
          <w:sz w:val="22"/>
        </w:rPr>
        <w:t>C. have learned</w:t>
      </w:r>
    </w:p>
    <w:p>
      <w:pPr>
        <w:pStyle w:val="ListParagraph"/>
      </w:pPr>
      <w:r>
        <w:rPr>
          <w:sz w:val="22"/>
        </w:rPr>
        <w:t>D. are learning</w:t>
      </w:r>
    </w:p>
    <w:p/>
    <w:p>
      <w:r>
        <w:rPr>
          <w:b/>
          <w:sz w:val="24"/>
        </w:rPr>
        <w:t>Câu 6: Would you like ______ to the cinema tonight?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going</w:t>
      </w:r>
    </w:p>
    <w:p>
      <w:pPr>
        <w:pStyle w:val="ListParagraph"/>
      </w:pPr>
      <w:r>
        <w:rPr>
          <w:sz w:val="22"/>
        </w:rPr>
        <w:t>C. to go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7: He is the ______ student in my class.</w:t>
      </w:r>
    </w:p>
    <w:p>
      <w:pPr>
        <w:pStyle w:val="ListParagraph"/>
      </w:pPr>
      <w:r>
        <w:rPr>
          <w:sz w:val="22"/>
        </w:rPr>
        <w:t>A. intelligent</w:t>
      </w:r>
    </w:p>
    <w:p>
      <w:pPr>
        <w:pStyle w:val="ListParagraph"/>
      </w:pPr>
      <w:r>
        <w:rPr>
          <w:sz w:val="22"/>
        </w:rPr>
        <w:t>B. more intelligent</w:t>
      </w:r>
    </w:p>
    <w:p>
      <w:pPr>
        <w:pStyle w:val="ListParagraph"/>
      </w:pPr>
      <w:r>
        <w:rPr>
          <w:sz w:val="22"/>
        </w:rPr>
        <w:t>C. most intelligent</w:t>
      </w:r>
    </w:p>
    <w:p>
      <w:pPr>
        <w:pStyle w:val="ListParagraph"/>
      </w:pPr>
      <w:r>
        <w:rPr>
          <w:sz w:val="22"/>
        </w:rPr>
        <w:t>D. intelligently</w:t>
      </w:r>
    </w:p>
    <w:p/>
    <w:p>
      <w:r>
        <w:rPr>
          <w:b/>
          <w:sz w:val="24"/>
        </w:rPr>
        <w:t>Câu 8: She asked me ______ her the truth.</w:t>
      </w:r>
    </w:p>
    <w:p>
      <w:pPr>
        <w:pStyle w:val="ListParagraph"/>
      </w:pPr>
      <w:r>
        <w:rPr>
          <w:sz w:val="22"/>
        </w:rPr>
        <w:t>A. tell</w:t>
      </w:r>
    </w:p>
    <w:p>
      <w:pPr>
        <w:pStyle w:val="ListParagraph"/>
      </w:pPr>
      <w:r>
        <w:rPr>
          <w:sz w:val="22"/>
        </w:rPr>
        <w:t>B. telling</w:t>
      </w:r>
    </w:p>
    <w:p>
      <w:pPr>
        <w:pStyle w:val="ListParagraph"/>
      </w:pPr>
      <w:r>
        <w:rPr>
          <w:sz w:val="22"/>
        </w:rPr>
        <w:t>C. to tell</w:t>
      </w:r>
    </w:p>
    <w:p>
      <w:pPr>
        <w:pStyle w:val="ListParagraph"/>
      </w:pPr>
      <w:r>
        <w:rPr>
          <w:sz w:val="22"/>
        </w:rPr>
        <w:t>D. told</w:t>
      </w:r>
    </w:p>
    <w:p/>
    <w:p>
      <w:r>
        <w:rPr>
          <w:b/>
          <w:sz w:val="24"/>
        </w:rPr>
        <w:t>Câu 9: If you study hard, you ______ the exam.</w:t>
      </w:r>
    </w:p>
    <w:p>
      <w:pPr>
        <w:pStyle w:val="ListParagraph"/>
      </w:pPr>
      <w:r>
        <w:rPr>
          <w:sz w:val="22"/>
        </w:rPr>
        <w:t>A. pass</w:t>
      </w:r>
    </w:p>
    <w:p>
      <w:pPr>
        <w:pStyle w:val="ListParagraph"/>
      </w:pPr>
      <w:r>
        <w:rPr>
          <w:sz w:val="22"/>
        </w:rPr>
        <w:t>B. will pass</w:t>
      </w:r>
    </w:p>
    <w:p>
      <w:pPr>
        <w:pStyle w:val="ListParagraph"/>
      </w:pPr>
      <w:r>
        <w:rPr>
          <w:sz w:val="22"/>
        </w:rPr>
        <w:t>C. passed</w:t>
      </w:r>
    </w:p>
    <w:p>
      <w:pPr>
        <w:pStyle w:val="ListParagraph"/>
      </w:pPr>
      <w:r>
        <w:rPr>
          <w:sz w:val="22"/>
        </w:rPr>
        <w:t>D. would pass</w:t>
      </w:r>
    </w:p>
    <w:p/>
    <w:p>
      <w:r>
        <w:rPr>
          <w:b/>
          <w:sz w:val="24"/>
        </w:rPr>
        <w:t>Câu 10: The children are playing ______ in the garden.</w:t>
      </w:r>
    </w:p>
    <w:p>
      <w:pPr>
        <w:pStyle w:val="ListParagraph"/>
      </w:pPr>
      <w:r>
        <w:rPr>
          <w:sz w:val="22"/>
        </w:rPr>
        <w:t>A. happy</w:t>
      </w:r>
    </w:p>
    <w:p>
      <w:pPr>
        <w:pStyle w:val="ListParagraph"/>
      </w:pPr>
      <w:r>
        <w:rPr>
          <w:sz w:val="22"/>
        </w:rPr>
        <w:t>B. happily</w:t>
      </w:r>
    </w:p>
    <w:p>
      <w:pPr>
        <w:pStyle w:val="ListParagraph"/>
      </w:pPr>
      <w:r>
        <w:rPr>
          <w:sz w:val="22"/>
        </w:rPr>
        <w:t>C. happiness</w:t>
      </w:r>
    </w:p>
    <w:p>
      <w:pPr>
        <w:pStyle w:val="ListParagraph"/>
      </w:pPr>
      <w:r>
        <w:rPr>
          <w:sz w:val="22"/>
        </w:rPr>
        <w:t>D. unhappy</w:t>
      </w:r>
    </w:p>
    <w:p/>
    <w:p>
      <w:r>
        <w:rPr>
          <w:b/>
          <w:sz w:val="24"/>
        </w:rPr>
        <w:t>Câu 11: Choose the word whose underlined part is pronounced differently from the others: A. chemistry B. school C. machine D. character</w:t>
      </w:r>
    </w:p>
    <w:p>
      <w:pPr>
        <w:pStyle w:val="ListParagraph"/>
      </w:pPr>
      <w:r>
        <w:rPr>
          <w:sz w:val="22"/>
        </w:rPr>
        <w:t>A. chemistry</w:t>
      </w:r>
    </w:p>
    <w:p>
      <w:pPr>
        <w:pStyle w:val="ListParagraph"/>
      </w:pPr>
      <w:r>
        <w:rPr>
          <w:sz w:val="22"/>
        </w:rPr>
        <w:t>B. school</w:t>
      </w:r>
    </w:p>
    <w:p>
      <w:pPr>
        <w:pStyle w:val="ListParagraph"/>
      </w:pPr>
      <w:r>
        <w:rPr>
          <w:sz w:val="22"/>
        </w:rPr>
        <w:t>C. machine</w:t>
      </w:r>
    </w:p>
    <w:p>
      <w:pPr>
        <w:pStyle w:val="ListParagraph"/>
      </w:pPr>
      <w:r>
        <w:rPr>
          <w:sz w:val="22"/>
        </w:rPr>
        <w:t>D. character</w:t>
      </w:r>
    </w:p>
    <w:p/>
    <w:p>
      <w:r>
        <w:rPr>
          <w:b/>
          <w:sz w:val="24"/>
        </w:rPr>
        <w:t>Câu 12: She enjoys ______ books in her free time.</w:t>
      </w:r>
    </w:p>
    <w:p>
      <w:pPr>
        <w:pStyle w:val="ListParagraph"/>
      </w:pPr>
      <w:r>
        <w:rPr>
          <w:sz w:val="22"/>
        </w:rPr>
        <w:t>A. read</w:t>
      </w:r>
    </w:p>
    <w:p>
      <w:pPr>
        <w:pStyle w:val="ListParagraph"/>
      </w:pPr>
      <w:r>
        <w:rPr>
          <w:sz w:val="22"/>
        </w:rPr>
        <w:t>B. reading</w:t>
      </w:r>
    </w:p>
    <w:p>
      <w:pPr>
        <w:pStyle w:val="ListParagraph"/>
      </w:pPr>
      <w:r>
        <w:rPr>
          <w:sz w:val="22"/>
        </w:rPr>
        <w:t>C. to read</w:t>
      </w:r>
    </w:p>
    <w:p>
      <w:pPr>
        <w:pStyle w:val="ListParagraph"/>
      </w:pPr>
      <w:r>
        <w:rPr>
          <w:sz w:val="22"/>
        </w:rPr>
        <w:t>D. reads</w:t>
      </w:r>
    </w:p>
    <w:p/>
    <w:p>
      <w:r>
        <w:rPr>
          <w:b/>
          <w:sz w:val="24"/>
        </w:rPr>
        <w:t>Câu 13: This is the first time I ______ such a beautiful beach.</w:t>
      </w:r>
    </w:p>
    <w:p>
      <w:pPr>
        <w:pStyle w:val="ListParagraph"/>
      </w:pPr>
      <w:r>
        <w:rPr>
          <w:sz w:val="22"/>
        </w:rPr>
        <w:t>A. see</w:t>
      </w:r>
    </w:p>
    <w:p>
      <w:pPr>
        <w:pStyle w:val="ListParagraph"/>
      </w:pPr>
      <w:r>
        <w:rPr>
          <w:sz w:val="22"/>
        </w:rPr>
        <w:t>B. saw</w:t>
      </w:r>
    </w:p>
    <w:p>
      <w:pPr>
        <w:pStyle w:val="ListParagraph"/>
      </w:pPr>
      <w:r>
        <w:rPr>
          <w:sz w:val="22"/>
        </w:rPr>
        <w:t>C. have seen</w:t>
      </w:r>
    </w:p>
    <w:p>
      <w:pPr>
        <w:pStyle w:val="ListParagraph"/>
      </w:pPr>
      <w:r>
        <w:rPr>
          <w:sz w:val="22"/>
        </w:rPr>
        <w:t>D. am seeing</w:t>
      </w:r>
    </w:p>
    <w:p/>
    <w:p>
      <w:r>
        <w:rPr>
          <w:b/>
          <w:sz w:val="24"/>
        </w:rPr>
        <w:t>Câu 14: He used to ______ soccer when he was young.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playing</w:t>
      </w:r>
    </w:p>
    <w:p>
      <w:pPr>
        <w:pStyle w:val="ListParagraph"/>
      </w:pPr>
      <w:r>
        <w:rPr>
          <w:sz w:val="22"/>
        </w:rPr>
        <w:t>C. played</w:t>
      </w:r>
    </w:p>
    <w:p>
      <w:pPr>
        <w:pStyle w:val="ListParagraph"/>
      </w:pPr>
      <w:r>
        <w:rPr>
          <w:sz w:val="22"/>
        </w:rPr>
        <w:t>D. plays</w:t>
      </w:r>
    </w:p>
    <w:p/>
    <w:p>
      <w:r>
        <w:rPr>
          <w:b/>
          <w:sz w:val="24"/>
        </w:rPr>
        <w:t>Câu 15: You must ______ your homework before going out.</w:t>
      </w:r>
    </w:p>
    <w:p>
      <w:pPr>
        <w:pStyle w:val="ListParagraph"/>
      </w:pPr>
      <w:r>
        <w:rPr>
          <w:sz w:val="22"/>
        </w:rPr>
        <w:t>A. finish</w:t>
      </w:r>
    </w:p>
    <w:p>
      <w:pPr>
        <w:pStyle w:val="ListParagraph"/>
      </w:pPr>
      <w:r>
        <w:rPr>
          <w:sz w:val="22"/>
        </w:rPr>
        <w:t>B. to finish</w:t>
      </w:r>
    </w:p>
    <w:p>
      <w:pPr>
        <w:pStyle w:val="ListParagraph"/>
      </w:pPr>
      <w:r>
        <w:rPr>
          <w:sz w:val="22"/>
        </w:rPr>
        <w:t>C. finishing</w:t>
      </w:r>
    </w:p>
    <w:p>
      <w:pPr>
        <w:pStyle w:val="ListParagraph"/>
      </w:pPr>
      <w:r>
        <w:rPr>
          <w:sz w:val="22"/>
        </w:rPr>
        <w:t>D. finished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