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Cuộc Duy tân Minh Trị ở Nhật Bản được tiến hành vào năm nào?</w:t>
      </w:r>
    </w:p>
    <w:p>
      <w:pPr>
        <w:pStyle w:val="ListParagraph"/>
      </w:pPr>
      <w:r>
        <w:rPr>
          <w:sz w:val="22"/>
        </w:rPr>
        <w:t>A. 1868</w:t>
      </w:r>
    </w:p>
    <w:p>
      <w:pPr>
        <w:pStyle w:val="ListParagraph"/>
      </w:pPr>
      <w:r>
        <w:rPr>
          <w:sz w:val="22"/>
        </w:rPr>
        <w:t>B. 1867</w:t>
      </w:r>
    </w:p>
    <w:p>
      <w:pPr>
        <w:pStyle w:val="ListParagraph"/>
      </w:pPr>
      <w:r>
        <w:rPr>
          <w:sz w:val="22"/>
        </w:rPr>
        <w:t>C. 1869</w:t>
      </w:r>
    </w:p>
    <w:p>
      <w:pPr>
        <w:pStyle w:val="ListParagraph"/>
      </w:pPr>
      <w:r>
        <w:rPr>
          <w:sz w:val="22"/>
        </w:rPr>
        <w:t>D. 1870</w:t>
      </w:r>
    </w:p>
    <w:p/>
    <w:p>
      <w:r>
        <w:rPr>
          <w:b/>
          <w:sz w:val="24"/>
        </w:rPr>
        <w:t>Câu 2: Nội dung nào sau đây không phải là cải cách trong cuộc Duy tân Minh Trị?</w:t>
      </w:r>
    </w:p>
    <w:p>
      <w:pPr>
        <w:pStyle w:val="ListParagraph"/>
      </w:pPr>
      <w:r>
        <w:rPr>
          <w:sz w:val="22"/>
        </w:rPr>
        <w:t>A. Thủ tiêu chế độ Mạc phủ, thành lập chính phủ mới.</w:t>
      </w:r>
    </w:p>
    <w:p>
      <w:pPr>
        <w:pStyle w:val="ListParagraph"/>
      </w:pPr>
      <w:r>
        <w:rPr>
          <w:sz w:val="22"/>
        </w:rPr>
        <w:t>B. Thống nhất tiền tệ, phát triển kinh tế tư bản chủ nghĩa.</w:t>
      </w:r>
    </w:p>
    <w:p>
      <w:pPr>
        <w:pStyle w:val="ListParagraph"/>
      </w:pPr>
      <w:r>
        <w:rPr>
          <w:sz w:val="22"/>
        </w:rPr>
        <w:t>C. Duy trì chế độ phong kiến, bảo thủ.</w:t>
      </w:r>
    </w:p>
    <w:p>
      <w:pPr>
        <w:pStyle w:val="ListParagraph"/>
      </w:pPr>
      <w:r>
        <w:rPr>
          <w:sz w:val="22"/>
        </w:rPr>
        <w:t>D. Thi hành chính sách giáo dục bắt buộc, chú trọng khoa học kỹ thuật.</w:t>
      </w:r>
    </w:p>
    <w:p/>
    <w:p>
      <w:r>
        <w:rPr>
          <w:b/>
          <w:sz w:val="24"/>
        </w:rPr>
        <w:t>Câu 3: Đặc điểm của chủ nghĩa đế quốc Nhật Bản là gì?</w:t>
      </w:r>
    </w:p>
    <w:p>
      <w:pPr>
        <w:pStyle w:val="ListParagraph"/>
      </w:pPr>
      <w:r>
        <w:rPr>
          <w:sz w:val="22"/>
        </w:rPr>
        <w:t>A. Đế quốc thực dân.</w:t>
      </w:r>
    </w:p>
    <w:p>
      <w:pPr>
        <w:pStyle w:val="ListParagraph"/>
      </w:pPr>
      <w:r>
        <w:rPr>
          <w:sz w:val="22"/>
        </w:rPr>
        <w:t>B. Đế quốc cho vay nặng lãi.</w:t>
      </w:r>
    </w:p>
    <w:p>
      <w:pPr>
        <w:pStyle w:val="ListParagraph"/>
      </w:pPr>
      <w:r>
        <w:rPr>
          <w:sz w:val="22"/>
        </w:rPr>
        <w:t>C. Đế quốc phong kiến quân phiệt.</w:t>
      </w:r>
    </w:p>
    <w:p>
      <w:pPr>
        <w:pStyle w:val="ListParagraph"/>
      </w:pPr>
      <w:r>
        <w:rPr>
          <w:sz w:val="22"/>
        </w:rPr>
        <w:t>D. Đế quốc xâm lược.</w:t>
      </w:r>
    </w:p>
    <w:p/>
    <w:p>
      <w:r>
        <w:rPr>
          <w:b/>
          <w:sz w:val="24"/>
        </w:rPr>
        <w:t>Câu 4: Nhật Bản tấn công Trân Châu Cảng vào ngày tháng năm nào?</w:t>
      </w:r>
    </w:p>
    <w:p>
      <w:pPr>
        <w:pStyle w:val="ListParagraph"/>
      </w:pPr>
      <w:r>
        <w:rPr>
          <w:sz w:val="22"/>
        </w:rPr>
        <w:t>A. 7/12/1941</w:t>
      </w:r>
    </w:p>
    <w:p>
      <w:pPr>
        <w:pStyle w:val="ListParagraph"/>
      </w:pPr>
      <w:r>
        <w:rPr>
          <w:sz w:val="22"/>
        </w:rPr>
        <w:t>B. 8/12/1941</w:t>
      </w:r>
    </w:p>
    <w:p>
      <w:pPr>
        <w:pStyle w:val="ListParagraph"/>
      </w:pPr>
      <w:r>
        <w:rPr>
          <w:sz w:val="22"/>
        </w:rPr>
        <w:t>C. 9/12/1941</w:t>
      </w:r>
    </w:p>
    <w:p>
      <w:pPr>
        <w:pStyle w:val="ListParagraph"/>
      </w:pPr>
      <w:r>
        <w:rPr>
          <w:sz w:val="22"/>
        </w:rPr>
        <w:t>D. 10/12/1941</w:t>
      </w:r>
    </w:p>
    <w:p/>
    <w:p>
      <w:r>
        <w:rPr>
          <w:b/>
          <w:sz w:val="24"/>
        </w:rPr>
        <w:t>Câu 5: Sau Chiến tranh thế giới thứ nhất, nền kinh tế Nhật Bản đã gặp khó khăn gì?</w:t>
      </w:r>
    </w:p>
    <w:p>
      <w:pPr>
        <w:pStyle w:val="ListParagraph"/>
      </w:pPr>
      <w:r>
        <w:rPr>
          <w:sz w:val="22"/>
        </w:rPr>
        <w:t>A. Thiếu nguyên liệu và thị trường.</w:t>
      </w:r>
    </w:p>
    <w:p>
      <w:pPr>
        <w:pStyle w:val="ListParagraph"/>
      </w:pPr>
      <w:r>
        <w:rPr>
          <w:sz w:val="22"/>
        </w:rPr>
        <w:t>B. Bị các nước phương Tây cạnh tranh gay gắt.</w:t>
      </w:r>
    </w:p>
    <w:p>
      <w:pPr>
        <w:pStyle w:val="ListParagraph"/>
      </w:pPr>
      <w:r>
        <w:rPr>
          <w:sz w:val="22"/>
        </w:rPr>
        <w:t>C. Khủng hoảng kinh tế 1929-1933.</w:t>
      </w:r>
    </w:p>
    <w:p>
      <w:pPr>
        <w:pStyle w:val="ListParagraph"/>
      </w:pPr>
      <w:r>
        <w:rPr>
          <w:sz w:val="22"/>
        </w:rPr>
        <w:t>D. Mất hết thuộc địa.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