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5 câu trắc nghiệm về tin học bài 2 kết nố...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Trí tuệ nhân tạo (AI) là gì?</w:t>
      </w:r>
    </w:p>
    <w:p>
      <w:pPr>
        <w:pStyle w:val="ListParagraph"/>
      </w:pPr>
      <w:r>
        <w:rPr>
          <w:sz w:val="22"/>
        </w:rPr>
        <w:t>A. Phần mềm soạn thảo văn bản</w:t>
      </w:r>
    </w:p>
    <w:p>
      <w:pPr>
        <w:pStyle w:val="ListParagraph"/>
      </w:pPr>
      <w:r>
        <w:rPr>
          <w:sz w:val="22"/>
        </w:rPr>
        <w:t>B. Hệ thống máy móc có khả năng thực hiện các nhiệm vụ đòi hỏi trí thông minh của con người</w:t>
      </w:r>
    </w:p>
    <w:p>
      <w:pPr>
        <w:pStyle w:val="ListParagraph"/>
      </w:pPr>
      <w:r>
        <w:rPr>
          <w:sz w:val="22"/>
        </w:rPr>
        <w:t>C. Thiết bị lưu trữ dữ liệu</w:t>
      </w:r>
    </w:p>
    <w:p>
      <w:pPr>
        <w:pStyle w:val="ListParagraph"/>
      </w:pPr>
      <w:r>
        <w:rPr>
          <w:sz w:val="22"/>
        </w:rPr>
        <w:t>D. Mạng xã hội</w:t>
      </w:r>
    </w:p>
    <w:p/>
    <w:p>
      <w:r>
        <w:rPr>
          <w:b/>
          <w:sz w:val="24"/>
        </w:rPr>
        <w:t>Câu 2: Ứng dụng nào sau đây là ví dụ về AI trong giáo dục?</w:t>
      </w:r>
    </w:p>
    <w:p>
      <w:pPr>
        <w:pStyle w:val="ListParagraph"/>
      </w:pPr>
      <w:r>
        <w:rPr>
          <w:sz w:val="22"/>
        </w:rPr>
        <w:t>A. Microsoft Word</w:t>
      </w:r>
    </w:p>
    <w:p>
      <w:pPr>
        <w:pStyle w:val="ListParagraph"/>
      </w:pPr>
      <w:r>
        <w:rPr>
          <w:sz w:val="22"/>
        </w:rPr>
        <w:t>B. Paint</w:t>
      </w:r>
    </w:p>
    <w:p>
      <w:pPr>
        <w:pStyle w:val="ListParagraph"/>
      </w:pPr>
      <w:r>
        <w:rPr>
          <w:sz w:val="22"/>
        </w:rPr>
        <w:t>C. Hệ thống chấm điểm tự động</w:t>
      </w:r>
    </w:p>
    <w:p>
      <w:pPr>
        <w:pStyle w:val="ListParagraph"/>
      </w:pPr>
      <w:r>
        <w:rPr>
          <w:sz w:val="22"/>
        </w:rPr>
        <w:t>D. File Explorer</w:t>
      </w:r>
    </w:p>
    <w:p/>
    <w:p>
      <w:r>
        <w:rPr>
          <w:b/>
          <w:sz w:val="24"/>
        </w:rPr>
        <w:t>Câu 3: Trợ lý ảo Siri, Google Assistant hoạt động chủ yếu dựa trên lĩnh vực nào của AI?</w:t>
      </w:r>
    </w:p>
    <w:p>
      <w:pPr>
        <w:pStyle w:val="ListParagraph"/>
      </w:pPr>
      <w:r>
        <w:rPr>
          <w:sz w:val="22"/>
        </w:rPr>
        <w:t>A. Xử lý ngôn ngữ tự nhiên</w:t>
      </w:r>
    </w:p>
    <w:p>
      <w:pPr>
        <w:pStyle w:val="ListParagraph"/>
      </w:pPr>
      <w:r>
        <w:rPr>
          <w:sz w:val="22"/>
        </w:rPr>
        <w:t>B. Thị giác máy tính</w:t>
      </w:r>
    </w:p>
    <w:p>
      <w:pPr>
        <w:pStyle w:val="ListParagraph"/>
      </w:pPr>
      <w:r>
        <w:rPr>
          <w:sz w:val="22"/>
        </w:rPr>
        <w:t>C. Hệ chuyên gia</w:t>
      </w:r>
    </w:p>
    <w:p>
      <w:pPr>
        <w:pStyle w:val="ListParagraph"/>
      </w:pPr>
      <w:r>
        <w:rPr>
          <w:sz w:val="22"/>
        </w:rPr>
        <w:t>D. Robotics</w:t>
      </w:r>
    </w:p>
    <w:p/>
    <w:p>
      <w:r>
        <w:rPr>
          <w:b/>
          <w:sz w:val="24"/>
        </w:rPr>
        <w:t>Câu 4: Hệ thống nhận diện khuôn mặt hoạt động dựa trên lĩnh vực nào của AI?</w:t>
      </w:r>
    </w:p>
    <w:p>
      <w:pPr>
        <w:pStyle w:val="ListParagraph"/>
      </w:pPr>
      <w:r>
        <w:rPr>
          <w:sz w:val="22"/>
        </w:rPr>
        <w:t>A. Xử lý ngôn ngữ tự nhiên</w:t>
      </w:r>
    </w:p>
    <w:p>
      <w:pPr>
        <w:pStyle w:val="ListParagraph"/>
      </w:pPr>
      <w:r>
        <w:rPr>
          <w:sz w:val="22"/>
        </w:rPr>
        <w:t>B. Học tăng cường</w:t>
      </w:r>
    </w:p>
    <w:p>
      <w:pPr>
        <w:pStyle w:val="ListParagraph"/>
      </w:pPr>
      <w:r>
        <w:rPr>
          <w:sz w:val="22"/>
        </w:rPr>
        <w:t>C. Hệ chuyên gia</w:t>
      </w:r>
    </w:p>
    <w:p>
      <w:pPr>
        <w:pStyle w:val="ListParagraph"/>
      </w:pPr>
      <w:r>
        <w:rPr>
          <w:sz w:val="22"/>
        </w:rPr>
        <w:t>D. Thị giác máy tính</w:t>
      </w:r>
    </w:p>
    <w:p/>
    <w:p>
      <w:r>
        <w:rPr>
          <w:b/>
          <w:sz w:val="24"/>
        </w:rPr>
        <w:t>Câu 5: Phát biểu nào sau đây phản ánh đúng về ứng dụng của AI trong y tế?</w:t>
      </w:r>
    </w:p>
    <w:p>
      <w:pPr>
        <w:pStyle w:val="ListParagraph"/>
      </w:pPr>
      <w:r>
        <w:rPr>
          <w:sz w:val="22"/>
        </w:rPr>
        <w:t>A. AI có thể hỗ trợ chẩn đoán bệnh qua hình ảnh y tế</w:t>
      </w:r>
    </w:p>
    <w:p>
      <w:pPr>
        <w:pStyle w:val="ListParagraph"/>
      </w:pPr>
      <w:r>
        <w:rPr>
          <w:sz w:val="22"/>
        </w:rPr>
        <w:t>B. AI thay thế hoàn toàn bác sĩ</w:t>
      </w:r>
    </w:p>
    <w:p>
      <w:pPr>
        <w:pStyle w:val="ListParagraph"/>
      </w:pPr>
      <w:r>
        <w:rPr>
          <w:sz w:val="22"/>
        </w:rPr>
        <w:t>C. AI không thể phân tích dữ liệu y tế</w:t>
      </w:r>
    </w:p>
    <w:p>
      <w:pPr>
        <w:pStyle w:val="ListParagraph"/>
      </w:pPr>
      <w:r>
        <w:rPr>
          <w:sz w:val="22"/>
        </w:rPr>
        <w:t>D. AI chỉ dùng để quản lý bệnh án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