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tâp toán 4 tuần 8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Tác giả của bài thơ “Yến tạ tấn” là ai?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Nguyễn Bỉnh Khiêm</w:t>
      </w:r>
    </w:p>
    <w:p>
      <w:pPr>
        <w:pStyle w:val="ListParagraph"/>
      </w:pPr>
      <w:r>
        <w:rPr>
          <w:sz w:val="22"/>
        </w:rPr>
        <w:t>D. Nguyễn Công Trứ</w:t>
      </w:r>
    </w:p>
    <w:p/>
    <w:p>
      <w:r>
        <w:rPr>
          <w:b/>
          <w:sz w:val="24"/>
        </w:rPr>
        <w:t>Câu 2: Bài thơ “Yến tạ tấn” thuộc thể loại nào?</w:t>
      </w:r>
    </w:p>
    <w:p>
      <w:pPr>
        <w:pStyle w:val="ListParagraph"/>
      </w:pPr>
      <w:r>
        <w:rPr>
          <w:sz w:val="22"/>
        </w:rPr>
        <w:t>A. Thất ngôn bát cú</w:t>
      </w:r>
    </w:p>
    <w:p>
      <w:pPr>
        <w:pStyle w:val="ListParagraph"/>
      </w:pPr>
      <w:r>
        <w:rPr>
          <w:sz w:val="22"/>
        </w:rPr>
        <w:t>B. Ngũ ngôn tứ tuyệt</w:t>
      </w:r>
    </w:p>
    <w:p>
      <w:pPr>
        <w:pStyle w:val="ListParagraph"/>
      </w:pPr>
      <w:r>
        <w:rPr>
          <w:sz w:val="22"/>
        </w:rPr>
        <w:t>C. Thất ngôn tứ tuyệt</w:t>
      </w:r>
    </w:p>
    <w:p>
      <w:pPr>
        <w:pStyle w:val="ListParagraph"/>
      </w:pPr>
      <w:r>
        <w:rPr>
          <w:sz w:val="22"/>
        </w:rPr>
        <w:t>D. Lục bát</w:t>
      </w:r>
    </w:p>
    <w:p/>
    <w:p>
      <w:r>
        <w:rPr>
          <w:b/>
          <w:sz w:val="24"/>
        </w:rPr>
        <w:t>Câu 3: “Yến tạ tấn” có nghĩa là gì?</w:t>
      </w:r>
    </w:p>
    <w:p>
      <w:pPr>
        <w:pStyle w:val="ListParagraph"/>
      </w:pPr>
      <w:r>
        <w:rPr>
          <w:sz w:val="22"/>
        </w:rPr>
        <w:t>A. Tiệc yến tiễn khách</w:t>
      </w:r>
    </w:p>
    <w:p>
      <w:pPr>
        <w:pStyle w:val="ListParagraph"/>
      </w:pPr>
      <w:r>
        <w:rPr>
          <w:sz w:val="22"/>
        </w:rPr>
        <w:t>B. Tiệc yến mừng tân khoa</w:t>
      </w:r>
    </w:p>
    <w:p>
      <w:pPr>
        <w:pStyle w:val="ListParagraph"/>
      </w:pPr>
      <w:r>
        <w:rPr>
          <w:sz w:val="22"/>
        </w:rPr>
        <w:t>C. Tiệc yến mừng thọ</w:t>
      </w:r>
    </w:p>
    <w:p>
      <w:pPr>
        <w:pStyle w:val="ListParagraph"/>
      </w:pPr>
      <w:r>
        <w:rPr>
          <w:sz w:val="22"/>
        </w:rPr>
        <w:t>D. Tiệc yến mừng xuân</w:t>
      </w:r>
    </w:p>
    <w:p/>
    <w:p>
      <w:r>
        <w:rPr>
          <w:b/>
          <w:sz w:val="24"/>
        </w:rPr>
        <w:t>Câu 4: Trong bài thơ, hình ảnh “yến tạ tấn” được dùng để chỉ điều gì?</w:t>
      </w:r>
    </w:p>
    <w:p>
      <w:pPr>
        <w:pStyle w:val="ListParagraph"/>
      </w:pPr>
      <w:r>
        <w:rPr>
          <w:sz w:val="22"/>
        </w:rPr>
        <w:t>A. Tiệc mừng người đỗ đạt</w:t>
      </w:r>
    </w:p>
    <w:p>
      <w:pPr>
        <w:pStyle w:val="ListParagraph"/>
      </w:pPr>
      <w:r>
        <w:rPr>
          <w:sz w:val="22"/>
        </w:rPr>
        <w:t>B. Tiệc mừng thăng quan</w:t>
      </w:r>
    </w:p>
    <w:p>
      <w:pPr>
        <w:pStyle w:val="ListParagraph"/>
      </w:pPr>
      <w:r>
        <w:rPr>
          <w:sz w:val="22"/>
        </w:rPr>
        <w:t>C. Tiệc mừng tân gia</w:t>
      </w:r>
    </w:p>
    <w:p>
      <w:pPr>
        <w:pStyle w:val="ListParagraph"/>
      </w:pPr>
      <w:r>
        <w:rPr>
          <w:sz w:val="22"/>
        </w:rPr>
        <w:t>D. Tiệc mừng sinh nhật</w:t>
      </w:r>
    </w:p>
    <w:p/>
    <w:p>
      <w:r>
        <w:rPr>
          <w:b/>
          <w:sz w:val="24"/>
        </w:rPr>
        <w:t>Câu 5: Câu thơ nào thể hiện rõ nhất sự đối lập giữa quá khứ và hiện tại trong bài “Yến tạ tấn”?</w:t>
      </w:r>
    </w:p>
    <w:p>
      <w:pPr>
        <w:pStyle w:val="ListParagraph"/>
      </w:pPr>
      <w:r>
        <w:rPr>
          <w:sz w:val="22"/>
        </w:rPr>
        <w:t>A. “Ngày xưa yến tạ tấn, / Ngày nay yến tạ tấn”</w:t>
      </w:r>
    </w:p>
    <w:p>
      <w:pPr>
        <w:pStyle w:val="ListParagraph"/>
      </w:pPr>
      <w:r>
        <w:rPr>
          <w:sz w:val="22"/>
        </w:rPr>
        <w:t>B. “Kẻ thì áo mũ, kẻ thì quần”</w:t>
      </w:r>
    </w:p>
    <w:p>
      <w:pPr>
        <w:pStyle w:val="ListParagraph"/>
      </w:pPr>
      <w:r>
        <w:rPr>
          <w:sz w:val="22"/>
        </w:rPr>
        <w:t>C. “Chẳng qua một cuộc đổi thay”</w:t>
      </w:r>
    </w:p>
    <w:p>
      <w:pPr>
        <w:pStyle w:val="ListParagraph"/>
      </w:pPr>
      <w:r>
        <w:rPr>
          <w:sz w:val="22"/>
        </w:rPr>
        <w:t>D. “Cũng là một kiếp người ta”</w:t>
      </w:r>
    </w:p>
    <w:p/>
    <w:p>
      <w:r>
        <w:rPr>
          <w:b/>
          <w:sz w:val="24"/>
        </w:rPr>
        <w:t>Câu 6: Tâm trạng chủ đạo của tác giả trong bài thơ là gì?</w:t>
      </w:r>
    </w:p>
    <w:p>
      <w:pPr>
        <w:pStyle w:val="ListParagraph"/>
      </w:pPr>
      <w:r>
        <w:rPr>
          <w:sz w:val="22"/>
        </w:rPr>
        <w:t>A. Vui mừng, phấn khởi</w:t>
      </w:r>
    </w:p>
    <w:p>
      <w:pPr>
        <w:pStyle w:val="ListParagraph"/>
      </w:pPr>
      <w:r>
        <w:rPr>
          <w:sz w:val="22"/>
        </w:rPr>
        <w:t>B. Chán nản, bi quan</w:t>
      </w:r>
    </w:p>
    <w:p>
      <w:pPr>
        <w:pStyle w:val="ListParagraph"/>
      </w:pPr>
      <w:r>
        <w:rPr>
          <w:sz w:val="22"/>
        </w:rPr>
        <w:t>C. Ngậm ngùi, xót xa</w:t>
      </w:r>
    </w:p>
    <w:p>
      <w:pPr>
        <w:pStyle w:val="ListParagraph"/>
      </w:pPr>
      <w:r>
        <w:rPr>
          <w:sz w:val="22"/>
        </w:rPr>
        <w:t>D. Bình thản, vô tư</w:t>
      </w:r>
    </w:p>
    <w:p/>
    <w:p>
      <w:r>
        <w:rPr>
          <w:b/>
          <w:sz w:val="24"/>
        </w:rPr>
        <w:t>Câu 7: Bài thơ “Yến tạ tấn” phản ánh điều gì về xã hội đương thời?</w:t>
      </w:r>
    </w:p>
    <w:p>
      <w:pPr>
        <w:pStyle w:val="ListParagraph"/>
      </w:pPr>
      <w:r>
        <w:rPr>
          <w:sz w:val="22"/>
        </w:rPr>
        <w:t>A. Sự thay đổi của thời cuộc</w:t>
      </w:r>
    </w:p>
    <w:p>
      <w:pPr>
        <w:pStyle w:val="ListParagraph"/>
      </w:pPr>
      <w:r>
        <w:rPr>
          <w:sz w:val="22"/>
        </w:rPr>
        <w:t>B. Sự bất công trong thi cử</w:t>
      </w:r>
    </w:p>
    <w:p>
      <w:pPr>
        <w:pStyle w:val="ListParagraph"/>
      </w:pPr>
      <w:r>
        <w:rPr>
          <w:sz w:val="22"/>
        </w:rPr>
        <w:t>C. Sự xa hoa của tầng lớp quý tộc</w:t>
      </w:r>
    </w:p>
    <w:p>
      <w:pPr>
        <w:pStyle w:val="ListParagraph"/>
      </w:pPr>
      <w:r>
        <w:rPr>
          <w:sz w:val="22"/>
        </w:rPr>
        <w:t>D. Sự nghèo khổ của nhân dân</w:t>
      </w:r>
    </w:p>
    <w:p/>
    <w:p>
      <w:r>
        <w:rPr>
          <w:b/>
          <w:sz w:val="24"/>
        </w:rPr>
        <w:t>Câu 8: Từ “tấn” trong nhan đề “Yến tạ tấn” có nghĩa là gì?</w:t>
      </w:r>
    </w:p>
    <w:p>
      <w:pPr>
        <w:pStyle w:val="ListParagraph"/>
      </w:pPr>
      <w:r>
        <w:rPr>
          <w:sz w:val="22"/>
        </w:rPr>
        <w:t>A. Tiến cử</w:t>
      </w:r>
    </w:p>
    <w:p>
      <w:pPr>
        <w:pStyle w:val="ListParagraph"/>
      </w:pPr>
      <w:r>
        <w:rPr>
          <w:sz w:val="22"/>
        </w:rPr>
        <w:t>B. Tiến sĩ</w:t>
      </w:r>
    </w:p>
    <w:p>
      <w:pPr>
        <w:pStyle w:val="ListParagraph"/>
      </w:pPr>
      <w:r>
        <w:rPr>
          <w:sz w:val="22"/>
        </w:rPr>
        <w:t>C. Tiến lên</w:t>
      </w:r>
    </w:p>
    <w:p>
      <w:pPr>
        <w:pStyle w:val="ListParagraph"/>
      </w:pPr>
      <w:r>
        <w:rPr>
          <w:sz w:val="22"/>
        </w:rPr>
        <w:t>D. Tiến công</w:t>
      </w:r>
    </w:p>
    <w:p/>
    <w:p>
      <w:r>
        <w:rPr>
          <w:b/>
          <w:sz w:val="24"/>
        </w:rPr>
        <w:t>Câu 9: Biện pháp tu từ nào được sử dụng chủ yếu trong bài thơ?</w:t>
      </w:r>
    </w:p>
    <w:p>
      <w:pPr>
        <w:pStyle w:val="ListParagraph"/>
      </w:pPr>
      <w:r>
        <w:rPr>
          <w:sz w:val="22"/>
        </w:rPr>
        <w:t>A. So sánh</w:t>
      </w:r>
    </w:p>
    <w:p>
      <w:pPr>
        <w:pStyle w:val="ListParagraph"/>
      </w:pPr>
      <w:r>
        <w:rPr>
          <w:sz w:val="22"/>
        </w:rPr>
        <w:t>B. Ẩn dụ</w:t>
      </w:r>
    </w:p>
    <w:p>
      <w:pPr>
        <w:pStyle w:val="ListParagraph"/>
      </w:pPr>
      <w:r>
        <w:rPr>
          <w:sz w:val="22"/>
        </w:rPr>
        <w:t>C. Đối lập</w:t>
      </w:r>
    </w:p>
    <w:p>
      <w:pPr>
        <w:pStyle w:val="ListParagraph"/>
      </w:pPr>
      <w:r>
        <w:rPr>
          <w:sz w:val="22"/>
        </w:rPr>
        <w:t>D. Nhân hóa</w:t>
      </w:r>
    </w:p>
    <w:p/>
    <w:p>
      <w:r>
        <w:rPr>
          <w:b/>
          <w:sz w:val="24"/>
        </w:rPr>
        <w:t>Câu 10: Ý nghĩa nhân sinh sâu sắc nhất mà bài thơ muốn gửi gắm là gì?</w:t>
      </w:r>
    </w:p>
    <w:p>
      <w:pPr>
        <w:pStyle w:val="ListParagraph"/>
      </w:pPr>
      <w:r>
        <w:rPr>
          <w:sz w:val="22"/>
        </w:rPr>
        <w:t>A. Cuộc đời là một giấc mộng</w:t>
      </w:r>
    </w:p>
    <w:p>
      <w:pPr>
        <w:pStyle w:val="ListParagraph"/>
      </w:pPr>
      <w:r>
        <w:rPr>
          <w:sz w:val="22"/>
        </w:rPr>
        <w:t>B. Danh vọng chỉ là phù du</w:t>
      </w:r>
    </w:p>
    <w:p>
      <w:pPr>
        <w:pStyle w:val="ListParagraph"/>
      </w:pPr>
      <w:r>
        <w:rPr>
          <w:sz w:val="22"/>
        </w:rPr>
        <w:t>C. Con người nên sống hết mình</w:t>
      </w:r>
    </w:p>
    <w:p>
      <w:pPr>
        <w:pStyle w:val="ListParagraph"/>
      </w:pPr>
      <w:r>
        <w:rPr>
          <w:sz w:val="22"/>
        </w:rPr>
        <w:t>D. Thời thế tạo anh hùng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