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Practices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Cách mạng tư sản Anh bùng nổ năm nào?</w:t>
      </w:r>
    </w:p>
    <w:p>
      <w:pPr>
        <w:pStyle w:val="ListParagraph"/>
      </w:pPr>
      <w:r>
        <w:rPr>
          <w:sz w:val="22"/>
        </w:rPr>
        <w:t>A. 1642</w:t>
      </w:r>
    </w:p>
    <w:p>
      <w:pPr>
        <w:pStyle w:val="ListParagraph"/>
      </w:pPr>
      <w:r>
        <w:rPr>
          <w:sz w:val="22"/>
        </w:rPr>
        <w:t>B. 1640</w:t>
      </w:r>
    </w:p>
    <w:p>
      <w:pPr>
        <w:pStyle w:val="ListParagraph"/>
      </w:pPr>
      <w:r>
        <w:rPr>
          <w:sz w:val="22"/>
        </w:rPr>
        <w:t>C. 1688</w:t>
      </w:r>
    </w:p>
    <w:p>
      <w:pPr>
        <w:pStyle w:val="ListParagraph"/>
      </w:pPr>
      <w:r>
        <w:rPr>
          <w:sz w:val="22"/>
        </w:rPr>
        <w:t>D. 1776</w:t>
      </w:r>
    </w:p>
    <w:p/>
    <w:p>
      <w:r>
        <w:rPr>
          <w:b/>
          <w:sz w:val="24"/>
        </w:rPr>
        <w:t>Câu 2: Tuyên ngôn Độc lập của Hợp chúng quốc Mỹ được thông qua năm nào?</w:t>
      </w:r>
    </w:p>
    <w:p>
      <w:pPr>
        <w:pStyle w:val="ListParagraph"/>
      </w:pPr>
      <w:r>
        <w:rPr>
          <w:sz w:val="22"/>
        </w:rPr>
        <w:t>A. 1783</w:t>
      </w:r>
    </w:p>
    <w:p>
      <w:pPr>
        <w:pStyle w:val="ListParagraph"/>
      </w:pPr>
      <w:r>
        <w:rPr>
          <w:sz w:val="22"/>
        </w:rPr>
        <w:t>B. 1789</w:t>
      </w:r>
    </w:p>
    <w:p>
      <w:pPr>
        <w:pStyle w:val="ListParagraph"/>
      </w:pPr>
      <w:r>
        <w:rPr>
          <w:sz w:val="22"/>
        </w:rPr>
        <w:t>C. 1776</w:t>
      </w:r>
    </w:p>
    <w:p>
      <w:pPr>
        <w:pStyle w:val="ListParagraph"/>
      </w:pPr>
      <w:r>
        <w:rPr>
          <w:sz w:val="22"/>
        </w:rPr>
        <w:t>D. 1787</w:t>
      </w:r>
    </w:p>
    <w:p/>
    <w:p>
      <w:r>
        <w:rPr>
          <w:b/>
          <w:sz w:val="24"/>
        </w:rPr>
        <w:t>Câu 3: Cách mạng tư sản Pháp bùng nổ ngày nào?</w:t>
      </w:r>
    </w:p>
    <w:p>
      <w:pPr>
        <w:pStyle w:val="ListParagraph"/>
      </w:pPr>
      <w:r>
        <w:rPr>
          <w:sz w:val="22"/>
        </w:rPr>
        <w:t>A. 14/7/1789</w:t>
      </w:r>
    </w:p>
    <w:p>
      <w:pPr>
        <w:pStyle w:val="ListParagraph"/>
      </w:pPr>
      <w:r>
        <w:rPr>
          <w:sz w:val="22"/>
        </w:rPr>
        <w:t>B. 4/7/1776</w:t>
      </w:r>
    </w:p>
    <w:p>
      <w:pPr>
        <w:pStyle w:val="ListParagraph"/>
      </w:pPr>
      <w:r>
        <w:rPr>
          <w:sz w:val="22"/>
        </w:rPr>
        <w:t>C. 12/12/1789</w:t>
      </w:r>
    </w:p>
    <w:p>
      <w:pPr>
        <w:pStyle w:val="ListParagraph"/>
      </w:pPr>
      <w:r>
        <w:rPr>
          <w:sz w:val="22"/>
        </w:rPr>
        <w:t>D. 9/11/1799</w:t>
      </w:r>
    </w:p>
    <w:p/>
    <w:p>
      <w:r>
        <w:rPr>
          <w:b/>
          <w:sz w:val="24"/>
        </w:rPr>
        <w:t>Câu 4: Người đứng đầu nhà nước Pháp thời kỳ Đệ nhất đế chế là?</w:t>
      </w:r>
    </w:p>
    <w:p>
      <w:pPr>
        <w:pStyle w:val="ListParagraph"/>
      </w:pPr>
      <w:r>
        <w:rPr>
          <w:sz w:val="22"/>
        </w:rPr>
        <w:t>A. Lu-i XVI</w:t>
      </w:r>
    </w:p>
    <w:p>
      <w:pPr>
        <w:pStyle w:val="ListParagraph"/>
      </w:pPr>
      <w:r>
        <w:rPr>
          <w:sz w:val="22"/>
        </w:rPr>
        <w:t>B. Na-pô-lê-ông Bôi-na-pác</w:t>
      </w:r>
    </w:p>
    <w:p>
      <w:pPr>
        <w:pStyle w:val="ListParagraph"/>
      </w:pPr>
      <w:r>
        <w:rPr>
          <w:sz w:val="22"/>
        </w:rPr>
        <w:t>C. Rô-be-xpi-e</w:t>
      </w:r>
    </w:p>
    <w:p>
      <w:pPr>
        <w:pStyle w:val="ListParagraph"/>
      </w:pPr>
      <w:r>
        <w:rPr>
          <w:sz w:val="22"/>
        </w:rPr>
        <w:t>D. Oa-sinh-tơn</w:t>
      </w:r>
    </w:p>
    <w:p/>
    <w:p>
      <w:r>
        <w:rPr>
          <w:b/>
          <w:sz w:val="24"/>
        </w:rPr>
        <w:t>Câu 5: Đặc trưng của chủ nghĩa tư bản độc quyền là gì?</w:t>
      </w:r>
    </w:p>
    <w:p>
      <w:pPr>
        <w:pStyle w:val="ListParagraph"/>
      </w:pPr>
      <w:r>
        <w:rPr>
          <w:sz w:val="22"/>
        </w:rPr>
        <w:t>A. Sự xóa bỏ hoàn toàn cạnh tranh</w:t>
      </w:r>
    </w:p>
    <w:p>
      <w:pPr>
        <w:pStyle w:val="ListParagraph"/>
      </w:pPr>
      <w:r>
        <w:rPr>
          <w:sz w:val="22"/>
        </w:rPr>
        <w:t>B. Sự thống trị của giai cấp phong kiến</w:t>
      </w:r>
    </w:p>
    <w:p>
      <w:pPr>
        <w:pStyle w:val="ListParagraph"/>
      </w:pPr>
      <w:r>
        <w:rPr>
          <w:sz w:val="22"/>
        </w:rPr>
        <w:t>C. Sự hình thành các tổ chức độc quyền chi phối kinh tế</w:t>
      </w:r>
    </w:p>
    <w:p>
      <w:pPr>
        <w:pStyle w:val="ListParagraph"/>
      </w:pPr>
      <w:r>
        <w:rPr>
          <w:sz w:val="22"/>
        </w:rPr>
        <w:t>D. Sự phát triển kinh tế tự cấp tự túc</w:t>
      </w:r>
    </w:p>
    <w:p/>
    <w:p>
      <w:r>
        <w:rPr>
          <w:b/>
          <w:sz w:val="24"/>
        </w:rPr>
        <w:t>Câu 6: Cách mạng tháng Mười Nga năm 1917 đã đưa đến sự ra đời của?</w:t>
      </w:r>
    </w:p>
    <w:p>
      <w:pPr>
        <w:pStyle w:val="ListParagraph"/>
      </w:pPr>
      <w:r>
        <w:rPr>
          <w:sz w:val="22"/>
        </w:rPr>
        <w:t>A. Nhà nước tư sản Nga</w:t>
      </w:r>
    </w:p>
    <w:p>
      <w:pPr>
        <w:pStyle w:val="ListParagraph"/>
      </w:pPr>
      <w:r>
        <w:rPr>
          <w:sz w:val="22"/>
        </w:rPr>
        <w:t>B. Liên bang Xô viết</w:t>
      </w:r>
    </w:p>
    <w:p>
      <w:pPr>
        <w:pStyle w:val="ListParagraph"/>
      </w:pPr>
      <w:r>
        <w:rPr>
          <w:sz w:val="22"/>
        </w:rPr>
        <w:t>C. Chính phủ lâm thời</w:t>
      </w:r>
    </w:p>
    <w:p>
      <w:pPr>
        <w:pStyle w:val="ListParagraph"/>
      </w:pPr>
      <w:r>
        <w:rPr>
          <w:sz w:val="22"/>
        </w:rPr>
        <w:t>D. Nhà nước Xô viết đầu tiên</w:t>
      </w:r>
    </w:p>
    <w:p/>
    <w:p>
      <w:r>
        <w:rPr>
          <w:b/>
          <w:sz w:val="24"/>
        </w:rPr>
        <w:t>Câu 7: Người lãnh đạo trực tiếp Cách mạng tháng Mười Nga là?</w:t>
      </w:r>
    </w:p>
    <w:p>
      <w:pPr>
        <w:pStyle w:val="ListParagraph"/>
      </w:pPr>
      <w:r>
        <w:rPr>
          <w:sz w:val="22"/>
        </w:rPr>
        <w:t>A. L.N. Tôn-xtôi</w:t>
      </w:r>
    </w:p>
    <w:p>
      <w:pPr>
        <w:pStyle w:val="ListParagraph"/>
      </w:pPr>
      <w:r>
        <w:rPr>
          <w:sz w:val="22"/>
        </w:rPr>
        <w:t>B. V.I. Lênin</w:t>
      </w:r>
    </w:p>
    <w:p>
      <w:pPr>
        <w:pStyle w:val="ListParagraph"/>
      </w:pPr>
      <w:r>
        <w:rPr>
          <w:sz w:val="22"/>
        </w:rPr>
        <w:t>C. G. Plekhanov</w:t>
      </w:r>
    </w:p>
    <w:p>
      <w:pPr>
        <w:pStyle w:val="ListParagraph"/>
      </w:pPr>
      <w:r>
        <w:rPr>
          <w:sz w:val="22"/>
        </w:rPr>
        <w:t>D. A. Kolchak</w:t>
      </w:r>
    </w:p>
    <w:p/>
    <w:p>
      <w:r>
        <w:rPr>
          <w:b/>
          <w:sz w:val="24"/>
        </w:rPr>
        <w:t>Câu 8: Liên bang Cộng hòa Xã hội chủ nghĩa Xô viết (Liên Xô) được thành lập vào năm?</w:t>
      </w:r>
    </w:p>
    <w:p>
      <w:pPr>
        <w:pStyle w:val="ListParagraph"/>
      </w:pPr>
      <w:r>
        <w:rPr>
          <w:sz w:val="22"/>
        </w:rPr>
        <w:t>A. 1917</w:t>
      </w:r>
    </w:p>
    <w:p>
      <w:pPr>
        <w:pStyle w:val="ListParagraph"/>
      </w:pPr>
      <w:r>
        <w:rPr>
          <w:sz w:val="22"/>
        </w:rPr>
        <w:t>B. 1924</w:t>
      </w:r>
    </w:p>
    <w:p>
      <w:pPr>
        <w:pStyle w:val="ListParagraph"/>
      </w:pPr>
      <w:r>
        <w:rPr>
          <w:sz w:val="22"/>
        </w:rPr>
        <w:t>C. 1922</w:t>
      </w:r>
    </w:p>
    <w:p>
      <w:pPr>
        <w:pStyle w:val="ListParagraph"/>
      </w:pPr>
      <w:r>
        <w:rPr>
          <w:sz w:val="22"/>
        </w:rPr>
        <w:t>D. 1936</w:t>
      </w:r>
    </w:p>
    <w:p/>
    <w:p>
      <w:r>
        <w:rPr>
          <w:b/>
          <w:sz w:val="24"/>
        </w:rPr>
        <w:t>Câu 9: Sau Chiến tranh thế giới thứ hai, hệ thống xã hội chủ nghĩa thế giới hình thành ở?</w:t>
      </w:r>
    </w:p>
    <w:p>
      <w:pPr>
        <w:pStyle w:val="ListParagraph"/>
      </w:pPr>
      <w:r>
        <w:rPr>
          <w:sz w:val="22"/>
        </w:rPr>
        <w:t>A. Tây Âu</w:t>
      </w:r>
    </w:p>
    <w:p>
      <w:pPr>
        <w:pStyle w:val="ListParagraph"/>
      </w:pPr>
      <w:r>
        <w:rPr>
          <w:sz w:val="22"/>
        </w:rPr>
        <w:t>B. Đông Âu và châu Á</w:t>
      </w:r>
    </w:p>
    <w:p>
      <w:pPr>
        <w:pStyle w:val="ListParagraph"/>
      </w:pPr>
      <w:r>
        <w:rPr>
          <w:sz w:val="22"/>
        </w:rPr>
        <w:t>C. Bắc Mỹ</w:t>
      </w:r>
    </w:p>
    <w:p>
      <w:pPr>
        <w:pStyle w:val="ListParagraph"/>
      </w:pPr>
      <w:r>
        <w:rPr>
          <w:sz w:val="22"/>
        </w:rPr>
        <w:t>D. Nam Mỹ</w:t>
      </w:r>
    </w:p>
    <w:p/>
    <w:p>
      <w:r>
        <w:rPr>
          <w:b/>
          <w:sz w:val="24"/>
        </w:rPr>
        <w:t>Câu 10: ASEAN được thành lập vào năm nào?</w:t>
      </w:r>
    </w:p>
    <w:p>
      <w:pPr>
        <w:pStyle w:val="ListParagraph"/>
      </w:pPr>
      <w:r>
        <w:rPr>
          <w:sz w:val="22"/>
        </w:rPr>
        <w:t>A. 1976</w:t>
      </w:r>
    </w:p>
    <w:p>
      <w:pPr>
        <w:pStyle w:val="ListParagraph"/>
      </w:pPr>
      <w:r>
        <w:rPr>
          <w:sz w:val="22"/>
        </w:rPr>
        <w:t>B. 1967</w:t>
      </w:r>
    </w:p>
    <w:p>
      <w:pPr>
        <w:pStyle w:val="ListParagraph"/>
      </w:pPr>
      <w:r>
        <w:rPr>
          <w:sz w:val="22"/>
        </w:rPr>
        <w:t>C. 1995</w:t>
      </w:r>
    </w:p>
    <w:p>
      <w:pPr>
        <w:pStyle w:val="ListParagraph"/>
      </w:pPr>
      <w:r>
        <w:rPr>
          <w:sz w:val="22"/>
        </w:rPr>
        <w:t>D. 1999</w:t>
      </w:r>
    </w:p>
    <w:p/>
    <w:p>
      <w:r>
        <w:rPr>
          <w:b/>
          <w:sz w:val="24"/>
        </w:rPr>
        <w:t>Câu 11: Quốc gia nào không phải thành viên sáng lập ASEAN?</w:t>
      </w:r>
    </w:p>
    <w:p>
      <w:pPr>
        <w:pStyle w:val="ListParagraph"/>
      </w:pPr>
      <w:r>
        <w:rPr>
          <w:sz w:val="22"/>
        </w:rPr>
        <w:t>A. In-đô-nê-xi-a</w:t>
      </w:r>
    </w:p>
    <w:p>
      <w:pPr>
        <w:pStyle w:val="ListParagraph"/>
      </w:pPr>
      <w:r>
        <w:rPr>
          <w:sz w:val="22"/>
        </w:rPr>
        <w:t>B. Ma-lai-xi-a</w:t>
      </w:r>
    </w:p>
    <w:p>
      <w:pPr>
        <w:pStyle w:val="ListParagraph"/>
      </w:pPr>
      <w:r>
        <w:rPr>
          <w:sz w:val="22"/>
        </w:rPr>
        <w:t>C. Việt Nam</w:t>
      </w:r>
    </w:p>
    <w:p>
      <w:pPr>
        <w:pStyle w:val="ListParagraph"/>
      </w:pPr>
      <w:r>
        <w:rPr>
          <w:sz w:val="22"/>
        </w:rPr>
        <w:t>D. Phi-lip-pin</w:t>
      </w:r>
    </w:p>
    <w:p/>
    <w:p>
      <w:r>
        <w:rPr>
          <w:b/>
          <w:sz w:val="24"/>
        </w:rPr>
        <w:t>Câu 12: Nước Cộng hòa Nhân dân Trung Hoa ra đời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1911</w:t>
      </w:r>
    </w:p>
    <w:p>
      <w:pPr>
        <w:pStyle w:val="ListParagraph"/>
      </w:pPr>
      <w:r>
        <w:rPr>
          <w:sz w:val="22"/>
        </w:rPr>
        <w:t>C. 1978</w:t>
      </w:r>
    </w:p>
    <w:p>
      <w:pPr>
        <w:pStyle w:val="ListParagraph"/>
      </w:pPr>
      <w:r>
        <w:rPr>
          <w:sz w:val="22"/>
        </w:rPr>
        <w:t>D. 1949</w:t>
      </w:r>
    </w:p>
    <w:p/>
    <w:p>
      <w:r>
        <w:rPr>
          <w:b/>
          <w:sz w:val="24"/>
        </w:rPr>
        <w:t>Câu 13: Khởi nghĩa Hai Bà Trưng nổ ra năm nào?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248</w:t>
      </w:r>
    </w:p>
    <w:p>
      <w:pPr>
        <w:pStyle w:val="ListParagraph"/>
      </w:pPr>
      <w:r>
        <w:rPr>
          <w:sz w:val="22"/>
        </w:rPr>
        <w:t>D. 542</w:t>
      </w:r>
    </w:p>
    <w:p/>
    <w:p>
      <w:r>
        <w:rPr>
          <w:b/>
          <w:sz w:val="24"/>
        </w:rPr>
        <w:t>Câu 14: Ngô Quyền chiến thắng quân Nam Hán trên sông Bạch Đằng năm nào?</w:t>
      </w:r>
    </w:p>
    <w:p>
      <w:pPr>
        <w:pStyle w:val="ListParagraph"/>
      </w:pPr>
      <w:r>
        <w:rPr>
          <w:sz w:val="22"/>
        </w:rPr>
        <w:t>A. 981</w:t>
      </w:r>
    </w:p>
    <w:p>
      <w:pPr>
        <w:pStyle w:val="ListParagraph"/>
      </w:pPr>
      <w:r>
        <w:rPr>
          <w:sz w:val="22"/>
        </w:rPr>
        <w:t>B. 938</w:t>
      </w:r>
    </w:p>
    <w:p>
      <w:pPr>
        <w:pStyle w:val="ListParagraph"/>
      </w:pPr>
      <w:r>
        <w:rPr>
          <w:sz w:val="22"/>
        </w:rPr>
        <w:t>C. 1288</w:t>
      </w:r>
    </w:p>
    <w:p>
      <w:pPr>
        <w:pStyle w:val="ListParagraph"/>
      </w:pPr>
      <w:r>
        <w:rPr>
          <w:sz w:val="22"/>
        </w:rPr>
        <w:t>D. 1077</w:t>
      </w:r>
    </w:p>
    <w:p/>
    <w:p>
      <w:r>
        <w:rPr>
          <w:b/>
          <w:sz w:val="24"/>
        </w:rPr>
        <w:t>Câu 15: Ai là người lãnh đạo cuộc kháng chiến chống Tống lần thứ nhất (981)?</w:t>
      </w:r>
    </w:p>
    <w:p>
      <w:pPr>
        <w:pStyle w:val="ListParagraph"/>
      </w:pPr>
      <w:r>
        <w:rPr>
          <w:sz w:val="22"/>
        </w:rPr>
        <w:t>A. Ngô Quyền</w:t>
      </w:r>
    </w:p>
    <w:p>
      <w:pPr>
        <w:pStyle w:val="ListParagraph"/>
      </w:pPr>
      <w:r>
        <w:rPr>
          <w:sz w:val="22"/>
        </w:rPr>
        <w:t>B. Lý Thường Kiệt</w:t>
      </w:r>
    </w:p>
    <w:p>
      <w:pPr>
        <w:pStyle w:val="ListParagraph"/>
      </w:pPr>
      <w:r>
        <w:rPr>
          <w:sz w:val="22"/>
        </w:rPr>
        <w:t>C. Lê Hoàn</w:t>
      </w:r>
    </w:p>
    <w:p>
      <w:pPr>
        <w:pStyle w:val="ListParagraph"/>
      </w:pPr>
      <w:r>
        <w:rPr>
          <w:sz w:val="22"/>
        </w:rPr>
        <w:t>D. Trần Quốc Tuấn</w:t>
      </w:r>
    </w:p>
    <w:p/>
    <w:p>
      <w:r>
        <w:rPr>
          <w:b/>
          <w:sz w:val="24"/>
        </w:rPr>
        <w:t>Câu 16: Lý Thường Kiệt gắn với chiến thắng nào chống quân Tống?</w:t>
      </w:r>
    </w:p>
    <w:p>
      <w:pPr>
        <w:pStyle w:val="ListParagraph"/>
      </w:pPr>
      <w:r>
        <w:rPr>
          <w:sz w:val="22"/>
        </w:rPr>
        <w:t>A. Bạch Đằng (1288)</w:t>
      </w:r>
    </w:p>
    <w:p>
      <w:pPr>
        <w:pStyle w:val="ListParagraph"/>
      </w:pPr>
      <w:r>
        <w:rPr>
          <w:sz w:val="22"/>
        </w:rPr>
        <w:t>B. Chi Lăng (1427)</w:t>
      </w:r>
    </w:p>
    <w:p>
      <w:pPr>
        <w:pStyle w:val="ListParagraph"/>
      </w:pPr>
      <w:r>
        <w:rPr>
          <w:sz w:val="22"/>
        </w:rPr>
        <w:t>C. Ngọc Hồi (1789)</w:t>
      </w:r>
    </w:p>
    <w:p>
      <w:pPr>
        <w:pStyle w:val="ListParagraph"/>
      </w:pPr>
      <w:r>
        <w:rPr>
          <w:sz w:val="22"/>
        </w:rPr>
        <w:t>D. Như Nguyệt (1077)</w:t>
      </w:r>
    </w:p>
    <w:p/>
    <w:p>
      <w:r>
        <w:rPr>
          <w:b/>
          <w:sz w:val="24"/>
        </w:rPr>
        <w:t>Câu 17: Chiến thắng Bạch Đằng năm 1288 gắn với ai?</w:t>
      </w:r>
    </w:p>
    <w:p>
      <w:pPr>
        <w:pStyle w:val="ListParagraph"/>
      </w:pPr>
      <w:r>
        <w:rPr>
          <w:sz w:val="22"/>
        </w:rPr>
        <w:t>A. Trần Quốc Tuấn</w:t>
      </w:r>
    </w:p>
    <w:p>
      <w:pPr>
        <w:pStyle w:val="ListParagraph"/>
      </w:pPr>
      <w:r>
        <w:rPr>
          <w:sz w:val="22"/>
        </w:rPr>
        <w:t>B. Lê Hoàn</w:t>
      </w:r>
    </w:p>
    <w:p>
      <w:pPr>
        <w:pStyle w:val="ListParagraph"/>
      </w:pPr>
      <w:r>
        <w:rPr>
          <w:sz w:val="22"/>
        </w:rPr>
        <w:t>C. Ngô Quyền</w:t>
      </w:r>
    </w:p>
    <w:p>
      <w:pPr>
        <w:pStyle w:val="ListParagraph"/>
      </w:pPr>
      <w:r>
        <w:rPr>
          <w:sz w:val="22"/>
        </w:rPr>
        <w:t>D. Lê Lợi</w:t>
      </w:r>
    </w:p>
    <w:p/>
    <w:p>
      <w:r>
        <w:rPr>
          <w:b/>
          <w:sz w:val="24"/>
        </w:rPr>
        <w:t>Câu 18: Cuộc khởi nghĩa Lam Sơn do ai lãnh đạo?</w:t>
      </w:r>
    </w:p>
    <w:p>
      <w:pPr>
        <w:pStyle w:val="ListParagraph"/>
      </w:pPr>
      <w:r>
        <w:rPr>
          <w:sz w:val="22"/>
        </w:rPr>
        <w:t>A. Nguyễn Huệ</w:t>
      </w:r>
    </w:p>
    <w:p>
      <w:pPr>
        <w:pStyle w:val="ListParagraph"/>
      </w:pPr>
      <w:r>
        <w:rPr>
          <w:sz w:val="22"/>
        </w:rPr>
        <w:t>B. Lê Lợi</w:t>
      </w:r>
    </w:p>
    <w:p>
      <w:pPr>
        <w:pStyle w:val="ListParagraph"/>
      </w:pPr>
      <w:r>
        <w:rPr>
          <w:sz w:val="22"/>
        </w:rPr>
        <w:t>C. Trần Hưng Đạo</w:t>
      </w:r>
    </w:p>
    <w:p>
      <w:pPr>
        <w:pStyle w:val="ListParagraph"/>
      </w:pPr>
      <w:r>
        <w:rPr>
          <w:sz w:val="22"/>
        </w:rPr>
        <w:t>D. Lý Bí</w:t>
      </w:r>
    </w:p>
    <w:p/>
    <w:p>
      <w:r>
        <w:rPr>
          <w:b/>
          <w:sz w:val="24"/>
        </w:rPr>
        <w:t>Câu 19: Chiến thắng Chi Lăng - Xương Giang năm 1427 kết thúc thắng lợi cuộc khởi nghĩa nào?</w:t>
      </w:r>
    </w:p>
    <w:p>
      <w:pPr>
        <w:pStyle w:val="ListParagraph"/>
      </w:pPr>
      <w:r>
        <w:rPr>
          <w:sz w:val="22"/>
        </w:rPr>
        <w:t>A. Tây Sơn</w:t>
      </w:r>
    </w:p>
    <w:p>
      <w:pPr>
        <w:pStyle w:val="ListParagraph"/>
      </w:pPr>
      <w:r>
        <w:rPr>
          <w:sz w:val="22"/>
        </w:rPr>
        <w:t>B. Hai Bà Trưng</w:t>
      </w:r>
    </w:p>
    <w:p>
      <w:pPr>
        <w:pStyle w:val="ListParagraph"/>
      </w:pPr>
      <w:r>
        <w:rPr>
          <w:sz w:val="22"/>
        </w:rPr>
        <w:t>C. Lam Sơn</w:t>
      </w:r>
    </w:p>
    <w:p>
      <w:pPr>
        <w:pStyle w:val="ListParagraph"/>
      </w:pPr>
      <w:r>
        <w:rPr>
          <w:sz w:val="22"/>
        </w:rPr>
        <w:t>D. Lý Bí</w:t>
      </w:r>
    </w:p>
    <w:p/>
    <w:p>
      <w:r>
        <w:rPr>
          <w:b/>
          <w:sz w:val="24"/>
        </w:rPr>
        <w:t>Câu 20: Vua Quang Trung đại phá quân Thanh vào năm nào?</w:t>
      </w:r>
    </w:p>
    <w:p>
      <w:pPr>
        <w:pStyle w:val="ListParagraph"/>
      </w:pPr>
      <w:r>
        <w:rPr>
          <w:sz w:val="22"/>
        </w:rPr>
        <w:t>A. 1788</w:t>
      </w:r>
    </w:p>
    <w:p>
      <w:pPr>
        <w:pStyle w:val="ListParagraph"/>
      </w:pPr>
      <w:r>
        <w:rPr>
          <w:sz w:val="22"/>
        </w:rPr>
        <w:t>B. 1786</w:t>
      </w:r>
    </w:p>
    <w:p>
      <w:pPr>
        <w:pStyle w:val="ListParagraph"/>
      </w:pPr>
      <w:r>
        <w:rPr>
          <w:sz w:val="22"/>
        </w:rPr>
        <w:t>C. 1771</w:t>
      </w:r>
    </w:p>
    <w:p>
      <w:pPr>
        <w:pStyle w:val="ListParagraph"/>
      </w:pPr>
      <w:r>
        <w:rPr>
          <w:sz w:val="22"/>
        </w:rPr>
        <w:t>D. 1789</w:t>
      </w:r>
    </w:p>
    <w:p/>
    <w:p>
      <w:r>
        <w:rPr>
          <w:b/>
          <w:sz w:val="24"/>
        </w:rPr>
        <w:t>Câu 21: Phong trào Tây Sơn do ba anh em nào lãnh đạo?</w:t>
      </w:r>
    </w:p>
    <w:p>
      <w:pPr>
        <w:pStyle w:val="ListParagraph"/>
      </w:pPr>
      <w:r>
        <w:rPr>
          <w:sz w:val="22"/>
        </w:rPr>
        <w:t>A. Nguyễn Nhạc, Nguyễn Lữ, Nguyễn Huệ</w:t>
      </w:r>
    </w:p>
    <w:p>
      <w:pPr>
        <w:pStyle w:val="ListParagraph"/>
      </w:pPr>
      <w:r>
        <w:rPr>
          <w:sz w:val="22"/>
        </w:rPr>
        <w:t>B. Lê Lợi, Nguyễn Trãi, Trần Nguyên Hãn</w:t>
      </w:r>
    </w:p>
    <w:p>
      <w:pPr>
        <w:pStyle w:val="ListParagraph"/>
      </w:pPr>
      <w:r>
        <w:rPr>
          <w:sz w:val="22"/>
        </w:rPr>
        <w:t>C. Trần Hưng Đạo, Trần Quang Khải, Trần Nhật Duật</w:t>
      </w:r>
    </w:p>
    <w:p>
      <w:pPr>
        <w:pStyle w:val="ListParagraph"/>
      </w:pPr>
      <w:r>
        <w:rPr>
          <w:sz w:val="22"/>
        </w:rPr>
        <w:t>D. Ngô Quyền, Đinh Bộ Lĩnh, Lê Hoàn</w:t>
      </w:r>
    </w:p>
    <w:p/>
    <w:p>
      <w:r>
        <w:rPr>
          <w:b/>
          <w:sz w:val="24"/>
        </w:rPr>
        <w:t>Câu 22: Cải cách của Hồ Quý Ly diễn ra vào giai đoạn nào?</w:t>
      </w:r>
    </w:p>
    <w:p>
      <w:pPr>
        <w:pStyle w:val="ListParagraph"/>
      </w:pPr>
      <w:r>
        <w:rPr>
          <w:sz w:val="22"/>
        </w:rPr>
        <w:t>A. Thế kỷ XI</w:t>
      </w:r>
    </w:p>
    <w:p>
      <w:pPr>
        <w:pStyle w:val="ListParagraph"/>
      </w:pPr>
      <w:r>
        <w:rPr>
          <w:sz w:val="22"/>
        </w:rPr>
        <w:t>B. Cuối thế kỷ XIV - đầu thế kỷ XV</w:t>
      </w:r>
    </w:p>
    <w:p>
      <w:pPr>
        <w:pStyle w:val="ListParagraph"/>
      </w:pPr>
      <w:r>
        <w:rPr>
          <w:sz w:val="22"/>
        </w:rPr>
        <w:t>C. Thế kỷ XVIII</w:t>
      </w:r>
    </w:p>
    <w:p>
      <w:pPr>
        <w:pStyle w:val="ListParagraph"/>
      </w:pPr>
      <w:r>
        <w:rPr>
          <w:sz w:val="22"/>
        </w:rPr>
        <w:t>D. Thế kỷ XIX</w:t>
      </w:r>
    </w:p>
    <w:p/>
    <w:p>
      <w:r>
        <w:rPr>
          <w:b/>
          <w:sz w:val="24"/>
        </w:rPr>
        <w:t>Câu 23: Bộ luật Hồng Đức được ban hành dưới triều vua nào?</w:t>
      </w:r>
    </w:p>
    <w:p>
      <w:pPr>
        <w:pStyle w:val="ListParagraph"/>
      </w:pPr>
      <w:r>
        <w:rPr>
          <w:sz w:val="22"/>
        </w:rPr>
        <w:t>A. Lý Thánh Tông</w:t>
      </w:r>
    </w:p>
    <w:p>
      <w:pPr>
        <w:pStyle w:val="ListParagraph"/>
      </w:pPr>
      <w:r>
        <w:rPr>
          <w:sz w:val="22"/>
        </w:rPr>
        <w:t>B. Trần Thái Tông</w:t>
      </w:r>
    </w:p>
    <w:p>
      <w:pPr>
        <w:pStyle w:val="ListParagraph"/>
      </w:pPr>
      <w:r>
        <w:rPr>
          <w:sz w:val="22"/>
        </w:rPr>
        <w:t>C. Lê Thánh Tông</w:t>
      </w:r>
    </w:p>
    <w:p>
      <w:pPr>
        <w:pStyle w:val="ListParagraph"/>
      </w:pPr>
      <w:r>
        <w:rPr>
          <w:sz w:val="22"/>
        </w:rPr>
        <w:t>D. Gia Long</w:t>
      </w:r>
    </w:p>
    <w:p/>
    <w:p>
      <w:r>
        <w:rPr>
          <w:b/>
          <w:sz w:val="24"/>
        </w:rPr>
        <w:t>Câu 24: Bộ luật Gia Long được ban hành dưới triều vua nào?</w:t>
      </w:r>
    </w:p>
    <w:p>
      <w:pPr>
        <w:pStyle w:val="ListParagraph"/>
      </w:pPr>
      <w:r>
        <w:rPr>
          <w:sz w:val="22"/>
        </w:rPr>
        <w:t>A. Gia Long</w:t>
      </w:r>
    </w:p>
    <w:p>
      <w:pPr>
        <w:pStyle w:val="ListParagraph"/>
      </w:pPr>
      <w:r>
        <w:rPr>
          <w:sz w:val="22"/>
        </w:rPr>
        <w:t>B. Minh Mạng</w:t>
      </w:r>
    </w:p>
    <w:p>
      <w:pPr>
        <w:pStyle w:val="ListParagraph"/>
      </w:pPr>
      <w:r>
        <w:rPr>
          <w:sz w:val="22"/>
        </w:rPr>
        <w:t>C. Tự Đức</w:t>
      </w:r>
    </w:p>
    <w:p>
      <w:pPr>
        <w:pStyle w:val="ListParagraph"/>
      </w:pPr>
      <w:r>
        <w:rPr>
          <w:sz w:val="22"/>
        </w:rPr>
        <w:t>D. Lê Thánh Tông</w:t>
      </w:r>
    </w:p>
    <w:p/>
    <w:p>
      <w:r>
        <w:rPr>
          <w:b/>
          <w:sz w:val="24"/>
        </w:rPr>
        <w:t>Câu 25: Nhà Lý được thành lập vào năm nào?</w:t>
      </w:r>
    </w:p>
    <w:p>
      <w:pPr>
        <w:pStyle w:val="ListParagraph"/>
      </w:pPr>
      <w:r>
        <w:rPr>
          <w:sz w:val="22"/>
        </w:rPr>
        <w:t>A. 1010</w:t>
      </w:r>
    </w:p>
    <w:p>
      <w:pPr>
        <w:pStyle w:val="ListParagraph"/>
      </w:pPr>
      <w:r>
        <w:rPr>
          <w:sz w:val="22"/>
        </w:rPr>
        <w:t>B. 1009</w:t>
      </w:r>
    </w:p>
    <w:p>
      <w:pPr>
        <w:pStyle w:val="ListParagraph"/>
      </w:pPr>
      <w:r>
        <w:rPr>
          <w:sz w:val="22"/>
        </w:rPr>
        <w:t>C. 1054</w:t>
      </w:r>
    </w:p>
    <w:p>
      <w:pPr>
        <w:pStyle w:val="ListParagraph"/>
      </w:pPr>
      <w:r>
        <w:rPr>
          <w:sz w:val="22"/>
        </w:rPr>
        <w:t>D. 1225</w:t>
      </w:r>
    </w:p>
    <w:p/>
    <w:p>
      <w:r>
        <w:rPr>
          <w:b/>
          <w:sz w:val="24"/>
        </w:rPr>
        <w:t>Câu 26: Kinh đô Đại Việt được dời về Thăng Long vào năm nào?</w:t>
      </w:r>
    </w:p>
    <w:p>
      <w:pPr>
        <w:pStyle w:val="ListParagraph"/>
      </w:pPr>
      <w:r>
        <w:rPr>
          <w:sz w:val="22"/>
        </w:rPr>
        <w:t>A. 1009</w:t>
      </w:r>
    </w:p>
    <w:p>
      <w:pPr>
        <w:pStyle w:val="ListParagraph"/>
      </w:pPr>
      <w:r>
        <w:rPr>
          <w:sz w:val="22"/>
        </w:rPr>
        <w:t>B. 1054</w:t>
      </w:r>
    </w:p>
    <w:p>
      <w:pPr>
        <w:pStyle w:val="ListParagraph"/>
      </w:pPr>
      <w:r>
        <w:rPr>
          <w:sz w:val="22"/>
        </w:rPr>
        <w:t>C. 1010</w:t>
      </w:r>
    </w:p>
    <w:p>
      <w:pPr>
        <w:pStyle w:val="ListParagraph"/>
      </w:pPr>
      <w:r>
        <w:rPr>
          <w:sz w:val="22"/>
        </w:rPr>
        <w:t>D. 1225</w:t>
      </w:r>
    </w:p>
    <w:p/>
    <w:p>
      <w:r>
        <w:rPr>
          <w:b/>
          <w:sz w:val="24"/>
        </w:rPr>
        <w:t>Câu 27: Ai là người sáng lập nhà Trần?</w:t>
      </w:r>
    </w:p>
    <w:p>
      <w:pPr>
        <w:pStyle w:val="ListParagraph"/>
      </w:pPr>
      <w:r>
        <w:rPr>
          <w:sz w:val="22"/>
        </w:rPr>
        <w:t>A. Lý Công Uẩn</w:t>
      </w:r>
    </w:p>
    <w:p>
      <w:pPr>
        <w:pStyle w:val="ListParagraph"/>
      </w:pPr>
      <w:r>
        <w:rPr>
          <w:sz w:val="22"/>
        </w:rPr>
        <w:t>B. Trần Cảnh</w:t>
      </w:r>
    </w:p>
    <w:p>
      <w:pPr>
        <w:pStyle w:val="ListParagraph"/>
      </w:pPr>
      <w:r>
        <w:rPr>
          <w:sz w:val="22"/>
        </w:rPr>
        <w:t>C. Lê Hoàn</w:t>
      </w:r>
    </w:p>
    <w:p>
      <w:pPr>
        <w:pStyle w:val="ListParagraph"/>
      </w:pPr>
      <w:r>
        <w:rPr>
          <w:sz w:val="22"/>
        </w:rPr>
        <w:t>D. Ngô Quyền</w:t>
      </w:r>
    </w:p>
    <w:p/>
    <w:p>
      <w:r>
        <w:rPr>
          <w:b/>
          <w:sz w:val="24"/>
        </w:rPr>
        <w:t>Câu 28: Nhà Hồ được thành lập năm nào?</w:t>
      </w:r>
    </w:p>
    <w:p>
      <w:pPr>
        <w:pStyle w:val="ListParagraph"/>
      </w:pPr>
      <w:r>
        <w:rPr>
          <w:sz w:val="22"/>
        </w:rPr>
        <w:t>A. 1428</w:t>
      </w:r>
    </w:p>
    <w:p>
      <w:pPr>
        <w:pStyle w:val="ListParagraph"/>
      </w:pPr>
      <w:r>
        <w:rPr>
          <w:sz w:val="22"/>
        </w:rPr>
        <w:t>B. 1527</w:t>
      </w:r>
    </w:p>
    <w:p>
      <w:pPr>
        <w:pStyle w:val="ListParagraph"/>
      </w:pPr>
      <w:r>
        <w:rPr>
          <w:sz w:val="22"/>
        </w:rPr>
        <w:t>C. 1400</w:t>
      </w:r>
    </w:p>
    <w:p>
      <w:pPr>
        <w:pStyle w:val="ListParagraph"/>
      </w:pPr>
      <w:r>
        <w:rPr>
          <w:sz w:val="22"/>
        </w:rPr>
        <w:t>D. 1802</w:t>
      </w:r>
    </w:p>
    <w:p/>
    <w:p>
      <w:r>
        <w:rPr>
          <w:b/>
          <w:sz w:val="24"/>
        </w:rPr>
        <w:t>Câu 29: Chiến thắng Ngọc Hồi - Đống Đa gắn với vị vua nào?</w:t>
      </w:r>
    </w:p>
    <w:p>
      <w:pPr>
        <w:pStyle w:val="ListParagraph"/>
      </w:pPr>
      <w:r>
        <w:rPr>
          <w:sz w:val="22"/>
        </w:rPr>
        <w:t>A. Lê Thánh Tông</w:t>
      </w:r>
    </w:p>
    <w:p>
      <w:pPr>
        <w:pStyle w:val="ListParagraph"/>
      </w:pPr>
      <w:r>
        <w:rPr>
          <w:sz w:val="22"/>
        </w:rPr>
        <w:t>B. Lý Thường Kiệt</w:t>
      </w:r>
    </w:p>
    <w:p>
      <w:pPr>
        <w:pStyle w:val="ListParagraph"/>
      </w:pPr>
      <w:r>
        <w:rPr>
          <w:sz w:val="22"/>
        </w:rPr>
        <w:t>C. Trần Nhân Tông</w:t>
      </w:r>
    </w:p>
    <w:p>
      <w:pPr>
        <w:pStyle w:val="ListParagraph"/>
      </w:pPr>
      <w:r>
        <w:rPr>
          <w:sz w:val="22"/>
        </w:rPr>
        <w:t>D. Quang Trung</w:t>
      </w:r>
    </w:p>
    <w:p/>
    <w:p>
      <w:r>
        <w:rPr>
          <w:b/>
          <w:sz w:val="24"/>
        </w:rPr>
        <w:t>Câu 30: Khởi nghĩa Lý Bí nổ ra năm nào?</w:t>
      </w:r>
    </w:p>
    <w:p>
      <w:pPr>
        <w:pStyle w:val="ListParagraph"/>
      </w:pPr>
      <w:r>
        <w:rPr>
          <w:sz w:val="22"/>
        </w:rPr>
        <w:t>A. 542</w:t>
      </w:r>
    </w:p>
    <w:p>
      <w:pPr>
        <w:pStyle w:val="ListParagraph"/>
      </w:pPr>
      <w:r>
        <w:rPr>
          <w:sz w:val="22"/>
        </w:rPr>
        <w:t>B. 544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248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