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Hóa học Lớp 12 - Axit cacboxylic, Este và Lipit</w:t>
      </w:r>
    </w:p>
    <w:p>
      <w:pPr>
        <w:jc w:val="center"/>
      </w:pPr>
      <w:r>
        <w:rPr>
          <w:sz w:val="22"/>
        </w:rPr>
        <w:t>Số câu: 29    Thời gian: _____ phút    Họ và tên: _________________________</w:t>
      </w:r>
    </w:p>
    <w:p/>
    <w:p>
      <w:r>
        <w:rPr>
          <w:b/>
          <w:sz w:val="24"/>
        </w:rPr>
        <w:t>Câu 1: Công thức tổng quát của este no, đơn chức, mạch hở là:</w:t>
      </w:r>
    </w:p>
    <w:p>
      <w:pPr>
        <w:pStyle w:val="ListParagraph"/>
      </w:pPr>
      <w:r>
        <w:rPr>
          <w:sz w:val="22"/>
        </w:rPr>
        <w:t>A. CnH2nO2 (n ≥ 2)</w:t>
      </w:r>
    </w:p>
    <w:p>
      <w:pPr>
        <w:pStyle w:val="ListParagraph"/>
      </w:pPr>
      <w:r>
        <w:rPr>
          <w:sz w:val="22"/>
        </w:rPr>
        <w:t>B. CnH2n+2O2 (n ≥ 2)</w:t>
      </w:r>
    </w:p>
    <w:p>
      <w:pPr>
        <w:pStyle w:val="ListParagraph"/>
      </w:pPr>
      <w:r>
        <w:rPr>
          <w:sz w:val="22"/>
        </w:rPr>
        <w:t>C. CnH2n-2O2 (n ≥ 3)</w:t>
      </w:r>
    </w:p>
    <w:p>
      <w:pPr>
        <w:pStyle w:val="ListParagraph"/>
      </w:pPr>
      <w:r>
        <w:rPr>
          <w:sz w:val="22"/>
        </w:rPr>
        <w:t>D. CnH2nO (n ≥ 3)</w:t>
      </w:r>
    </w:p>
    <w:p/>
    <w:p>
      <w:r>
        <w:rPr>
          <w:b/>
          <w:sz w:val="24"/>
        </w:rPr>
        <w:t>Câu 2: Số đồng phân este ứng với công thức phân tử C3H6O2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3: Thủy phân este X trong môi trường kiềm thu được natri axetat và ancol etylic. Công thức của X là:</w:t>
      </w:r>
    </w:p>
    <w:p>
      <w:pPr>
        <w:pStyle w:val="ListParagraph"/>
      </w:pPr>
      <w:r>
        <w:rPr>
          <w:sz w:val="22"/>
        </w:rPr>
        <w:t>A. CH3COOC2H5</w:t>
      </w:r>
    </w:p>
    <w:p>
      <w:pPr>
        <w:pStyle w:val="ListParagraph"/>
      </w:pPr>
      <w:r>
        <w:rPr>
          <w:sz w:val="22"/>
        </w:rPr>
        <w:t>B. C2H5COOCH3</w:t>
      </w:r>
    </w:p>
    <w:p>
      <w:pPr>
        <w:pStyle w:val="ListParagraph"/>
      </w:pPr>
      <w:r>
        <w:rPr>
          <w:sz w:val="22"/>
        </w:rPr>
        <w:t>C. CH3COOCH3</w:t>
      </w:r>
    </w:p>
    <w:p>
      <w:pPr>
        <w:pStyle w:val="ListParagraph"/>
      </w:pPr>
      <w:r>
        <w:rPr>
          <w:sz w:val="22"/>
        </w:rPr>
        <w:t>D. HCOOC2H5</w:t>
      </w:r>
    </w:p>
    <w:p/>
    <w:p>
      <w:r>
        <w:rPr>
          <w:b/>
          <w:sz w:val="24"/>
        </w:rPr>
        <w:t>Câu 4: Chất béo là trieste của axit béo với:</w:t>
      </w:r>
    </w:p>
    <w:p>
      <w:pPr>
        <w:pStyle w:val="ListParagraph"/>
      </w:pPr>
      <w:r>
        <w:rPr>
          <w:sz w:val="22"/>
        </w:rPr>
        <w:t>A. ancol etylic</w:t>
      </w:r>
    </w:p>
    <w:p>
      <w:pPr>
        <w:pStyle w:val="ListParagraph"/>
      </w:pPr>
      <w:r>
        <w:rPr>
          <w:sz w:val="22"/>
        </w:rPr>
        <w:t>B. glixerol</w:t>
      </w:r>
    </w:p>
    <w:p>
      <w:pPr>
        <w:pStyle w:val="ListParagraph"/>
      </w:pPr>
      <w:r>
        <w:rPr>
          <w:sz w:val="22"/>
        </w:rPr>
        <w:t>C. ancol metylic</w:t>
      </w:r>
    </w:p>
    <w:p>
      <w:pPr>
        <w:pStyle w:val="ListParagraph"/>
      </w:pPr>
      <w:r>
        <w:rPr>
          <w:sz w:val="22"/>
        </w:rPr>
        <w:t>D. etylen glicol</w:t>
      </w:r>
    </w:p>
    <w:p/>
    <w:p>
      <w:r>
        <w:rPr>
          <w:b/>
          <w:sz w:val="24"/>
        </w:rPr>
        <w:t>Câu 5: Phản ứng thủy phân chất béo trong môi trường kiềm còn được gọi là:</w:t>
      </w:r>
    </w:p>
    <w:p>
      <w:pPr>
        <w:pStyle w:val="ListParagraph"/>
      </w:pPr>
      <w:r>
        <w:rPr>
          <w:sz w:val="22"/>
        </w:rPr>
        <w:t>A. phản ứng este hóa</w:t>
      </w:r>
    </w:p>
    <w:p>
      <w:pPr>
        <w:pStyle w:val="ListParagraph"/>
      </w:pPr>
      <w:r>
        <w:rPr>
          <w:sz w:val="22"/>
        </w:rPr>
        <w:t>B. phản ứng xà phòng hóa</w:t>
      </w:r>
    </w:p>
    <w:p>
      <w:pPr>
        <w:pStyle w:val="ListParagraph"/>
      </w:pPr>
      <w:r>
        <w:rPr>
          <w:sz w:val="22"/>
        </w:rPr>
        <w:t>C. phản ứng hiđro hóa</w:t>
      </w:r>
    </w:p>
    <w:p>
      <w:pPr>
        <w:pStyle w:val="ListParagraph"/>
      </w:pPr>
      <w:r>
        <w:rPr>
          <w:sz w:val="22"/>
        </w:rPr>
        <w:t>D. phản ứng oxi hóa</w:t>
      </w:r>
    </w:p>
    <w:p/>
    <w:p>
      <w:r>
        <w:rPr>
          <w:b/>
          <w:sz w:val="24"/>
        </w:rPr>
        <w:t>Câu 6: Axit cacboxylic no, đơn chức, mạch hở có công thức tổng quát là:</w:t>
      </w:r>
    </w:p>
    <w:p>
      <w:pPr>
        <w:pStyle w:val="ListParagraph"/>
      </w:pPr>
      <w:r>
        <w:rPr>
          <w:sz w:val="22"/>
        </w:rPr>
        <w:t>A. CnH2nO2 (n ≥ 1)</w:t>
      </w:r>
    </w:p>
    <w:p>
      <w:pPr>
        <w:pStyle w:val="ListParagraph"/>
      </w:pPr>
      <w:r>
        <w:rPr>
          <w:sz w:val="22"/>
        </w:rPr>
        <w:t>B. CnH2n+2O2 (n ≥ 1)</w:t>
      </w:r>
    </w:p>
    <w:p>
      <w:pPr>
        <w:pStyle w:val="ListParagraph"/>
      </w:pPr>
      <w:r>
        <w:rPr>
          <w:sz w:val="22"/>
        </w:rPr>
        <w:t>C. CnH2n-2O2 (n ≥ 1)</w:t>
      </w:r>
    </w:p>
    <w:p>
      <w:pPr>
        <w:pStyle w:val="ListParagraph"/>
      </w:pPr>
      <w:r>
        <w:rPr>
          <w:sz w:val="22"/>
        </w:rPr>
        <w:t>D. CnH2nO (n ≥ 1)</w:t>
      </w:r>
    </w:p>
    <w:p/>
    <w:p>
      <w:r>
        <w:rPr>
          <w:b/>
          <w:sz w:val="24"/>
        </w:rPr>
        <w:t>Câu 7: Dãy gồm các chất đều tác dụng được với dung dịch AgNO3/NH3 là:</w:t>
      </w:r>
    </w:p>
    <w:p>
      <w:pPr>
        <w:pStyle w:val="ListParagraph"/>
      </w:pPr>
      <w:r>
        <w:rPr>
          <w:sz w:val="22"/>
        </w:rPr>
        <w:t>A. Anđehit axetic, but-1-in, etilen</w:t>
      </w:r>
    </w:p>
    <w:p>
      <w:pPr>
        <w:pStyle w:val="ListParagraph"/>
      </w:pPr>
      <w:r>
        <w:rPr>
          <w:sz w:val="22"/>
        </w:rPr>
        <w:t>B. Anđehit axetic, axetilen, but-2-in</w:t>
      </w:r>
    </w:p>
    <w:p>
      <w:pPr>
        <w:pStyle w:val="ListParagraph"/>
      </w:pPr>
      <w:r>
        <w:rPr>
          <w:sz w:val="22"/>
        </w:rPr>
        <w:t>C. Anđehit fomic, axetilen, etilen</w:t>
      </w:r>
    </w:p>
    <w:p>
      <w:pPr>
        <w:pStyle w:val="ListParagraph"/>
      </w:pPr>
      <w:r>
        <w:rPr>
          <w:sz w:val="22"/>
        </w:rPr>
        <w:t>D. Anđehit fomic, axetilen, but-1-in</w:t>
      </w:r>
    </w:p>
    <w:p/>
    <w:p>
      <w:r>
        <w:rPr>
          <w:b/>
          <w:sz w:val="24"/>
        </w:rPr>
        <w:t>Câu 8: Đốt cháy hoàn toàn 0,1 mol este X thu được 0,3 mol CO2 và 0,3 mol H2O. Công thức phân tử của X là:</w:t>
      </w:r>
    </w:p>
    <w:p>
      <w:pPr>
        <w:pStyle w:val="ListParagraph"/>
      </w:pPr>
      <w:r>
        <w:rPr>
          <w:sz w:val="22"/>
        </w:rPr>
        <w:t>A. C3H6O2</w:t>
      </w:r>
    </w:p>
    <w:p>
      <w:pPr>
        <w:pStyle w:val="ListParagraph"/>
      </w:pPr>
      <w:r>
        <w:rPr>
          <w:sz w:val="22"/>
        </w:rPr>
        <w:t>B. C3H4O2</w:t>
      </w:r>
    </w:p>
    <w:p>
      <w:pPr>
        <w:pStyle w:val="ListParagraph"/>
      </w:pPr>
      <w:r>
        <w:rPr>
          <w:sz w:val="22"/>
        </w:rPr>
        <w:t>C. C4H8O2</w:t>
      </w:r>
    </w:p>
    <w:p>
      <w:pPr>
        <w:pStyle w:val="ListParagraph"/>
      </w:pPr>
      <w:r>
        <w:rPr>
          <w:sz w:val="22"/>
        </w:rPr>
        <w:t>D. C2H4O2</w:t>
      </w:r>
    </w:p>
    <w:p/>
    <w:p>
      <w:r>
        <w:rPr>
          <w:b/>
          <w:sz w:val="24"/>
        </w:rPr>
        <w:t>Câu 9: Cho 3,7 gam este no, đơn chức, mạch hở X tác dụng hết với dung dịch KOH, thu được muối và 2,3 gam ancol etylic. Công thức của X là:</w:t>
      </w:r>
    </w:p>
    <w:p>
      <w:pPr>
        <w:pStyle w:val="ListParagraph"/>
      </w:pPr>
      <w:r>
        <w:rPr>
          <w:sz w:val="22"/>
        </w:rPr>
        <w:t>A. HCOOC2H5</w:t>
      </w:r>
    </w:p>
    <w:p>
      <w:pPr>
        <w:pStyle w:val="ListParagraph"/>
      </w:pPr>
      <w:r>
        <w:rPr>
          <w:sz w:val="22"/>
        </w:rPr>
        <w:t>B. CH3COOC2H5</w:t>
      </w:r>
    </w:p>
    <w:p>
      <w:pPr>
        <w:pStyle w:val="ListParagraph"/>
      </w:pPr>
      <w:r>
        <w:rPr>
          <w:sz w:val="22"/>
        </w:rPr>
        <w:t>C. C2H5COOCH3</w:t>
      </w:r>
    </w:p>
    <w:p>
      <w:pPr>
        <w:pStyle w:val="ListParagraph"/>
      </w:pPr>
      <w:r>
        <w:rPr>
          <w:sz w:val="22"/>
        </w:rPr>
        <w:t>D. HCOOCH3</w:t>
      </w:r>
    </w:p>
    <w:p/>
    <w:p>
      <w:r>
        <w:rPr>
          <w:b/>
          <w:sz w:val="24"/>
        </w:rPr>
        <w:t>Câu 10: Để trung hòa 6 gam axit cacboxylic đơn chức X cần 100 ml dung dịch NaOH 1M. Công thức của X là:</w:t>
      </w:r>
    </w:p>
    <w:p>
      <w:pPr>
        <w:pStyle w:val="ListParagraph"/>
      </w:pPr>
      <w:r>
        <w:rPr>
          <w:sz w:val="22"/>
        </w:rPr>
        <w:t>A. CH3COOH</w:t>
      </w:r>
    </w:p>
    <w:p>
      <w:pPr>
        <w:pStyle w:val="ListParagraph"/>
      </w:pPr>
      <w:r>
        <w:rPr>
          <w:sz w:val="22"/>
        </w:rPr>
        <w:t>B. C2H5COOH</w:t>
      </w:r>
    </w:p>
    <w:p>
      <w:pPr>
        <w:pStyle w:val="ListParagraph"/>
      </w:pPr>
      <w:r>
        <w:rPr>
          <w:sz w:val="22"/>
        </w:rPr>
        <w:t>C. HCOOH</w:t>
      </w:r>
    </w:p>
    <w:p>
      <w:pPr>
        <w:pStyle w:val="ListParagraph"/>
      </w:pPr>
      <w:r>
        <w:rPr>
          <w:sz w:val="22"/>
        </w:rPr>
        <w:t>D. C3H7COOH</w:t>
      </w:r>
    </w:p>
    <w:p/>
    <w:p>
      <w:r>
        <w:rPr>
          <w:b/>
          <w:sz w:val="24"/>
        </w:rPr>
        <w:t>Câu 11: Số đồng phân axit cacboxylic no, đơn chức, mạch hở ứng với công thức phân tử C4H8O2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12: Phát biểu nào sau đây không đúng?</w:t>
      </w:r>
    </w:p>
    <w:p>
      <w:pPr>
        <w:pStyle w:val="ListParagraph"/>
      </w:pPr>
      <w:r>
        <w:rPr>
          <w:sz w:val="22"/>
        </w:rPr>
        <w:t>A. Chất béo là trieste của glixerol với axit béo.</w:t>
      </w:r>
    </w:p>
    <w:p>
      <w:pPr>
        <w:pStyle w:val="ListParagraph"/>
      </w:pPr>
      <w:r>
        <w:rPr>
          <w:sz w:val="22"/>
        </w:rPr>
        <w:t>B. Chất béo nhẹ hơn nước và không tan trong nước.</w:t>
      </w:r>
    </w:p>
    <w:p>
      <w:pPr>
        <w:pStyle w:val="ListParagraph"/>
      </w:pPr>
      <w:r>
        <w:rPr>
          <w:sz w:val="22"/>
        </w:rPr>
        <w:t>C. Chất béo là thành phần chính của dầu mỡ động, thực vật.</w:t>
      </w:r>
    </w:p>
    <w:p>
      <w:pPr>
        <w:pStyle w:val="ListParagraph"/>
      </w:pPr>
      <w:r>
        <w:rPr>
          <w:sz w:val="22"/>
        </w:rPr>
        <w:t>D. Phản ứng thủy phân chất béo trong môi trường axit là phản ứng xà phòng hóa.</w:t>
      </w:r>
    </w:p>
    <w:p/>
    <w:p>
      <w:r>
        <w:rPr>
          <w:b/>
          <w:sz w:val="24"/>
        </w:rPr>
        <w:t>Câu 13: Khi thủy phân một triglixerit X bằng dung dịch NaOH, thu được glixerol và hỗn hợp muối natri oleat và natri panmitat. Số công thức cấu tạo có thể có của X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14: Đốt cháy hoàn toàn a gam triglixerit X cần vừa đủ 3,26 mol O2, thu được 2,28 mol CO2 và 39,6 gam H2O. Mặt khác, thủy phân hoàn toàn a gam X trong dung dịch NaOH, đun nóng, thu được dung dịch chứa b gam muối. Giá trị của b là:</w:t>
      </w:r>
    </w:p>
    <w:p>
      <w:pPr>
        <w:pStyle w:val="ListParagraph"/>
      </w:pPr>
      <w:r>
        <w:rPr>
          <w:sz w:val="22"/>
        </w:rPr>
        <w:t>A. 31,92</w:t>
      </w:r>
    </w:p>
    <w:p>
      <w:pPr>
        <w:pStyle w:val="ListParagraph"/>
      </w:pPr>
      <w:r>
        <w:rPr>
          <w:sz w:val="22"/>
        </w:rPr>
        <w:t>B. 36,72</w:t>
      </w:r>
    </w:p>
    <w:p>
      <w:pPr>
        <w:pStyle w:val="ListParagraph"/>
      </w:pPr>
      <w:r>
        <w:rPr>
          <w:sz w:val="22"/>
        </w:rPr>
        <w:t>C. 40,40</w:t>
      </w:r>
    </w:p>
    <w:p>
      <w:pPr>
        <w:pStyle w:val="ListParagraph"/>
      </w:pPr>
      <w:r>
        <w:rPr>
          <w:sz w:val="22"/>
        </w:rPr>
        <w:t>D. 35,44</w:t>
      </w:r>
    </w:p>
    <w:p/>
    <w:p>
      <w:r>
        <w:rPr>
          <w:b/>
          <w:sz w:val="24"/>
        </w:rPr>
        <w:t>Câu 15: Cho các chất: HCHO, CH3COOH, HCOOCH3, CH3OH. Số chất tác dụng được với dung dịch AgNO3/NH3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16: Thủy phân este X mạch hở có công thức phân tử C4H6O2, sản phẩm thu được có khả năng tráng bạc. Số este X thỏa mãn tính chất trên là:</w:t>
      </w:r>
    </w:p>
    <w:p>
      <w:pPr>
        <w:pStyle w:val="ListParagraph"/>
      </w:pPr>
      <w:r>
        <w:rPr>
          <w:sz w:val="22"/>
        </w:rPr>
        <w:t>A. 4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6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17: Cho 0,1 mol este X đơn chức tác dụng vừa đủ với 100 ml dung dịch NaOH 1M, thu được 8,2 gam muối và 4,6 gam ancol. Công thức của X là:</w:t>
      </w:r>
    </w:p>
    <w:p>
      <w:pPr>
        <w:pStyle w:val="ListParagraph"/>
      </w:pPr>
      <w:r>
        <w:rPr>
          <w:sz w:val="22"/>
        </w:rPr>
        <w:t>A. CH3COOC2H5</w:t>
      </w:r>
    </w:p>
    <w:p>
      <w:pPr>
        <w:pStyle w:val="ListParagraph"/>
      </w:pPr>
      <w:r>
        <w:rPr>
          <w:sz w:val="22"/>
        </w:rPr>
        <w:t>B. C2H5COOCH3</w:t>
      </w:r>
    </w:p>
    <w:p>
      <w:pPr>
        <w:pStyle w:val="ListParagraph"/>
      </w:pPr>
      <w:r>
        <w:rPr>
          <w:sz w:val="22"/>
        </w:rPr>
        <w:t>C. HCOOC2H5</w:t>
      </w:r>
    </w:p>
    <w:p>
      <w:pPr>
        <w:pStyle w:val="ListParagraph"/>
      </w:pPr>
      <w:r>
        <w:rPr>
          <w:sz w:val="22"/>
        </w:rPr>
        <w:t>D. CH3COOCH3</w:t>
      </w:r>
    </w:p>
    <w:p/>
    <w:p>
      <w:r>
        <w:rPr>
          <w:b/>
          <w:sz w:val="24"/>
        </w:rPr>
        <w:t>Câu 18: Đốt cháy hoàn toàn 0,1 mol axit cacboxylic đơn chức X, thu được 0,3 mol CO2 và 0,3 mol H2O. Công thức của X là:</w:t>
      </w:r>
    </w:p>
    <w:p>
      <w:pPr>
        <w:pStyle w:val="ListParagraph"/>
      </w:pPr>
      <w:r>
        <w:rPr>
          <w:sz w:val="22"/>
        </w:rPr>
        <w:t>A. CH3COOH</w:t>
      </w:r>
    </w:p>
    <w:p>
      <w:pPr>
        <w:pStyle w:val="ListParagraph"/>
      </w:pPr>
      <w:r>
        <w:rPr>
          <w:sz w:val="22"/>
        </w:rPr>
        <w:t>B. C2H5COOH</w:t>
      </w:r>
    </w:p>
    <w:p>
      <w:pPr>
        <w:pStyle w:val="ListParagraph"/>
      </w:pPr>
      <w:r>
        <w:rPr>
          <w:sz w:val="22"/>
        </w:rPr>
        <w:t>C. HCOOH</w:t>
      </w:r>
    </w:p>
    <w:p>
      <w:pPr>
        <w:pStyle w:val="ListParagraph"/>
      </w:pPr>
      <w:r>
        <w:rPr>
          <w:sz w:val="22"/>
        </w:rPr>
        <w:t>D. C3H7COOH</w:t>
      </w:r>
    </w:p>
    <w:p/>
    <w:p>
      <w:r>
        <w:rPr>
          <w:b/>
          <w:sz w:val="24"/>
        </w:rPr>
        <w:t>Câu 19: Cho 5,6 gam hỗn hợp X gồm axit axetic và axit fomic tác dụng vừa đủ với dung dịch NaOH, thu được 7,4 gam hỗn hợp muối. Phần trăm khối lượng của axit axetic trong X là:</w:t>
      </w:r>
    </w:p>
    <w:p>
      <w:pPr>
        <w:pStyle w:val="ListParagraph"/>
      </w:pPr>
      <w:r>
        <w:rPr>
          <w:sz w:val="22"/>
        </w:rPr>
        <w:t>A. 53,57%</w:t>
      </w:r>
    </w:p>
    <w:p>
      <w:pPr>
        <w:pStyle w:val="ListParagraph"/>
      </w:pPr>
      <w:r>
        <w:rPr>
          <w:sz w:val="22"/>
        </w:rPr>
        <w:t>B. 46,43%</w:t>
      </w:r>
    </w:p>
    <w:p>
      <w:pPr>
        <w:pStyle w:val="ListParagraph"/>
      </w:pPr>
      <w:r>
        <w:rPr>
          <w:sz w:val="22"/>
        </w:rPr>
        <w:t>C. 50,00%</w:t>
      </w:r>
    </w:p>
    <w:p>
      <w:pPr>
        <w:pStyle w:val="ListParagraph"/>
      </w:pPr>
      <w:r>
        <w:rPr>
          <w:sz w:val="22"/>
        </w:rPr>
        <w:t>D. 60,00%</w:t>
      </w:r>
    </w:p>
    <w:p/>
    <w:p>
      <w:r>
        <w:rPr>
          <w:b/>
          <w:sz w:val="24"/>
        </w:rPr>
        <w:t>Câu 20: Số đồng phân este của hợp chất có công thức phân tử C4H8O2 là: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21: Chất nào sau đây có phản ứng tráng bạc?</w:t>
      </w:r>
    </w:p>
    <w:p>
      <w:pPr>
        <w:pStyle w:val="ListParagraph"/>
      </w:pPr>
      <w:r>
        <w:rPr>
          <w:sz w:val="22"/>
        </w:rPr>
        <w:t>A. CH3COOH</w:t>
      </w:r>
    </w:p>
    <w:p>
      <w:pPr>
        <w:pStyle w:val="ListParagraph"/>
      </w:pPr>
      <w:r>
        <w:rPr>
          <w:sz w:val="22"/>
        </w:rPr>
        <w:t>B. HCOOCH3</w:t>
      </w:r>
    </w:p>
    <w:p>
      <w:pPr>
        <w:pStyle w:val="ListParagraph"/>
      </w:pPr>
      <w:r>
        <w:rPr>
          <w:sz w:val="22"/>
        </w:rPr>
        <w:t>C. CH3COOCH3</w:t>
      </w:r>
    </w:p>
    <w:p>
      <w:pPr>
        <w:pStyle w:val="ListParagraph"/>
      </w:pPr>
      <w:r>
        <w:rPr>
          <w:sz w:val="22"/>
        </w:rPr>
        <w:t>D. C2H5OH</w:t>
      </w:r>
    </w:p>
    <w:p/>
    <w:p>
      <w:r>
        <w:rPr>
          <w:b/>
          <w:sz w:val="24"/>
        </w:rPr>
        <w:t>Câu 22: Đun nóng este CH3COOC2H5 với dung dịch NaOH, sản phẩm thu được là:</w:t>
      </w:r>
    </w:p>
    <w:p>
      <w:pPr>
        <w:pStyle w:val="ListParagraph"/>
      </w:pPr>
      <w:r>
        <w:rPr>
          <w:sz w:val="22"/>
        </w:rPr>
        <w:t>A. CH3COONa và C2H5OH</w:t>
      </w:r>
    </w:p>
    <w:p>
      <w:pPr>
        <w:pStyle w:val="ListParagraph"/>
      </w:pPr>
      <w:r>
        <w:rPr>
          <w:sz w:val="22"/>
        </w:rPr>
        <w:t>B. C2H5COONa và CH3OH</w:t>
      </w:r>
    </w:p>
    <w:p>
      <w:pPr>
        <w:pStyle w:val="ListParagraph"/>
      </w:pPr>
      <w:r>
        <w:rPr>
          <w:sz w:val="22"/>
        </w:rPr>
        <w:t>C. CH3COONa và CH3OH</w:t>
      </w:r>
    </w:p>
    <w:p>
      <w:pPr>
        <w:pStyle w:val="ListParagraph"/>
      </w:pPr>
      <w:r>
        <w:rPr>
          <w:sz w:val="22"/>
        </w:rPr>
        <w:t>D. C2H5COONa và C2H5OH</w:t>
      </w:r>
    </w:p>
    <w:p/>
    <w:p>
      <w:r>
        <w:rPr>
          <w:b/>
          <w:sz w:val="24"/>
        </w:rPr>
        <w:t>Câu 23: Phản ứng este hóa giữa axit axetic và ancol etylic có xúc tác H2SO4 đặc, đun nóng. Sản phẩm hữu cơ thu được là:</w:t>
      </w:r>
    </w:p>
    <w:p>
      <w:pPr>
        <w:pStyle w:val="ListParagraph"/>
      </w:pPr>
      <w:r>
        <w:rPr>
          <w:sz w:val="22"/>
        </w:rPr>
        <w:t>A. CH3COOC2H5</w:t>
      </w:r>
    </w:p>
    <w:p>
      <w:pPr>
        <w:pStyle w:val="ListParagraph"/>
      </w:pPr>
      <w:r>
        <w:rPr>
          <w:sz w:val="22"/>
        </w:rPr>
        <w:t>B. C2H5COOCH3</w:t>
      </w:r>
    </w:p>
    <w:p>
      <w:pPr>
        <w:pStyle w:val="ListParagraph"/>
      </w:pPr>
      <w:r>
        <w:rPr>
          <w:sz w:val="22"/>
        </w:rPr>
        <w:t>C. CH3COOCH3</w:t>
      </w:r>
    </w:p>
    <w:p>
      <w:pPr>
        <w:pStyle w:val="ListParagraph"/>
      </w:pPr>
      <w:r>
        <w:rPr>
          <w:sz w:val="22"/>
        </w:rPr>
        <w:t>D. HCOOC2H5</w:t>
      </w:r>
    </w:p>
    <w:p/>
    <w:p>
      <w:r>
        <w:rPr>
          <w:b/>
          <w:sz w:val="24"/>
        </w:rPr>
        <w:t>Câu 24: Chất béo nào sau đây là chất lỏng ở điều kiện thường?</w:t>
      </w:r>
    </w:p>
    <w:p>
      <w:pPr>
        <w:pStyle w:val="ListParagraph"/>
      </w:pPr>
      <w:r>
        <w:rPr>
          <w:sz w:val="22"/>
        </w:rPr>
        <w:t>A. Tristearin</w:t>
      </w:r>
    </w:p>
    <w:p>
      <w:pPr>
        <w:pStyle w:val="ListParagraph"/>
      </w:pPr>
      <w:r>
        <w:rPr>
          <w:sz w:val="22"/>
        </w:rPr>
        <w:t>B. Tripanmitin</w:t>
      </w:r>
    </w:p>
    <w:p>
      <w:pPr>
        <w:pStyle w:val="ListParagraph"/>
      </w:pPr>
      <w:r>
        <w:rPr>
          <w:sz w:val="22"/>
        </w:rPr>
        <w:t>C. Triolein</w:t>
      </w:r>
    </w:p>
    <w:p>
      <w:pPr>
        <w:pStyle w:val="ListParagraph"/>
      </w:pPr>
      <w:r>
        <w:rPr>
          <w:sz w:val="22"/>
        </w:rPr>
        <w:t>D. Tricaprin</w:t>
      </w:r>
    </w:p>
    <w:p/>
    <w:p>
      <w:r>
        <w:rPr>
          <w:b/>
          <w:sz w:val="24"/>
        </w:rPr>
        <w:t>Câu 25: Thủy phân hoàn toàn 8,8 gam este đơn chức, mạch hở X bằng dung dịch NaOH vừa đủ, thu được 8,2 gam muối và 4,6 gam ancol. Công thức của X là:</w:t>
      </w:r>
    </w:p>
    <w:p>
      <w:pPr>
        <w:pStyle w:val="ListParagraph"/>
      </w:pPr>
      <w:r>
        <w:rPr>
          <w:sz w:val="22"/>
        </w:rPr>
        <w:t>A. CH3COOC2H5</w:t>
      </w:r>
    </w:p>
    <w:p>
      <w:pPr>
        <w:pStyle w:val="ListParagraph"/>
      </w:pPr>
      <w:r>
        <w:rPr>
          <w:sz w:val="22"/>
        </w:rPr>
        <w:t>B. C2H5COOCH3</w:t>
      </w:r>
    </w:p>
    <w:p>
      <w:pPr>
        <w:pStyle w:val="ListParagraph"/>
      </w:pPr>
      <w:r>
        <w:rPr>
          <w:sz w:val="22"/>
        </w:rPr>
        <w:t>C. HCOOC2H5</w:t>
      </w:r>
    </w:p>
    <w:p>
      <w:pPr>
        <w:pStyle w:val="ListParagraph"/>
      </w:pPr>
      <w:r>
        <w:rPr>
          <w:sz w:val="22"/>
        </w:rPr>
        <w:t>D. CH3COOCH3</w:t>
      </w:r>
    </w:p>
    <w:p/>
    <w:p>
      <w:r>
        <w:rPr>
          <w:b/>
          <w:sz w:val="24"/>
        </w:rPr>
        <w:t>Câu 26: Đốt cháy hoàn toàn 0,1 mol este no, đơn chức, mạch hở X cần vừa đủ 0,35 mol O2. Công thức phân tử của X là:</w:t>
      </w:r>
    </w:p>
    <w:p>
      <w:pPr>
        <w:pStyle w:val="ListParagraph"/>
      </w:pPr>
      <w:r>
        <w:rPr>
          <w:sz w:val="22"/>
        </w:rPr>
        <w:t>A. C2H4O2</w:t>
      </w:r>
    </w:p>
    <w:p>
      <w:pPr>
        <w:pStyle w:val="ListParagraph"/>
      </w:pPr>
      <w:r>
        <w:rPr>
          <w:sz w:val="22"/>
        </w:rPr>
        <w:t>B. C3H6O2</w:t>
      </w:r>
    </w:p>
    <w:p>
      <w:pPr>
        <w:pStyle w:val="ListParagraph"/>
      </w:pPr>
      <w:r>
        <w:rPr>
          <w:sz w:val="22"/>
        </w:rPr>
        <w:t>C. C4H8O2</w:t>
      </w:r>
    </w:p>
    <w:p>
      <w:pPr>
        <w:pStyle w:val="ListParagraph"/>
      </w:pPr>
      <w:r>
        <w:rPr>
          <w:sz w:val="22"/>
        </w:rPr>
        <w:t>D. C5H10O2</w:t>
      </w:r>
    </w:p>
    <w:p/>
    <w:p>
      <w:r>
        <w:rPr>
          <w:b/>
          <w:sz w:val="24"/>
        </w:rPr>
        <w:t>Câu 27: Cho 0,1 mol axit cacboxylic đơn chức X tác dụng với dung dịch NaHCO3 dư, thu được 2,24 lít khí CO2 (đktc). Công thức của X là:</w:t>
      </w:r>
    </w:p>
    <w:p>
      <w:pPr>
        <w:pStyle w:val="ListParagraph"/>
      </w:pPr>
      <w:r>
        <w:rPr>
          <w:sz w:val="22"/>
        </w:rPr>
        <w:t>A. CH3COOH</w:t>
      </w:r>
    </w:p>
    <w:p>
      <w:pPr>
        <w:pStyle w:val="ListParagraph"/>
      </w:pPr>
      <w:r>
        <w:rPr>
          <w:sz w:val="22"/>
        </w:rPr>
        <w:t>B. C2H5COOH</w:t>
      </w:r>
    </w:p>
    <w:p>
      <w:pPr>
        <w:pStyle w:val="ListParagraph"/>
      </w:pPr>
      <w:r>
        <w:rPr>
          <w:sz w:val="22"/>
        </w:rPr>
        <w:t>C. HCOOH</w:t>
      </w:r>
    </w:p>
    <w:p>
      <w:pPr>
        <w:pStyle w:val="ListParagraph"/>
      </w:pPr>
      <w:r>
        <w:rPr>
          <w:sz w:val="22"/>
        </w:rPr>
        <w:t>D. C3H7COOH</w:t>
      </w:r>
    </w:p>
    <w:p/>
    <w:p>
      <w:r>
        <w:rPr>
          <w:b/>
          <w:sz w:val="24"/>
        </w:rPr>
        <w:t>Câu 28: Số đồng phân este của hợp chất có công thức phân tử C3H6O2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29: Chất nào sau đây không phải là este?</w:t>
      </w:r>
    </w:p>
    <w:p>
      <w:pPr>
        <w:pStyle w:val="ListParagraph"/>
      </w:pPr>
      <w:r>
        <w:rPr>
          <w:sz w:val="22"/>
        </w:rPr>
        <w:t>A. CH3COOC2H5</w:t>
      </w:r>
    </w:p>
    <w:p>
      <w:pPr>
        <w:pStyle w:val="ListParagraph"/>
      </w:pPr>
      <w:r>
        <w:rPr>
          <w:sz w:val="22"/>
        </w:rPr>
        <w:t>B. HCOOCH3</w:t>
      </w:r>
    </w:p>
    <w:p>
      <w:pPr>
        <w:pStyle w:val="ListParagraph"/>
      </w:pPr>
      <w:r>
        <w:rPr>
          <w:sz w:val="22"/>
        </w:rPr>
        <w:t>C. CH3COOH</w:t>
      </w:r>
    </w:p>
    <w:p>
      <w:pPr>
        <w:pStyle w:val="ListParagraph"/>
      </w:pPr>
      <w:r>
        <w:rPr>
          <w:sz w:val="22"/>
        </w:rPr>
        <w:t>D. C2H5COOCH3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D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D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C</w:t>
      </w:r>
    </w:p>
    <w:p>
      <w:r>
        <w:rPr>
          <w:b/>
        </w:rPr>
        <w:t>Câu 21: Đáp án đúng: B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