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cuối tuần 3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45 678 có chữ số hàng nghìn là: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2: Số liền sau của số 99 999 là:</w:t>
      </w:r>
    </w:p>
    <w:p>
      <w:pPr>
        <w:pStyle w:val="ListParagraph"/>
      </w:pPr>
      <w:r>
        <w:rPr>
          <w:sz w:val="22"/>
        </w:rPr>
        <w:t>A. 99 998</w:t>
      </w:r>
    </w:p>
    <w:p>
      <w:pPr>
        <w:pStyle w:val="ListParagraph"/>
      </w:pPr>
      <w:r>
        <w:rPr>
          <w:sz w:val="22"/>
        </w:rPr>
        <w:t>B. 100 000</w:t>
      </w:r>
    </w:p>
    <w:p>
      <w:pPr>
        <w:pStyle w:val="ListParagraph"/>
      </w:pPr>
      <w:r>
        <w:rPr>
          <w:sz w:val="22"/>
        </w:rPr>
        <w:t>C. 100 001</w:t>
      </w:r>
    </w:p>
    <w:p>
      <w:pPr>
        <w:pStyle w:val="ListParagraph"/>
      </w:pPr>
      <w:r>
        <w:rPr>
          <w:sz w:val="22"/>
        </w:rPr>
        <w:t>D. 99 100</w:t>
      </w:r>
    </w:p>
    <w:p/>
    <w:p>
      <w:r>
        <w:rPr>
          <w:b/>
          <w:sz w:val="24"/>
        </w:rPr>
        <w:t>Câu 3: Làm tròn số 62 350 đến hàng nghìn ta được số:</w:t>
      </w:r>
    </w:p>
    <w:p>
      <w:pPr>
        <w:pStyle w:val="ListParagraph"/>
      </w:pPr>
      <w:r>
        <w:rPr>
          <w:sz w:val="22"/>
        </w:rPr>
        <w:t>A. 62 000</w:t>
      </w:r>
    </w:p>
    <w:p>
      <w:pPr>
        <w:pStyle w:val="ListParagraph"/>
      </w:pPr>
      <w:r>
        <w:rPr>
          <w:sz w:val="22"/>
        </w:rPr>
        <w:t>B. 62 300</w:t>
      </w:r>
    </w:p>
    <w:p>
      <w:pPr>
        <w:pStyle w:val="ListParagraph"/>
      </w:pPr>
      <w:r>
        <w:rPr>
          <w:sz w:val="22"/>
        </w:rPr>
        <w:t>C. 62 400</w:t>
      </w:r>
    </w:p>
    <w:p>
      <w:pPr>
        <w:pStyle w:val="ListParagraph"/>
      </w:pPr>
      <w:r>
        <w:rPr>
          <w:sz w:val="22"/>
        </w:rPr>
        <w:t>D. 63 000</w:t>
      </w:r>
    </w:p>
    <w:p/>
    <w:p>
      <w:r>
        <w:rPr>
          <w:b/>
          <w:sz w:val="24"/>
        </w:rPr>
        <w:t>Câu 4: Kết quả của phép tính 24 576 + 13 284 là:</w:t>
      </w:r>
    </w:p>
    <w:p>
      <w:pPr>
        <w:pStyle w:val="ListParagraph"/>
      </w:pPr>
      <w:r>
        <w:rPr>
          <w:sz w:val="22"/>
        </w:rPr>
        <w:t>A. 37 760</w:t>
      </w:r>
    </w:p>
    <w:p>
      <w:pPr>
        <w:pStyle w:val="ListParagraph"/>
      </w:pPr>
      <w:r>
        <w:rPr>
          <w:sz w:val="22"/>
        </w:rPr>
        <w:t>B. 37 860</w:t>
      </w:r>
    </w:p>
    <w:p>
      <w:pPr>
        <w:pStyle w:val="ListParagraph"/>
      </w:pPr>
      <w:r>
        <w:rPr>
          <w:sz w:val="22"/>
        </w:rPr>
        <w:t>C. 38 860</w:t>
      </w:r>
    </w:p>
    <w:p>
      <w:pPr>
        <w:pStyle w:val="ListParagraph"/>
      </w:pPr>
      <w:r>
        <w:rPr>
          <w:sz w:val="22"/>
        </w:rPr>
        <w:t>D. 37 850</w:t>
      </w:r>
    </w:p>
    <w:p/>
    <w:p>
      <w:r>
        <w:rPr>
          <w:b/>
          <w:sz w:val="24"/>
        </w:rPr>
        <w:t>Câu 5: Kết quả của phép tính 80 000 - 25 617 là:</w:t>
      </w:r>
    </w:p>
    <w:p>
      <w:pPr>
        <w:pStyle w:val="ListParagraph"/>
      </w:pPr>
      <w:r>
        <w:rPr>
          <w:sz w:val="22"/>
        </w:rPr>
        <w:t>A. 54 383</w:t>
      </w:r>
    </w:p>
    <w:p>
      <w:pPr>
        <w:pStyle w:val="ListParagraph"/>
      </w:pPr>
      <w:r>
        <w:rPr>
          <w:sz w:val="22"/>
        </w:rPr>
        <w:t>B. 55 383</w:t>
      </w:r>
    </w:p>
    <w:p>
      <w:pPr>
        <w:pStyle w:val="ListParagraph"/>
      </w:pPr>
      <w:r>
        <w:rPr>
          <w:sz w:val="22"/>
        </w:rPr>
        <w:t>C. 54 483</w:t>
      </w:r>
    </w:p>
    <w:p>
      <w:pPr>
        <w:pStyle w:val="ListParagraph"/>
      </w:pPr>
      <w:r>
        <w:rPr>
          <w:sz w:val="22"/>
        </w:rPr>
        <w:t>D. 54 283</w:t>
      </w:r>
    </w:p>
    <w:p/>
    <w:p>
      <w:r>
        <w:rPr>
          <w:b/>
          <w:sz w:val="24"/>
        </w:rPr>
        <w:t>Câu 6: Kết quả của phép tính 1 234 × 5 là:</w:t>
      </w:r>
    </w:p>
    <w:p>
      <w:pPr>
        <w:pStyle w:val="ListParagraph"/>
      </w:pPr>
      <w:r>
        <w:rPr>
          <w:sz w:val="22"/>
        </w:rPr>
        <w:t>A. 6 170</w:t>
      </w:r>
    </w:p>
    <w:p>
      <w:pPr>
        <w:pStyle w:val="ListParagraph"/>
      </w:pPr>
      <w:r>
        <w:rPr>
          <w:sz w:val="22"/>
        </w:rPr>
        <w:t>B. 6 070</w:t>
      </w:r>
    </w:p>
    <w:p>
      <w:pPr>
        <w:pStyle w:val="ListParagraph"/>
      </w:pPr>
      <w:r>
        <w:rPr>
          <w:sz w:val="22"/>
        </w:rPr>
        <w:t>C. 5 170</w:t>
      </w:r>
    </w:p>
    <w:p>
      <w:pPr>
        <w:pStyle w:val="ListParagraph"/>
      </w:pPr>
      <w:r>
        <w:rPr>
          <w:sz w:val="22"/>
        </w:rPr>
        <w:t>D. 6 160</w:t>
      </w:r>
    </w:p>
    <w:p/>
    <w:p>
      <w:r>
        <w:rPr>
          <w:b/>
          <w:sz w:val="24"/>
        </w:rPr>
        <w:t>Câu 7: Kết quả của phép tính 8 406 : 6 là:</w:t>
      </w:r>
    </w:p>
    <w:p>
      <w:pPr>
        <w:pStyle w:val="ListParagraph"/>
      </w:pPr>
      <w:r>
        <w:rPr>
          <w:sz w:val="22"/>
        </w:rPr>
        <w:t>A. 1 401</w:t>
      </w:r>
    </w:p>
    <w:p>
      <w:pPr>
        <w:pStyle w:val="ListParagraph"/>
      </w:pPr>
      <w:r>
        <w:rPr>
          <w:sz w:val="22"/>
        </w:rPr>
        <w:t>B. 1 410</w:t>
      </w:r>
    </w:p>
    <w:p>
      <w:pPr>
        <w:pStyle w:val="ListParagraph"/>
      </w:pPr>
      <w:r>
        <w:rPr>
          <w:sz w:val="22"/>
        </w:rPr>
        <w:t>C. 1 041</w:t>
      </w:r>
    </w:p>
    <w:p>
      <w:pPr>
        <w:pStyle w:val="ListParagraph"/>
      </w:pPr>
      <w:r>
        <w:rPr>
          <w:sz w:val="22"/>
        </w:rPr>
        <w:t>D. 1 400</w:t>
      </w:r>
    </w:p>
    <w:p/>
    <w:p>
      <w:r>
        <w:rPr>
          <w:b/>
          <w:sz w:val="24"/>
        </w:rPr>
        <w:t>Câu 8: Nếu a = 7 thì giá trị của biểu thức 45 + a × 6 là:</w:t>
      </w:r>
    </w:p>
    <w:p>
      <w:pPr>
        <w:pStyle w:val="ListParagraph"/>
      </w:pPr>
      <w:r>
        <w:rPr>
          <w:sz w:val="22"/>
        </w:rPr>
        <w:t>A. 87</w:t>
      </w:r>
    </w:p>
    <w:p>
      <w:pPr>
        <w:pStyle w:val="ListParagraph"/>
      </w:pPr>
      <w:r>
        <w:rPr>
          <w:sz w:val="22"/>
        </w:rPr>
        <w:t>B. 72</w:t>
      </w:r>
    </w:p>
    <w:p>
      <w:pPr>
        <w:pStyle w:val="ListParagraph"/>
      </w:pPr>
      <w:r>
        <w:rPr>
          <w:sz w:val="22"/>
        </w:rPr>
        <w:t>C. 312</w:t>
      </w:r>
    </w:p>
    <w:p>
      <w:pPr>
        <w:pStyle w:val="ListParagraph"/>
      </w:pPr>
      <w:r>
        <w:rPr>
          <w:sz w:val="22"/>
        </w:rPr>
        <w:t>D. 77</w:t>
      </w:r>
    </w:p>
    <w:p/>
    <w:p>
      <w:r>
        <w:rPr>
          <w:b/>
          <w:sz w:val="24"/>
        </w:rPr>
        <w:t>Câu 9: Trong các số 12 345; 12 354; 12 435; 12 543, số lớn nhất là:</w:t>
      </w:r>
    </w:p>
    <w:p>
      <w:pPr>
        <w:pStyle w:val="ListParagraph"/>
      </w:pPr>
      <w:r>
        <w:rPr>
          <w:sz w:val="22"/>
        </w:rPr>
        <w:t>A. 12 345</w:t>
      </w:r>
    </w:p>
    <w:p>
      <w:pPr>
        <w:pStyle w:val="ListParagraph"/>
      </w:pPr>
      <w:r>
        <w:rPr>
          <w:sz w:val="22"/>
        </w:rPr>
        <w:t>B. 12 354</w:t>
      </w:r>
    </w:p>
    <w:p>
      <w:pPr>
        <w:pStyle w:val="ListParagraph"/>
      </w:pPr>
      <w:r>
        <w:rPr>
          <w:sz w:val="22"/>
        </w:rPr>
        <w:t>C. 12 435</w:t>
      </w:r>
    </w:p>
    <w:p>
      <w:pPr>
        <w:pStyle w:val="ListParagraph"/>
      </w:pPr>
      <w:r>
        <w:rPr>
          <w:sz w:val="22"/>
        </w:rPr>
        <w:t>D. 12 543</w:t>
      </w:r>
    </w:p>
    <w:p/>
    <w:p>
      <w:r>
        <w:rPr>
          <w:b/>
          <w:sz w:val="24"/>
        </w:rPr>
        <w:t>Câu 10: Một cửa hàng có 12 500 kg gạo. Buổi sáng bán được 4 250 kg, buổi chiều bán được 3 750 kg. Hỏi cửa hàng còn lại bao nhiêu ki-lô-gam gạo?</w:t>
      </w:r>
    </w:p>
    <w:p>
      <w:pPr>
        <w:pStyle w:val="ListParagraph"/>
      </w:pPr>
      <w:r>
        <w:rPr>
          <w:sz w:val="22"/>
        </w:rPr>
        <w:t>A. 4 500 kg</w:t>
      </w:r>
    </w:p>
    <w:p>
      <w:pPr>
        <w:pStyle w:val="ListParagraph"/>
      </w:pPr>
      <w:r>
        <w:rPr>
          <w:sz w:val="22"/>
        </w:rPr>
        <w:t>B. 4 000 kg</w:t>
      </w:r>
    </w:p>
    <w:p>
      <w:pPr>
        <w:pStyle w:val="ListParagraph"/>
      </w:pPr>
      <w:r>
        <w:rPr>
          <w:sz w:val="22"/>
        </w:rPr>
        <w:t>C. 5 500 kg</w:t>
      </w:r>
    </w:p>
    <w:p>
      <w:pPr>
        <w:pStyle w:val="ListParagraph"/>
      </w:pPr>
      <w:r>
        <w:rPr>
          <w:sz w:val="22"/>
        </w:rPr>
        <w:t>D. 4 250 kg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