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Ôn thi đề cương môn GDCD lớp 8</w:t>
      </w:r>
    </w:p>
    <w:p>
      <w:pPr>
        <w:jc w:val="center"/>
      </w:pPr>
      <w:r>
        <w:rPr>
          <w:sz w:val="22"/>
        </w:rPr>
        <w:t>Số câu: 20    Thời gian: _____ phút    Họ và tên: _________________________</w:t>
      </w:r>
    </w:p>
    <w:p/>
    <w:p>
      <w:r>
        <w:rPr>
          <w:b/>
          <w:sz w:val="24"/>
        </w:rPr>
        <w:t>Câu 1: Từ cuối thế kỉ XVI, người Việt tiếp tục di cư về phía Nam, khai hoang, mở đất tại</w:t>
      </w:r>
    </w:p>
    <w:p>
      <w:pPr>
        <w:pStyle w:val="ListParagraph"/>
      </w:pPr>
      <w:r>
        <w:rPr>
          <w:sz w:val="22"/>
        </w:rPr>
        <w:t>A. Thuận Hóa, Quảng Nam,...</w:t>
      </w:r>
    </w:p>
    <w:p>
      <w:pPr>
        <w:pStyle w:val="ListParagraph"/>
      </w:pPr>
      <w:r>
        <w:rPr>
          <w:sz w:val="22"/>
        </w:rPr>
        <w:t>B. Quảng Bình, Quảng Trị, Thừa Thiên Huế,...</w:t>
      </w:r>
    </w:p>
    <w:p>
      <w:pPr>
        <w:pStyle w:val="ListParagraph"/>
      </w:pPr>
      <w:r>
        <w:rPr>
          <w:sz w:val="22"/>
        </w:rPr>
        <w:t>C. Đà Nẵng, Quảng Nam, Quảng Ngãi,...</w:t>
      </w:r>
    </w:p>
    <w:p>
      <w:pPr>
        <w:pStyle w:val="ListParagraph"/>
      </w:pPr>
      <w:r>
        <w:rPr>
          <w:sz w:val="22"/>
        </w:rPr>
        <w:t>D. Mô Xoài (Bà Rịa - Vũng Tàu), Bến Nghé, Sài Gòn,...</w:t>
      </w:r>
    </w:p>
    <w:p/>
    <w:p>
      <w:r>
        <w:rPr>
          <w:b/>
          <w:sz w:val="24"/>
        </w:rPr>
        <w:t>Câu 2: Trong các bộ chính sử của các triều đại phong kiến Việt Nam, tên gọi nào dưới đây không được dùng để chỉ quần đảo Hoàng Sa và quần đảo Trường Sa?</w:t>
      </w:r>
    </w:p>
    <w:p>
      <w:pPr>
        <w:pStyle w:val="ListParagraph"/>
      </w:pPr>
      <w:r>
        <w:rPr>
          <w:sz w:val="22"/>
        </w:rPr>
        <w:t>A. Bãi Cát Vàng.</w:t>
      </w:r>
    </w:p>
    <w:p>
      <w:pPr>
        <w:pStyle w:val="ListParagraph"/>
      </w:pPr>
      <w:r>
        <w:rPr>
          <w:sz w:val="22"/>
        </w:rPr>
        <w:t>B. Vạn Lý Hoàng Sa.</w:t>
      </w:r>
    </w:p>
    <w:p>
      <w:pPr>
        <w:pStyle w:val="ListParagraph"/>
      </w:pPr>
      <w:r>
        <w:rPr>
          <w:sz w:val="22"/>
        </w:rPr>
        <w:t>C. Vạn Lý Trường Sa.</w:t>
      </w:r>
    </w:p>
    <w:p>
      <w:pPr>
        <w:pStyle w:val="ListParagraph"/>
      </w:pPr>
      <w:r>
        <w:rPr>
          <w:sz w:val="22"/>
        </w:rPr>
        <w:t>D. Bạch Long Vĩ.</w:t>
      </w:r>
    </w:p>
    <w:p/>
    <w:p>
      <w:r>
        <w:rPr>
          <w:b/>
          <w:sz w:val="24"/>
        </w:rPr>
        <w:t>Câu 3: Dưới thời chúa Nguyễn, vùng đất Bà Rịa - Vũng Tàu có tên gọi là gì?</w:t>
      </w:r>
    </w:p>
    <w:p>
      <w:pPr>
        <w:pStyle w:val="ListParagraph"/>
      </w:pPr>
      <w:r>
        <w:rPr>
          <w:sz w:val="22"/>
        </w:rPr>
        <w:t>A. Biển Lạc</w:t>
      </w:r>
    </w:p>
    <w:p>
      <w:pPr>
        <w:pStyle w:val="ListParagraph"/>
      </w:pPr>
      <w:r>
        <w:rPr>
          <w:sz w:val="22"/>
        </w:rPr>
        <w:t>B. Vạn Tượng</w:t>
      </w:r>
    </w:p>
    <w:p>
      <w:pPr>
        <w:pStyle w:val="ListParagraph"/>
      </w:pPr>
      <w:r>
        <w:rPr>
          <w:sz w:val="22"/>
        </w:rPr>
        <w:t>C. Vịnh Dừa</w:t>
      </w:r>
    </w:p>
    <w:p>
      <w:pPr>
        <w:pStyle w:val="ListParagraph"/>
      </w:pPr>
      <w:r>
        <w:rPr>
          <w:sz w:val="22"/>
        </w:rPr>
        <w:t>D. Cửa Biển</w:t>
      </w:r>
    </w:p>
    <w:p/>
    <w:p>
      <w:r>
        <w:rPr>
          <w:b/>
          <w:sz w:val="24"/>
        </w:rPr>
        <w:t>Câu 4: Ai là người có công khai phá, lập nên xứ Đồng Tranh (nay là Bà Rịa)?</w:t>
      </w:r>
    </w:p>
    <w:p>
      <w:pPr>
        <w:pStyle w:val="ListParagraph"/>
      </w:pPr>
      <w:r>
        <w:rPr>
          <w:sz w:val="22"/>
        </w:rPr>
        <w:t>A. Lạc Long Quân</w:t>
      </w:r>
    </w:p>
    <w:p>
      <w:pPr>
        <w:pStyle w:val="ListParagraph"/>
      </w:pPr>
      <w:r>
        <w:rPr>
          <w:sz w:val="22"/>
        </w:rPr>
        <w:t>B. Ông Trà</w:t>
      </w:r>
    </w:p>
    <w:p>
      <w:pPr>
        <w:pStyle w:val="ListParagraph"/>
      </w:pPr>
      <w:r>
        <w:rPr>
          <w:sz w:val="22"/>
        </w:rPr>
        <w:t>C. Ông Tà</w:t>
      </w:r>
    </w:p>
    <w:p>
      <w:pPr>
        <w:pStyle w:val="ListParagraph"/>
      </w:pPr>
      <w:r>
        <w:rPr>
          <w:sz w:val="22"/>
        </w:rPr>
        <w:t>D. Nguyễn Hữu Cảnh</w:t>
      </w:r>
    </w:p>
    <w:p/>
    <w:p>
      <w:r>
        <w:rPr>
          <w:b/>
          <w:sz w:val="24"/>
        </w:rPr>
        <w:t>Câu 5: Dưới thời Pháp thuộc, Bà Rịa - Vũng Tàu được sáp nhập vào tỉnh nào?</w:t>
      </w:r>
    </w:p>
    <w:p>
      <w:pPr>
        <w:pStyle w:val="ListParagraph"/>
      </w:pPr>
      <w:r>
        <w:rPr>
          <w:sz w:val="22"/>
        </w:rPr>
        <w:t>A. Biên Hòa</w:t>
      </w:r>
    </w:p>
    <w:p>
      <w:pPr>
        <w:pStyle w:val="ListParagraph"/>
      </w:pPr>
      <w:r>
        <w:rPr>
          <w:sz w:val="22"/>
        </w:rPr>
        <w:t>B. Gia Định</w:t>
      </w:r>
    </w:p>
    <w:p>
      <w:pPr>
        <w:pStyle w:val="ListParagraph"/>
      </w:pPr>
      <w:r>
        <w:rPr>
          <w:sz w:val="22"/>
        </w:rPr>
        <w:t>C. Phú Yên</w:t>
      </w:r>
    </w:p>
    <w:p>
      <w:pPr>
        <w:pStyle w:val="ListParagraph"/>
      </w:pPr>
      <w:r>
        <w:rPr>
          <w:sz w:val="22"/>
        </w:rPr>
        <w:t>D. An Giang</w:t>
      </w:r>
    </w:p>
    <w:p/>
    <w:p>
      <w:r>
        <w:rPr>
          <w:b/>
          <w:sz w:val="24"/>
        </w:rPr>
        <w:t>Câu 6: Vào cuối thế kỉ XV, đạo Quảng Nam được thành lập, tên gọi "Quảng Nam" có nghĩa là gì?</w:t>
      </w:r>
    </w:p>
    <w:p>
      <w:pPr>
        <w:pStyle w:val="ListParagraph"/>
      </w:pPr>
      <w:r>
        <w:rPr>
          <w:sz w:val="22"/>
        </w:rPr>
        <w:t>A. Phía nam rộng lớn.</w:t>
      </w:r>
    </w:p>
    <w:p>
      <w:pPr>
        <w:pStyle w:val="ListParagraph"/>
      </w:pPr>
      <w:r>
        <w:rPr>
          <w:sz w:val="22"/>
        </w:rPr>
        <w:t>B. Vùng đất an lành ở phía nam.</w:t>
      </w:r>
    </w:p>
    <w:p>
      <w:pPr>
        <w:pStyle w:val="ListParagraph"/>
      </w:pPr>
      <w:r>
        <w:rPr>
          <w:sz w:val="22"/>
        </w:rPr>
        <w:t>C. Vùng đất thiêng ở miền biên viễn.</w:t>
      </w:r>
    </w:p>
    <w:p>
      <w:pPr>
        <w:pStyle w:val="ListParagraph"/>
      </w:pPr>
      <w:r>
        <w:rPr>
          <w:sz w:val="22"/>
        </w:rPr>
        <w:t>D. Ánh sáng từ miền duyên hải phía đông.</w:t>
      </w:r>
    </w:p>
    <w:p/>
    <w:p>
      <w:r>
        <w:rPr>
          <w:b/>
          <w:sz w:val="24"/>
        </w:rPr>
        <w:t>Câu 7: Vào năm 1597, Nguyễn Hoàng sai Lương Văn Chánh tổ chức đưa dân từ Tuy Viễn vào khai hoang, lập ấp tại vùng đất thuộc tỉnh nào của Việt Nam ngày nay?</w:t>
      </w:r>
    </w:p>
    <w:p>
      <w:pPr>
        <w:pStyle w:val="ListParagraph"/>
      </w:pPr>
      <w:r>
        <w:rPr>
          <w:sz w:val="22"/>
        </w:rPr>
        <w:t>A. Phú Yên.</w:t>
      </w:r>
    </w:p>
    <w:p>
      <w:pPr>
        <w:pStyle w:val="ListParagraph"/>
      </w:pPr>
      <w:r>
        <w:rPr>
          <w:sz w:val="22"/>
        </w:rPr>
        <w:t>B. Bình Định.</w:t>
      </w:r>
    </w:p>
    <w:p>
      <w:pPr>
        <w:pStyle w:val="ListParagraph"/>
      </w:pPr>
      <w:r>
        <w:rPr>
          <w:sz w:val="22"/>
        </w:rPr>
        <w:t>C. Khánh Hòa.</w:t>
      </w:r>
    </w:p>
    <w:p>
      <w:pPr>
        <w:pStyle w:val="ListParagraph"/>
      </w:pPr>
      <w:r>
        <w:rPr>
          <w:sz w:val="22"/>
        </w:rPr>
        <w:t>D. Gia Lai.</w:t>
      </w:r>
    </w:p>
    <w:p/>
    <w:p>
      <w:r>
        <w:rPr>
          <w:b/>
          <w:sz w:val="24"/>
        </w:rPr>
        <w:t>Câu 8: Vùng đất thuộc Ninh Thuận và Bình Thuận ngày nay được sáp nhập thành một trấn của Đàng Trong vào năm nào?</w:t>
      </w:r>
    </w:p>
    <w:p>
      <w:pPr>
        <w:pStyle w:val="ListParagraph"/>
      </w:pPr>
      <w:r>
        <w:rPr>
          <w:sz w:val="22"/>
        </w:rPr>
        <w:t>A. 1597.</w:t>
      </w:r>
    </w:p>
    <w:p>
      <w:pPr>
        <w:pStyle w:val="ListParagraph"/>
      </w:pPr>
      <w:r>
        <w:rPr>
          <w:sz w:val="22"/>
        </w:rPr>
        <w:t>B. 1588.</w:t>
      </w:r>
    </w:p>
    <w:p>
      <w:pPr>
        <w:pStyle w:val="ListParagraph"/>
      </w:pPr>
      <w:r>
        <w:rPr>
          <w:sz w:val="22"/>
        </w:rPr>
        <w:t>C. 1693.</w:t>
      </w:r>
    </w:p>
    <w:p>
      <w:pPr>
        <w:pStyle w:val="ListParagraph"/>
      </w:pPr>
      <w:r>
        <w:rPr>
          <w:sz w:val="22"/>
        </w:rPr>
        <w:t>D. 1698.</w:t>
      </w:r>
    </w:p>
    <w:p/>
    <w:p>
      <w:r>
        <w:rPr>
          <w:b/>
          <w:sz w:val="24"/>
        </w:rPr>
        <w:t>Câu 9: Chính quyền đầu tiên xác lập chủ quyền đối với hai quần đảo Hoàng Sa và Trường Sa là?</w:t>
      </w:r>
    </w:p>
    <w:p>
      <w:pPr>
        <w:pStyle w:val="ListParagraph"/>
      </w:pPr>
      <w:r>
        <w:rPr>
          <w:sz w:val="22"/>
        </w:rPr>
        <w:t>A. Chúa Nguyễn ở Đàng Trong</w:t>
      </w:r>
    </w:p>
    <w:p>
      <w:pPr>
        <w:pStyle w:val="ListParagraph"/>
      </w:pPr>
      <w:r>
        <w:rPr>
          <w:sz w:val="22"/>
        </w:rPr>
        <w:t>B. Chúa Trịnh ở Đàng Trong</w:t>
      </w:r>
    </w:p>
    <w:p>
      <w:pPr>
        <w:pStyle w:val="ListParagraph"/>
      </w:pPr>
      <w:r>
        <w:rPr>
          <w:sz w:val="22"/>
        </w:rPr>
        <w:t>C. Chúa Nguyễn ở Đàng Ngoài</w:t>
      </w:r>
    </w:p>
    <w:p>
      <w:pPr>
        <w:pStyle w:val="ListParagraph"/>
      </w:pPr>
      <w:r>
        <w:rPr>
          <w:sz w:val="22"/>
        </w:rPr>
        <w:t>D. Chúa Trịnh ở Đàng Ngoài</w:t>
      </w:r>
    </w:p>
    <w:p/>
    <w:p>
      <w:r>
        <w:rPr>
          <w:b/>
          <w:sz w:val="24"/>
        </w:rPr>
        <w:t>Câu 10: Đâu là sự kiện chính trong công cuộc khai phá vùng đất phía Nam trong các thế kỉ XVI - XVIII?</w:t>
      </w:r>
    </w:p>
    <w:p>
      <w:pPr>
        <w:pStyle w:val="ListParagraph"/>
      </w:pPr>
      <w:r>
        <w:rPr>
          <w:sz w:val="22"/>
        </w:rPr>
        <w:t>A. Nguyễn Hoàng lập phủ Phú Yên.</w:t>
      </w:r>
    </w:p>
    <w:p>
      <w:pPr>
        <w:pStyle w:val="ListParagraph"/>
      </w:pPr>
      <w:r>
        <w:rPr>
          <w:sz w:val="22"/>
        </w:rPr>
        <w:t>B. Dinh Thái Khang (Khánh Hòa ngày nay) được thành lập.</w:t>
      </w:r>
    </w:p>
    <w:p>
      <w:pPr>
        <w:pStyle w:val="ListParagraph"/>
      </w:pPr>
      <w:r>
        <w:rPr>
          <w:sz w:val="22"/>
        </w:rPr>
        <w:t>C. Chúa Nguyễn hoàn thiện hệ thống chính quyền trên vùng đất Nam Bộ.</w:t>
      </w:r>
    </w:p>
    <w:p>
      <w:pPr>
        <w:pStyle w:val="ListParagraph"/>
      </w:pPr>
      <w:r>
        <w:rPr>
          <w:sz w:val="22"/>
        </w:rPr>
        <w:t>D. Cả ba đáp án trên đều đúng</w:t>
      </w:r>
    </w:p>
    <w:p/>
    <w:p>
      <w:r>
        <w:rPr>
          <w:b/>
          <w:sz w:val="24"/>
        </w:rPr>
        <w:t>Câu 11: Sự gia tăng dân số nhanh hiện nay của TP. Hồ Chí Minh đã tạo điều kiện thuận lợi cho việc</w:t>
      </w:r>
    </w:p>
    <w:p>
      <w:pPr>
        <w:pStyle w:val="ListParagraph"/>
      </w:pPr>
      <w:r>
        <w:rPr>
          <w:sz w:val="22"/>
        </w:rPr>
        <w:t>A. Phát triển ngành công nghiệp sản xuất hàng tiêu dùng.</w:t>
      </w:r>
    </w:p>
    <w:p>
      <w:pPr>
        <w:pStyle w:val="ListParagraph"/>
      </w:pPr>
      <w:r>
        <w:rPr>
          <w:sz w:val="22"/>
        </w:rPr>
        <w:t>B. Cải thiện chất lượng cuộc sống của nhân dân.</w:t>
      </w:r>
    </w:p>
    <w:p>
      <w:pPr>
        <w:pStyle w:val="ListParagraph"/>
      </w:pPr>
      <w:r>
        <w:rPr>
          <w:sz w:val="22"/>
        </w:rPr>
        <w:t>C. Khai thác hiệu quả tài nguyên thiên nhiên.</w:t>
      </w:r>
    </w:p>
    <w:p>
      <w:pPr>
        <w:pStyle w:val="ListParagraph"/>
      </w:pPr>
      <w:r>
        <w:rPr>
          <w:sz w:val="22"/>
        </w:rPr>
        <w:t>D. Mở rộng thị trường tiêu thụ.</w:t>
      </w:r>
    </w:p>
    <w:p/>
    <w:p>
      <w:r>
        <w:rPr>
          <w:b/>
          <w:sz w:val="24"/>
        </w:rPr>
        <w:t>Câu 12: Biết mình là "gai trong mắt" của Trịnh Kiểm, Nguyễn Hoàng đã nghe theo lời khuyên đi về đâu?</w:t>
      </w:r>
    </w:p>
    <w:p>
      <w:pPr>
        <w:pStyle w:val="ListParagraph"/>
      </w:pPr>
      <w:r>
        <w:rPr>
          <w:sz w:val="22"/>
        </w:rPr>
        <w:t>A. Phía nam của trạng Trình Nguyễn Bỉnh Khiêm</w:t>
      </w:r>
    </w:p>
    <w:p>
      <w:pPr>
        <w:pStyle w:val="ListParagraph"/>
      </w:pPr>
      <w:r>
        <w:rPr>
          <w:sz w:val="22"/>
        </w:rPr>
        <w:t>B. Phía nam dải Hoành Sơn</w:t>
      </w:r>
    </w:p>
    <w:p>
      <w:pPr>
        <w:pStyle w:val="ListParagraph"/>
      </w:pPr>
      <w:r>
        <w:rPr>
          <w:sz w:val="22"/>
        </w:rPr>
        <w:t>C. Phía bắc của trạng Trình Nguyễn Bỉnh Khiêm</w:t>
      </w:r>
    </w:p>
    <w:p>
      <w:pPr>
        <w:pStyle w:val="ListParagraph"/>
      </w:pPr>
      <w:r>
        <w:rPr>
          <w:sz w:val="22"/>
        </w:rPr>
        <w:t>D. Phía bắc dải Hoành Sơn</w:t>
      </w:r>
    </w:p>
    <w:p/>
    <w:p>
      <w:r>
        <w:rPr>
          <w:b/>
          <w:sz w:val="24"/>
        </w:rPr>
        <w:t>Câu 13: Dân số TP. Hồ Chí Minh đã sáp nhập với tỉnh Bình Dương và tỉnh Bà Rịa - Vũng Tàu</w:t>
      </w:r>
    </w:p>
    <w:p>
      <w:pPr>
        <w:pStyle w:val="ListParagraph"/>
      </w:pPr>
      <w:r>
        <w:rPr>
          <w:sz w:val="22"/>
        </w:rPr>
        <w:t>A. Trên 14 triệu người.</w:t>
      </w:r>
    </w:p>
    <w:p>
      <w:pPr>
        <w:pStyle w:val="ListParagraph"/>
      </w:pPr>
      <w:r>
        <w:rPr>
          <w:sz w:val="22"/>
        </w:rPr>
        <w:t>B. 12 triệu người</w:t>
      </w:r>
    </w:p>
    <w:p>
      <w:pPr>
        <w:pStyle w:val="ListParagraph"/>
      </w:pPr>
      <w:r>
        <w:rPr>
          <w:sz w:val="22"/>
        </w:rPr>
        <w:t>C. 10 triệu người</w:t>
      </w:r>
    </w:p>
    <w:p>
      <w:pPr>
        <w:pStyle w:val="ListParagraph"/>
      </w:pPr>
      <w:r>
        <w:rPr>
          <w:sz w:val="22"/>
        </w:rPr>
        <w:t>D. 13 triệu người</w:t>
      </w:r>
    </w:p>
    <w:p/>
    <w:p>
      <w:r>
        <w:rPr>
          <w:b/>
          <w:sz w:val="24"/>
        </w:rPr>
        <w:t>Câu 14: Ý nghĩa của vị trí địa lý đối với phát triển kinh tế – xã hội của TP. Hồ Chí Minh</w:t>
      </w:r>
    </w:p>
    <w:p>
      <w:pPr>
        <w:pStyle w:val="ListParagraph"/>
      </w:pPr>
      <w:r>
        <w:rPr>
          <w:sz w:val="22"/>
        </w:rPr>
        <w:t>A. Trung tâm nông nghiệp lớn</w:t>
      </w:r>
    </w:p>
    <w:p>
      <w:pPr>
        <w:pStyle w:val="ListParagraph"/>
      </w:pPr>
      <w:r>
        <w:rPr>
          <w:sz w:val="22"/>
        </w:rPr>
        <w:t>B. Trung tâm công nghiệp lớn</w:t>
      </w:r>
    </w:p>
    <w:p>
      <w:pPr>
        <w:pStyle w:val="ListParagraph"/>
      </w:pPr>
      <w:r>
        <w:rPr>
          <w:sz w:val="22"/>
        </w:rPr>
        <w:t>C. Trung tâm kinh tế – văn hóa lớn.</w:t>
      </w:r>
    </w:p>
    <w:p>
      <w:pPr>
        <w:pStyle w:val="ListParagraph"/>
      </w:pPr>
      <w:r>
        <w:rPr>
          <w:sz w:val="22"/>
        </w:rPr>
        <w:t>D. Trung tâm dầu khí, cảng biển quốc tế.</w:t>
      </w:r>
    </w:p>
    <w:p/>
    <w:p>
      <w:r>
        <w:rPr>
          <w:b/>
          <w:sz w:val="24"/>
        </w:rPr>
        <w:t>Câu 15: Ý nghĩa của vị trí địa lý đối với phát triển kinh tế – xã hội của tỉnh Bình Dương?</w:t>
      </w:r>
    </w:p>
    <w:p>
      <w:pPr>
        <w:pStyle w:val="ListParagraph"/>
      </w:pPr>
      <w:r>
        <w:rPr>
          <w:sz w:val="22"/>
        </w:rPr>
        <w:t>A. Trung tâm kinh tế – văn hóa lớn</w:t>
      </w:r>
    </w:p>
    <w:p>
      <w:pPr>
        <w:pStyle w:val="ListParagraph"/>
      </w:pPr>
      <w:r>
        <w:rPr>
          <w:sz w:val="22"/>
        </w:rPr>
        <w:t>B. Trung tâm công nghiệp lớn</w:t>
      </w:r>
    </w:p>
    <w:p>
      <w:pPr>
        <w:pStyle w:val="ListParagraph"/>
      </w:pPr>
      <w:r>
        <w:rPr>
          <w:sz w:val="22"/>
        </w:rPr>
        <w:t>C. Trung tâm dầu khí, cảng biển quốc tế.</w:t>
      </w:r>
    </w:p>
    <w:p>
      <w:pPr>
        <w:pStyle w:val="ListParagraph"/>
      </w:pPr>
      <w:r>
        <w:rPr>
          <w:sz w:val="22"/>
        </w:rPr>
        <w:t>D. Trung tâm nông nghiệp lớn</w:t>
      </w:r>
    </w:p>
    <w:p/>
    <w:p>
      <w:r>
        <w:rPr>
          <w:b/>
          <w:sz w:val="24"/>
        </w:rPr>
        <w:t>Câu 16: Ý nghĩa của vị trí địa lý đối với phát triển kinh tế – xã hội của tỉnh Bà Rịa - Vũng Tàu</w:t>
      </w:r>
    </w:p>
    <w:p>
      <w:pPr>
        <w:pStyle w:val="ListParagraph"/>
      </w:pPr>
      <w:r>
        <w:rPr>
          <w:sz w:val="22"/>
        </w:rPr>
        <w:t>A. Trung tâm kinh tế – văn hóa lớn</w:t>
      </w:r>
    </w:p>
    <w:p>
      <w:pPr>
        <w:pStyle w:val="ListParagraph"/>
      </w:pPr>
      <w:r>
        <w:rPr>
          <w:sz w:val="22"/>
        </w:rPr>
        <w:t>B. Trung tâm công nghiệp lớn</w:t>
      </w:r>
    </w:p>
    <w:p>
      <w:pPr>
        <w:pStyle w:val="ListParagraph"/>
      </w:pPr>
      <w:r>
        <w:rPr>
          <w:sz w:val="22"/>
        </w:rPr>
        <w:t>C. Trung tâm dầu khí, cảng biển quốc tế.</w:t>
      </w:r>
    </w:p>
    <w:p>
      <w:pPr>
        <w:pStyle w:val="ListParagraph"/>
      </w:pPr>
      <w:r>
        <w:rPr>
          <w:sz w:val="22"/>
        </w:rPr>
        <w:t>D. Trung tâm nông nghiệp lớn</w:t>
      </w:r>
    </w:p>
    <w:p/>
    <w:p>
      <w:r>
        <w:rPr>
          <w:b/>
          <w:sz w:val="24"/>
        </w:rPr>
        <w:t>Câu 17: Tác động của đô thị đến sự phát triển kinh tế TP. Hồ Chí Minh</w:t>
      </w:r>
    </w:p>
    <w:p>
      <w:pPr>
        <w:pStyle w:val="ListParagraph"/>
      </w:pPr>
      <w:r>
        <w:rPr>
          <w:sz w:val="22"/>
        </w:rPr>
        <w:t>A. Chuyển dịch theo hướng công nghiệp hóa, hiện đại hóa.</w:t>
      </w:r>
    </w:p>
    <w:p>
      <w:pPr>
        <w:pStyle w:val="ListParagraph"/>
      </w:pPr>
      <w:r>
        <w:rPr>
          <w:sz w:val="22"/>
        </w:rPr>
        <w:t>B. Chuyển dịch theo hướng nông nghiệp hóa.</w:t>
      </w:r>
    </w:p>
    <w:p>
      <w:pPr>
        <w:pStyle w:val="ListParagraph"/>
      </w:pPr>
      <w:r>
        <w:rPr>
          <w:sz w:val="22"/>
        </w:rPr>
        <w:t>C. Chuyển dịch theo hướng công nghiệp.</w:t>
      </w:r>
    </w:p>
    <w:p>
      <w:pPr>
        <w:pStyle w:val="ListParagraph"/>
      </w:pPr>
      <w:r>
        <w:rPr>
          <w:sz w:val="22"/>
        </w:rPr>
        <w:t>D. Chuyển dịch theo hướng thủ công nghiệp.</w:t>
      </w:r>
    </w:p>
    <w:p/>
    <w:p>
      <w:r>
        <w:rPr>
          <w:b/>
          <w:sz w:val="24"/>
        </w:rPr>
        <w:t>Câu 18: Tỉnh nào có dân số đông thứ ba trong khu vực đô thị mới sau khi sáp nhập?</w:t>
      </w:r>
    </w:p>
    <w:p>
      <w:pPr>
        <w:pStyle w:val="ListParagraph"/>
      </w:pPr>
      <w:r>
        <w:rPr>
          <w:sz w:val="22"/>
        </w:rPr>
        <w:t>A. TP. Hồ Chí Minh cũ</w:t>
      </w:r>
    </w:p>
    <w:p>
      <w:pPr>
        <w:pStyle w:val="ListParagraph"/>
      </w:pPr>
      <w:r>
        <w:rPr>
          <w:sz w:val="22"/>
        </w:rPr>
        <w:t>B. Bình Dương</w:t>
      </w:r>
    </w:p>
    <w:p>
      <w:pPr>
        <w:pStyle w:val="ListParagraph"/>
      </w:pPr>
      <w:r>
        <w:rPr>
          <w:sz w:val="22"/>
        </w:rPr>
        <w:t>C. Bà Rịa - Vũng Tàu</w:t>
      </w:r>
    </w:p>
    <w:p>
      <w:pPr>
        <w:pStyle w:val="ListParagraph"/>
      </w:pPr>
      <w:r>
        <w:rPr>
          <w:sz w:val="22"/>
        </w:rPr>
        <w:t>D. Không có thông tin.</w:t>
      </w:r>
    </w:p>
    <w:p/>
    <w:p>
      <w:r>
        <w:rPr>
          <w:b/>
          <w:sz w:val="24"/>
        </w:rPr>
        <w:t>Câu 19: Tỉnh nào sau đây đã sáp nhập vào TP. Hồ Chí Minh, đóng góp thêm dân số cho đô thị mới?</w:t>
      </w:r>
    </w:p>
    <w:p>
      <w:pPr>
        <w:pStyle w:val="ListParagraph"/>
      </w:pPr>
      <w:r>
        <w:rPr>
          <w:sz w:val="22"/>
        </w:rPr>
        <w:t>A. Bình Phước</w:t>
      </w:r>
    </w:p>
    <w:p>
      <w:pPr>
        <w:pStyle w:val="ListParagraph"/>
      </w:pPr>
      <w:r>
        <w:rPr>
          <w:sz w:val="22"/>
        </w:rPr>
        <w:t>B. Đồng Nai</w:t>
      </w:r>
    </w:p>
    <w:p>
      <w:pPr>
        <w:pStyle w:val="ListParagraph"/>
      </w:pPr>
      <w:r>
        <w:rPr>
          <w:sz w:val="22"/>
        </w:rPr>
        <w:t>C. Vũng Tàu</w:t>
      </w:r>
    </w:p>
    <w:p>
      <w:pPr>
        <w:pStyle w:val="ListParagraph"/>
      </w:pPr>
      <w:r>
        <w:rPr>
          <w:sz w:val="22"/>
        </w:rPr>
        <w:t>D. Bình Dương</w:t>
      </w:r>
    </w:p>
    <w:p/>
    <w:p>
      <w:r>
        <w:rPr>
          <w:b/>
          <w:sz w:val="24"/>
        </w:rPr>
        <w:t>Câu 20: Hậu quả của dân số tăng nhanh về mặt môi trường là</w:t>
      </w:r>
    </w:p>
    <w:p>
      <w:pPr>
        <w:pStyle w:val="ListParagraph"/>
      </w:pPr>
      <w:r>
        <w:rPr>
          <w:sz w:val="22"/>
        </w:rPr>
        <w:t>A. Làm giảm tốc độ phát triển kinh tế.</w:t>
      </w:r>
    </w:p>
    <w:p>
      <w:pPr>
        <w:pStyle w:val="ListParagraph"/>
      </w:pPr>
      <w:r>
        <w:rPr>
          <w:sz w:val="22"/>
        </w:rPr>
        <w:t>B. Chất lượng cuộc sống chậm được cải thiện.</w:t>
      </w:r>
    </w:p>
    <w:p>
      <w:pPr>
        <w:pStyle w:val="ListParagraph"/>
      </w:pPr>
      <w:r>
        <w:rPr>
          <w:sz w:val="22"/>
        </w:rPr>
        <w:t>C. Tăng sức ép lên tài nguyên nước.</w:t>
      </w:r>
    </w:p>
    <w:p>
      <w:pPr>
        <w:pStyle w:val="ListParagraph"/>
      </w:pPr>
      <w:r>
        <w:rPr>
          <w:sz w:val="22"/>
        </w:rPr>
        <w:t>D. Tỉ lệ thiếu việc làm và thất nghiệp cao.</w:t>
      </w:r>
    </w:p>
    <w:p/>
    <w:p>
      <w:r>
        <w:t>──────────────────────────────────────────────────</w:t>
      </w:r>
    </w:p>
    <w:p>
      <w:r>
        <w:rPr>
          <w:b/>
        </w:rPr>
        <w:t>BẢNG ĐÁP ÁN &amp; LỜI GIẢI CHI TIẾT</w:t>
      </w:r>
    </w:p>
    <w:p>
      <w:r>
        <w:rPr>
          <w:b/>
        </w:rPr>
        <w:t>Câu 1: Đáp án đúng: D</w:t>
      </w:r>
    </w:p>
    <w:p>
      <w:r>
        <w:rPr>
          <w:b/>
        </w:rPr>
        <w:t>Câu 2: Đáp án đúng: D</w:t>
      </w:r>
    </w:p>
    <w:p>
      <w:r>
        <w:rPr>
          <w:b/>
        </w:rPr>
        <w:t>Câu 3: Đáp án đúng: B</w:t>
      </w:r>
    </w:p>
    <w:p>
      <w:r>
        <w:rPr>
          <w:b/>
        </w:rPr>
        <w:t>Câu 4: Đáp án đúng: B</w:t>
      </w:r>
    </w:p>
    <w:p>
      <w:r>
        <w:rPr>
          <w:b/>
        </w:rPr>
        <w:t>Câu 5: Đáp án đúng: A</w:t>
      </w:r>
    </w:p>
    <w:p>
      <w:r>
        <w:rPr>
          <w:b/>
        </w:rPr>
        <w:t>Câu 6: Đáp án đúng: A</w:t>
      </w:r>
    </w:p>
    <w:p>
      <w:r>
        <w:rPr>
          <w:b/>
        </w:rPr>
        <w:t>Câu 7: Đáp án đúng: A</w:t>
      </w:r>
    </w:p>
    <w:p>
      <w:r>
        <w:rPr>
          <w:b/>
        </w:rPr>
        <w:t>Câu 8: Đáp án đúng: C</w:t>
      </w:r>
    </w:p>
    <w:p>
      <w:r>
        <w:rPr>
          <w:b/>
        </w:rPr>
        <w:t>Câu 9: Đáp án đúng: A</w:t>
      </w:r>
    </w:p>
    <w:p>
      <w:r>
        <w:rPr>
          <w:b/>
        </w:rPr>
        <w:t>Câu 10: Đáp án đúng: D</w:t>
      </w:r>
    </w:p>
    <w:p>
      <w:r>
        <w:rPr>
          <w:b/>
        </w:rPr>
        <w:t>Câu 11: Đáp án đúng: D</w:t>
      </w:r>
    </w:p>
    <w:p>
      <w:r>
        <w:rPr>
          <w:b/>
        </w:rPr>
        <w:t>Câu 12: Đáp án đúng: A</w:t>
      </w:r>
    </w:p>
    <w:p>
      <w:r>
        <w:rPr>
          <w:b/>
        </w:rPr>
        <w:t>Câu 13: Đáp án đúng: A</w:t>
      </w:r>
    </w:p>
    <w:p>
      <w:r>
        <w:rPr>
          <w:b/>
        </w:rPr>
        <w:t>Câu 14: Đáp án đúng: C</w:t>
      </w:r>
    </w:p>
    <w:p>
      <w:r>
        <w:rPr>
          <w:b/>
        </w:rPr>
        <w:t>Câu 15: Đáp án đúng: B</w:t>
      </w:r>
    </w:p>
    <w:p>
      <w:r>
        <w:rPr>
          <w:b/>
        </w:rPr>
        <w:t>Câu 16: Đáp án đúng: C</w:t>
      </w:r>
    </w:p>
    <w:p>
      <w:r>
        <w:rPr>
          <w:b/>
        </w:rPr>
        <w:t>Câu 17: Đáp án đúng: A</w:t>
      </w:r>
    </w:p>
    <w:p>
      <w:r>
        <w:rPr>
          <w:b/>
        </w:rPr>
        <w:t>Câu 18: Đáp án đúng: C</w:t>
      </w:r>
    </w:p>
    <w:p>
      <w:r>
        <w:rPr>
          <w:b/>
        </w:rPr>
        <w:t>Câu 19: Đáp án đúng: D</w:t>
      </w:r>
    </w:p>
    <w:p>
      <w:r>
        <w:rPr>
          <w:b/>
        </w:rPr>
        <w:t>Câu 20: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