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10 câu trắc nghiệm Tiếng Anh câu bị động</w:t>
      </w:r>
    </w:p>
    <w:p>
      <w:pPr>
        <w:jc w:val="center"/>
      </w:pPr>
      <w:r>
        <w:rPr>
          <w:sz w:val="22"/>
        </w:rPr>
        <w:t>Số câu: 10    Thời gian: _____ phút    Họ và tên: _________________________</w:t>
      </w:r>
    </w:p>
    <w:p/>
    <w:p>
      <w:r>
        <w:rPr>
          <w:b/>
          <w:sz w:val="24"/>
        </w:rPr>
        <w:t>Câu 1: Chọn câu bị động đúng cho: They built the bridge in 1990.</w:t>
      </w:r>
    </w:p>
    <w:p>
      <w:pPr>
        <w:pStyle w:val="ListParagraph"/>
      </w:pPr>
      <w:r>
        <w:rPr>
          <w:sz w:val="22"/>
        </w:rPr>
        <w:t>A. The bridge was built in 1990.</w:t>
      </w:r>
    </w:p>
    <w:p>
      <w:pPr>
        <w:pStyle w:val="ListParagraph"/>
      </w:pPr>
      <w:r>
        <w:rPr>
          <w:sz w:val="22"/>
        </w:rPr>
        <w:t>B. The bridge is built in 1990.</w:t>
      </w:r>
    </w:p>
    <w:p>
      <w:pPr>
        <w:pStyle w:val="ListParagraph"/>
      </w:pPr>
      <w:r>
        <w:rPr>
          <w:sz w:val="22"/>
        </w:rPr>
        <w:t>C. The bridge has built in 1990.</w:t>
      </w:r>
    </w:p>
    <w:p>
      <w:pPr>
        <w:pStyle w:val="ListParagraph"/>
      </w:pPr>
      <w:r>
        <w:rPr>
          <w:sz w:val="22"/>
        </w:rPr>
        <w:t>D. The bridge built in 1990.</w:t>
      </w:r>
    </w:p>
    <w:p/>
    <w:p>
      <w:r>
        <w:rPr>
          <w:b/>
          <w:sz w:val="24"/>
        </w:rPr>
        <w:t>Câu 2: Chọn câu bị động đúng cho: Someone has stolen my bike.</w:t>
      </w:r>
    </w:p>
    <w:p>
      <w:pPr>
        <w:pStyle w:val="ListParagraph"/>
      </w:pPr>
      <w:r>
        <w:rPr>
          <w:sz w:val="22"/>
        </w:rPr>
        <w:t>A. My bike has stolen.</w:t>
      </w:r>
    </w:p>
    <w:p>
      <w:pPr>
        <w:pStyle w:val="ListParagraph"/>
      </w:pPr>
      <w:r>
        <w:rPr>
          <w:sz w:val="22"/>
        </w:rPr>
        <w:t>B. My bike has been stolen.</w:t>
      </w:r>
    </w:p>
    <w:p>
      <w:pPr>
        <w:pStyle w:val="ListParagraph"/>
      </w:pPr>
      <w:r>
        <w:rPr>
          <w:sz w:val="22"/>
        </w:rPr>
        <w:t>C. My bike was stolen by someone.</w:t>
      </w:r>
    </w:p>
    <w:p>
      <w:pPr>
        <w:pStyle w:val="ListParagraph"/>
      </w:pPr>
      <w:r>
        <w:rPr>
          <w:sz w:val="22"/>
        </w:rPr>
        <w:t>D. My bike is stolen.</w:t>
      </w:r>
    </w:p>
    <w:p/>
    <w:p>
      <w:r>
        <w:rPr>
          <w:b/>
          <w:sz w:val="24"/>
        </w:rPr>
        <w:t>Câu 3: Chọn câu bị động đúng cho: They will announce the results tomorrow.</w:t>
      </w:r>
    </w:p>
    <w:p>
      <w:pPr>
        <w:pStyle w:val="ListParagraph"/>
      </w:pPr>
      <w:r>
        <w:rPr>
          <w:sz w:val="22"/>
        </w:rPr>
        <w:t>A. The results will announce tomorrow.</w:t>
      </w:r>
    </w:p>
    <w:p>
      <w:pPr>
        <w:pStyle w:val="ListParagraph"/>
      </w:pPr>
      <w:r>
        <w:rPr>
          <w:sz w:val="22"/>
        </w:rPr>
        <w:t>B. The results will be announced tomorrow.</w:t>
      </w:r>
    </w:p>
    <w:p>
      <w:pPr>
        <w:pStyle w:val="ListParagraph"/>
      </w:pPr>
      <w:r>
        <w:rPr>
          <w:sz w:val="22"/>
        </w:rPr>
        <w:t>C. The results are announced tomorrow.</w:t>
      </w:r>
    </w:p>
    <w:p>
      <w:pPr>
        <w:pStyle w:val="ListParagraph"/>
      </w:pPr>
      <w:r>
        <w:rPr>
          <w:sz w:val="22"/>
        </w:rPr>
        <w:t>D. The results will been announced tomorrow.</w:t>
      </w:r>
    </w:p>
    <w:p/>
    <w:p>
      <w:r>
        <w:rPr>
          <w:b/>
          <w:sz w:val="24"/>
        </w:rPr>
        <w:t>Câu 4: Chọn câu bị động đúng cho: People speak English all over the world.</w:t>
      </w:r>
    </w:p>
    <w:p>
      <w:pPr>
        <w:pStyle w:val="ListParagraph"/>
      </w:pPr>
      <w:r>
        <w:rPr>
          <w:sz w:val="22"/>
        </w:rPr>
        <w:t>A. English is spoken all over the world.</w:t>
      </w:r>
    </w:p>
    <w:p>
      <w:pPr>
        <w:pStyle w:val="ListParagraph"/>
      </w:pPr>
      <w:r>
        <w:rPr>
          <w:sz w:val="22"/>
        </w:rPr>
        <w:t>B. English is speaking all over the world.</w:t>
      </w:r>
    </w:p>
    <w:p>
      <w:pPr>
        <w:pStyle w:val="ListParagraph"/>
      </w:pPr>
      <w:r>
        <w:rPr>
          <w:sz w:val="22"/>
        </w:rPr>
        <w:t>C. English was spoken all over the world.</w:t>
      </w:r>
    </w:p>
    <w:p>
      <w:pPr>
        <w:pStyle w:val="ListParagraph"/>
      </w:pPr>
      <w:r>
        <w:rPr>
          <w:sz w:val="22"/>
        </w:rPr>
        <w:t>D. English has spoken all over the world.</w:t>
      </w:r>
    </w:p>
    <w:p/>
    <w:p>
      <w:r>
        <w:rPr>
          <w:b/>
          <w:sz w:val="24"/>
        </w:rPr>
        <w:t>Câu 5: Chọn câu bị động đúng cho: She is cleaning the house now.</w:t>
      </w:r>
    </w:p>
    <w:p>
      <w:pPr>
        <w:pStyle w:val="ListParagraph"/>
      </w:pPr>
      <w:r>
        <w:rPr>
          <w:sz w:val="22"/>
        </w:rPr>
        <w:t>A. The house is cleaning now.</w:t>
      </w:r>
    </w:p>
    <w:p>
      <w:pPr>
        <w:pStyle w:val="ListParagraph"/>
      </w:pPr>
      <w:r>
        <w:rPr>
          <w:sz w:val="22"/>
        </w:rPr>
        <w:t>B. The house is being cleaned now.</w:t>
      </w:r>
    </w:p>
    <w:p>
      <w:pPr>
        <w:pStyle w:val="ListParagraph"/>
      </w:pPr>
      <w:r>
        <w:rPr>
          <w:sz w:val="22"/>
        </w:rPr>
        <w:t>C. The house was being cleaned now.</w:t>
      </w:r>
    </w:p>
    <w:p>
      <w:pPr>
        <w:pStyle w:val="ListParagraph"/>
      </w:pPr>
      <w:r>
        <w:rPr>
          <w:sz w:val="22"/>
        </w:rPr>
        <w:t>D. The house has been cleaned now.</w:t>
      </w:r>
    </w:p>
    <w:p/>
    <w:p>
      <w:r>
        <w:rPr>
          <w:b/>
          <w:sz w:val="24"/>
        </w:rPr>
        <w:t>Câu 6: Chọn câu bị động đúng cho: They had finished the project before the deadline.</w:t>
      </w:r>
    </w:p>
    <w:p>
      <w:pPr>
        <w:pStyle w:val="ListParagraph"/>
      </w:pPr>
      <w:r>
        <w:rPr>
          <w:sz w:val="22"/>
        </w:rPr>
        <w:t>A. The project had finished before the deadline.</w:t>
      </w:r>
    </w:p>
    <w:p>
      <w:pPr>
        <w:pStyle w:val="ListParagraph"/>
      </w:pPr>
      <w:r>
        <w:rPr>
          <w:sz w:val="22"/>
        </w:rPr>
        <w:t>B. The project had been finished before the deadline.</w:t>
      </w:r>
    </w:p>
    <w:p>
      <w:pPr>
        <w:pStyle w:val="ListParagraph"/>
      </w:pPr>
      <w:r>
        <w:rPr>
          <w:sz w:val="22"/>
        </w:rPr>
        <w:t>C. The project has been finished before the deadline.</w:t>
      </w:r>
    </w:p>
    <w:p>
      <w:pPr>
        <w:pStyle w:val="ListParagraph"/>
      </w:pPr>
      <w:r>
        <w:rPr>
          <w:sz w:val="22"/>
        </w:rPr>
        <w:t>D. The project was finished before the deadline.</w:t>
      </w:r>
    </w:p>
    <w:p/>
    <w:p>
      <w:r>
        <w:rPr>
          <w:b/>
          <w:sz w:val="24"/>
        </w:rPr>
        <w:t>Câu 7: Chọn câu bị động đúng cho: He can solve the problem.</w:t>
      </w:r>
    </w:p>
    <w:p>
      <w:pPr>
        <w:pStyle w:val="ListParagraph"/>
      </w:pPr>
      <w:r>
        <w:rPr>
          <w:sz w:val="22"/>
        </w:rPr>
        <w:t>A. The problem can solve.</w:t>
      </w:r>
    </w:p>
    <w:p>
      <w:pPr>
        <w:pStyle w:val="ListParagraph"/>
      </w:pPr>
      <w:r>
        <w:rPr>
          <w:sz w:val="22"/>
        </w:rPr>
        <w:t>B. The problem can be solved.</w:t>
      </w:r>
    </w:p>
    <w:p>
      <w:pPr>
        <w:pStyle w:val="ListParagraph"/>
      </w:pPr>
      <w:r>
        <w:rPr>
          <w:sz w:val="22"/>
        </w:rPr>
        <w:t>C. The problem can solved.</w:t>
      </w:r>
    </w:p>
    <w:p>
      <w:pPr>
        <w:pStyle w:val="ListParagraph"/>
      </w:pPr>
      <w:r>
        <w:rPr>
          <w:sz w:val="22"/>
        </w:rPr>
        <w:t>D. The problem is can solved.</w:t>
      </w:r>
    </w:p>
    <w:p/>
    <w:p>
      <w:r>
        <w:rPr>
          <w:b/>
          <w:sz w:val="24"/>
        </w:rPr>
        <w:t>Câu 8: Chọn câu bị động đúng cho: Did they invite you to the party?</w:t>
      </w:r>
    </w:p>
    <w:p>
      <w:pPr>
        <w:pStyle w:val="ListParagraph"/>
      </w:pPr>
      <w:r>
        <w:rPr>
          <w:sz w:val="22"/>
        </w:rPr>
        <w:t>A. Were you invited to the party?</w:t>
      </w:r>
    </w:p>
    <w:p>
      <w:pPr>
        <w:pStyle w:val="ListParagraph"/>
      </w:pPr>
      <w:r>
        <w:rPr>
          <w:sz w:val="22"/>
        </w:rPr>
        <w:t>B. Did you be invited to the party?</w:t>
      </w:r>
    </w:p>
    <w:p>
      <w:pPr>
        <w:pStyle w:val="ListParagraph"/>
      </w:pPr>
      <w:r>
        <w:rPr>
          <w:sz w:val="22"/>
        </w:rPr>
        <w:t>C. Are you invited to the party?</w:t>
      </w:r>
    </w:p>
    <w:p>
      <w:pPr>
        <w:pStyle w:val="ListParagraph"/>
      </w:pPr>
      <w:r>
        <w:rPr>
          <w:sz w:val="22"/>
        </w:rPr>
        <w:t>D. You were invited to the party?</w:t>
      </w:r>
    </w:p>
    <w:p/>
    <w:p>
      <w:r>
        <w:rPr>
          <w:b/>
          <w:sz w:val="24"/>
        </w:rPr>
        <w:t>Câu 9: Chọn câu bị động đúng cho: My mother made this cake.</w:t>
      </w:r>
    </w:p>
    <w:p>
      <w:pPr>
        <w:pStyle w:val="ListParagraph"/>
      </w:pPr>
      <w:r>
        <w:rPr>
          <w:sz w:val="22"/>
        </w:rPr>
        <w:t>A. This cake was made by my mother.</w:t>
      </w:r>
    </w:p>
    <w:p>
      <w:pPr>
        <w:pStyle w:val="ListParagraph"/>
      </w:pPr>
      <w:r>
        <w:rPr>
          <w:sz w:val="22"/>
        </w:rPr>
        <w:t>B. This cake is made by my mother.</w:t>
      </w:r>
    </w:p>
    <w:p>
      <w:pPr>
        <w:pStyle w:val="ListParagraph"/>
      </w:pPr>
      <w:r>
        <w:rPr>
          <w:sz w:val="22"/>
        </w:rPr>
        <w:t>C. This cake made by my mother.</w:t>
      </w:r>
    </w:p>
    <w:p>
      <w:pPr>
        <w:pStyle w:val="ListParagraph"/>
      </w:pPr>
      <w:r>
        <w:rPr>
          <w:sz w:val="22"/>
        </w:rPr>
        <w:t>D. This cake has made by my mother.</w:t>
      </w:r>
    </w:p>
    <w:p/>
    <w:p>
      <w:r>
        <w:rPr>
          <w:b/>
          <w:sz w:val="24"/>
        </w:rPr>
        <w:t>Câu 10: Chọn câu bị động đúng cho: The teacher is going to give us a test.</w:t>
      </w:r>
    </w:p>
    <w:p>
      <w:pPr>
        <w:pStyle w:val="ListParagraph"/>
      </w:pPr>
      <w:r>
        <w:rPr>
          <w:sz w:val="22"/>
        </w:rPr>
        <w:t>A. We are going to give a test by the teacher.</w:t>
      </w:r>
    </w:p>
    <w:p>
      <w:pPr>
        <w:pStyle w:val="ListParagraph"/>
      </w:pPr>
      <w:r>
        <w:rPr>
          <w:sz w:val="22"/>
        </w:rPr>
        <w:t>B. We are going to be given a test by the teacher.</w:t>
      </w:r>
    </w:p>
    <w:p>
      <w:pPr>
        <w:pStyle w:val="ListParagraph"/>
      </w:pPr>
      <w:r>
        <w:rPr>
          <w:sz w:val="22"/>
        </w:rPr>
        <w:t>C. We are going to given a test by the teacher.</w:t>
      </w:r>
    </w:p>
    <w:p>
      <w:pPr>
        <w:pStyle w:val="ListParagraph"/>
      </w:pPr>
      <w:r>
        <w:rPr>
          <w:sz w:val="22"/>
        </w:rPr>
        <w:t>D. A test is going to give us by the teacher.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A</w:t>
      </w:r>
    </w:p>
    <w:p>
      <w:r>
        <w:rPr>
          <w:b/>
        </w:rPr>
        <w:t>Câu 2: Đáp án đúng: B</w:t>
      </w:r>
    </w:p>
    <w:p>
      <w:r>
        <w:rPr>
          <w:b/>
        </w:rPr>
        <w:t>Câu 3: Đáp án đúng: B</w:t>
      </w:r>
    </w:p>
    <w:p>
      <w:r>
        <w:rPr>
          <w:b/>
        </w:rPr>
        <w:t>Câu 4: Đáp án đúng: A</w:t>
      </w:r>
    </w:p>
    <w:p>
      <w:r>
        <w:rPr>
          <w:b/>
        </w:rPr>
        <w:t>Câu 5: Đáp án đúng: B</w:t>
      </w:r>
    </w:p>
    <w:p>
      <w:r>
        <w:rPr>
          <w:b/>
        </w:rPr>
        <w:t>Câu 6: Đáp án đúng: B</w:t>
      </w:r>
    </w:p>
    <w:p>
      <w:r>
        <w:rPr>
          <w:b/>
        </w:rPr>
        <w:t>Câu 7: Đáp án đúng: B</w:t>
      </w:r>
    </w:p>
    <w:p>
      <w:r>
        <w:rPr>
          <w:b/>
        </w:rPr>
        <w:t>Câu 8: Đáp án đúng: A</w:t>
      </w:r>
    </w:p>
    <w:p>
      <w:r>
        <w:rPr>
          <w:b/>
        </w:rPr>
        <w:t>Câu 9: Đáp án đúng: A</w:t>
      </w:r>
    </w:p>
    <w:p>
      <w:r>
        <w:rPr>
          <w:b/>
        </w:rPr>
        <w:t>Câu 10: Đáp án đúng: B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