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Đặc điểm chung của địa hình Việt Nam là:</w:t>
      </w:r>
    </w:p>
    <w:p>
      <w:pPr>
        <w:pStyle w:val="ListParagraph"/>
      </w:pPr>
      <w:r>
        <w:rPr>
          <w:sz w:val="22"/>
        </w:rPr>
        <w:t>A. Đồi núi chiếm phần lớn diện tích, chủ yếu là đồi núi thấp</w:t>
      </w:r>
    </w:p>
    <w:p>
      <w:pPr>
        <w:pStyle w:val="ListParagraph"/>
      </w:pPr>
      <w:r>
        <w:rPr>
          <w:sz w:val="22"/>
        </w:rPr>
        <w:t>B. Đồng bằng chiếm phần lớn diện tích</w:t>
      </w:r>
    </w:p>
    <w:p>
      <w:pPr>
        <w:pStyle w:val="ListParagraph"/>
      </w:pPr>
      <w:r>
        <w:rPr>
          <w:sz w:val="22"/>
        </w:rPr>
        <w:t>C. Toàn bộ lãnh thổ là núi cao trên 2000 m</w:t>
      </w:r>
    </w:p>
    <w:p>
      <w:pPr>
        <w:pStyle w:val="ListParagraph"/>
      </w:pPr>
      <w:r>
        <w:rPr>
          <w:sz w:val="22"/>
        </w:rPr>
        <w:t>D. Chỉ có đồng bằng, không có đồi núi</w:t>
      </w:r>
    </w:p>
    <w:p/>
    <w:p>
      <w:r>
        <w:rPr>
          <w:b/>
          <w:sz w:val="24"/>
        </w:rPr>
        <w:t>Câu 2: Đồi núi chiếm khoảng bao nhiêu phần diện tích lãnh thổ nước ta?</w:t>
      </w:r>
    </w:p>
    <w:p>
      <w:pPr>
        <w:pStyle w:val="ListParagraph"/>
      </w:pPr>
      <w:r>
        <w:rPr>
          <w:sz w:val="22"/>
        </w:rPr>
        <w:t>A. 1/2</w:t>
      </w:r>
    </w:p>
    <w:p>
      <w:pPr>
        <w:pStyle w:val="ListParagraph"/>
      </w:pPr>
      <w:r>
        <w:rPr>
          <w:sz w:val="22"/>
        </w:rPr>
        <w:t>B. 2/3</w:t>
      </w:r>
    </w:p>
    <w:p>
      <w:pPr>
        <w:pStyle w:val="ListParagraph"/>
      </w:pPr>
      <w:r>
        <w:rPr>
          <w:sz w:val="22"/>
        </w:rPr>
        <w:t>C. 3/4</w:t>
      </w:r>
    </w:p>
    <w:p>
      <w:pPr>
        <w:pStyle w:val="ListParagraph"/>
      </w:pPr>
      <w:r>
        <w:rPr>
          <w:sz w:val="22"/>
        </w:rPr>
        <w:t>D. 4/5</w:t>
      </w:r>
    </w:p>
    <w:p/>
    <w:p>
      <w:r>
        <w:rPr>
          <w:b/>
          <w:sz w:val="24"/>
        </w:rPr>
        <w:t>Câu 3: Trong diện tích đồi núi, dạng địa hình nào chiếm diện tích lớn nhất?</w:t>
      </w:r>
    </w:p>
    <w:p>
      <w:pPr>
        <w:pStyle w:val="ListParagraph"/>
      </w:pPr>
      <w:r>
        <w:rPr>
          <w:sz w:val="22"/>
        </w:rPr>
        <w:t>A. Núi cao trên 2000 m</w:t>
      </w:r>
    </w:p>
    <w:p>
      <w:pPr>
        <w:pStyle w:val="ListParagraph"/>
      </w:pPr>
      <w:r>
        <w:rPr>
          <w:sz w:val="22"/>
        </w:rPr>
        <w:t>B. Núi trung bình từ 1000 m đến 2000 m</w:t>
      </w:r>
    </w:p>
    <w:p>
      <w:pPr>
        <w:pStyle w:val="ListParagraph"/>
      </w:pPr>
      <w:r>
        <w:rPr>
          <w:sz w:val="22"/>
        </w:rPr>
        <w:t>C. Đồi núi thấp dưới 1000 m</w:t>
      </w:r>
    </w:p>
    <w:p>
      <w:pPr>
        <w:pStyle w:val="ListParagraph"/>
      </w:pPr>
      <w:r>
        <w:rPr>
          <w:sz w:val="22"/>
        </w:rPr>
        <w:t>D. Cao nguyên bazan</w:t>
      </w:r>
    </w:p>
    <w:p/>
    <w:p>
      <w:r>
        <w:rPr>
          <w:b/>
          <w:sz w:val="24"/>
        </w:rPr>
        <w:t>Câu 4: Hướng nghiêng chung của địa hình nước ta là:</w:t>
      </w:r>
    </w:p>
    <w:p>
      <w:pPr>
        <w:pStyle w:val="ListParagraph"/>
      </w:pPr>
      <w:r>
        <w:rPr>
          <w:sz w:val="22"/>
        </w:rPr>
        <w:t>A. Đông Bắc - Tây Nam</w:t>
      </w:r>
    </w:p>
    <w:p>
      <w:pPr>
        <w:pStyle w:val="ListParagraph"/>
      </w:pPr>
      <w:r>
        <w:rPr>
          <w:sz w:val="22"/>
        </w:rPr>
        <w:t>B. Tây Bắc - Đông Nam</w:t>
      </w:r>
    </w:p>
    <w:p>
      <w:pPr>
        <w:pStyle w:val="ListParagraph"/>
      </w:pPr>
      <w:r>
        <w:rPr>
          <w:sz w:val="22"/>
        </w:rPr>
        <w:t>C. Bắc - Nam</w:t>
      </w:r>
    </w:p>
    <w:p>
      <w:pPr>
        <w:pStyle w:val="ListParagraph"/>
      </w:pPr>
      <w:r>
        <w:rPr>
          <w:sz w:val="22"/>
        </w:rPr>
        <w:t>D. Đông - Tây</w:t>
      </w:r>
    </w:p>
    <w:p/>
    <w:p>
      <w:r>
        <w:rPr>
          <w:b/>
          <w:sz w:val="24"/>
        </w:rPr>
        <w:t>Câu 5: Hai hướng chính của địa hình Việt Nam là:</w:t>
      </w:r>
    </w:p>
    <w:p>
      <w:pPr>
        <w:pStyle w:val="ListParagraph"/>
      </w:pPr>
      <w:r>
        <w:rPr>
          <w:sz w:val="22"/>
        </w:rPr>
        <w:t>A. Tây Bắc - Đông Nam và vòng cung</w:t>
      </w:r>
    </w:p>
    <w:p>
      <w:pPr>
        <w:pStyle w:val="ListParagraph"/>
      </w:pPr>
      <w:r>
        <w:rPr>
          <w:sz w:val="22"/>
        </w:rPr>
        <w:t>B. Đông Bắc - Tây Nam và vòng cung</w:t>
      </w:r>
    </w:p>
    <w:p>
      <w:pPr>
        <w:pStyle w:val="ListParagraph"/>
      </w:pPr>
      <w:r>
        <w:rPr>
          <w:sz w:val="22"/>
        </w:rPr>
        <w:t>C. Bắc - Nam và Đông - Tây</w:t>
      </w:r>
    </w:p>
    <w:p>
      <w:pPr>
        <w:pStyle w:val="ListParagraph"/>
      </w:pPr>
      <w:r>
        <w:rPr>
          <w:sz w:val="22"/>
        </w:rPr>
        <w:t>D. Tây Nam - Đông Bắc và vòng cung</w:t>
      </w:r>
    </w:p>
    <w:p/>
    <w:p>
      <w:r>
        <w:rPr>
          <w:b/>
          <w:sz w:val="24"/>
        </w:rPr>
        <w:t>Câu 6: Vùng núi nào cao nhất nước ta?</w:t>
      </w:r>
    </w:p>
    <w:p>
      <w:pPr>
        <w:pStyle w:val="ListParagraph"/>
      </w:pPr>
      <w:r>
        <w:rPr>
          <w:sz w:val="22"/>
        </w:rPr>
        <w:t>A. Đông Bắc</w:t>
      </w:r>
    </w:p>
    <w:p>
      <w:pPr>
        <w:pStyle w:val="ListParagraph"/>
      </w:pPr>
      <w:r>
        <w:rPr>
          <w:sz w:val="22"/>
        </w:rPr>
        <w:t>B. Tây Bắc</w:t>
      </w:r>
    </w:p>
    <w:p>
      <w:pPr>
        <w:pStyle w:val="ListParagraph"/>
      </w:pPr>
      <w:r>
        <w:rPr>
          <w:sz w:val="22"/>
        </w:rPr>
        <w:t>C. Trường Sơn Bắc</w:t>
      </w:r>
    </w:p>
    <w:p>
      <w:pPr>
        <w:pStyle w:val="ListParagraph"/>
      </w:pPr>
      <w:r>
        <w:rPr>
          <w:sz w:val="22"/>
        </w:rPr>
        <w:t>D. Trường Sơn Nam</w:t>
      </w:r>
    </w:p>
    <w:p/>
    <w:p>
      <w:r>
        <w:rPr>
          <w:b/>
          <w:sz w:val="24"/>
        </w:rPr>
        <w:t>Câu 7: Địa hình nước ta mang tính chất nhiệt đới ẩm gió mùa thể hiện rõ qua:</w:t>
      </w:r>
    </w:p>
    <w:p>
      <w:pPr>
        <w:pStyle w:val="ListParagraph"/>
      </w:pPr>
      <w:r>
        <w:rPr>
          <w:sz w:val="22"/>
        </w:rPr>
        <w:t>A. Sự đa dạng của các dạng địa hình</w:t>
      </w:r>
    </w:p>
    <w:p>
      <w:pPr>
        <w:pStyle w:val="ListParagraph"/>
      </w:pPr>
      <w:r>
        <w:rPr>
          <w:sz w:val="22"/>
        </w:rPr>
        <w:t>B. Quá trình phong hóa mạnh mẽ, tạo dạng địa hình cacxtơ và đất trượt</w:t>
      </w:r>
    </w:p>
    <w:p>
      <w:pPr>
        <w:pStyle w:val="ListParagraph"/>
      </w:pPr>
      <w:r>
        <w:rPr>
          <w:sz w:val="22"/>
        </w:rPr>
        <w:t>C. Hướng núi Tây Bắc - Đông Nam</w:t>
      </w:r>
    </w:p>
    <w:p>
      <w:pPr>
        <w:pStyle w:val="ListParagraph"/>
      </w:pPr>
      <w:r>
        <w:rPr>
          <w:sz w:val="22"/>
        </w:rPr>
        <w:t>D. Sự phân bậc địa hình</w:t>
      </w:r>
    </w:p>
    <w:p/>
    <w:p>
      <w:r>
        <w:rPr>
          <w:b/>
          <w:sz w:val="24"/>
        </w:rPr>
        <w:t>Câu 8: Đồng bằng lớn nhất nước ta là: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Đồng bằng ven biển miền Trung</w:t>
      </w:r>
    </w:p>
    <w:p>
      <w:pPr>
        <w:pStyle w:val="ListParagraph"/>
      </w:pPr>
      <w:r>
        <w:rPr>
          <w:sz w:val="22"/>
        </w:rPr>
        <w:t>D. Đồng bằng Thanh Hóa</w:t>
      </w:r>
    </w:p>
    <w:p/>
    <w:p>
      <w:r>
        <w:rPr>
          <w:b/>
          <w:sz w:val="24"/>
        </w:rPr>
        <w:t>Câu 9: Địa hình nước ta phân bậc rõ rệt, thể hiện ở:</w:t>
      </w:r>
    </w:p>
    <w:p>
      <w:pPr>
        <w:pStyle w:val="ListParagraph"/>
      </w:pPr>
      <w:r>
        <w:rPr>
          <w:sz w:val="22"/>
        </w:rPr>
        <w:t>A. Thấp dần từ nội địa ra biển</w:t>
      </w:r>
    </w:p>
    <w:p>
      <w:pPr>
        <w:pStyle w:val="ListParagraph"/>
      </w:pPr>
      <w:r>
        <w:rPr>
          <w:sz w:val="22"/>
        </w:rPr>
        <w:t>B. Cao dần từ nội địa ra biển</w:t>
      </w:r>
    </w:p>
    <w:p>
      <w:pPr>
        <w:pStyle w:val="ListParagraph"/>
      </w:pPr>
      <w:r>
        <w:rPr>
          <w:sz w:val="22"/>
        </w:rPr>
        <w:t>C. Đồng bằng cao hơn núi</w:t>
      </w:r>
    </w:p>
    <w:p>
      <w:pPr>
        <w:pStyle w:val="ListParagraph"/>
      </w:pPr>
      <w:r>
        <w:rPr>
          <w:sz w:val="22"/>
        </w:rPr>
        <w:t>D. Núi cao tập trung ở phía Đông</w:t>
      </w:r>
    </w:p>
    <w:p/>
    <w:p>
      <w:r>
        <w:rPr>
          <w:b/>
          <w:sz w:val="24"/>
        </w:rPr>
        <w:t>Câu 10: Tác động chủ yếu của con người đến địa hình nước ta là:</w:t>
      </w:r>
    </w:p>
    <w:p>
      <w:pPr>
        <w:pStyle w:val="ListParagraph"/>
      </w:pPr>
      <w:r>
        <w:rPr>
          <w:sz w:val="22"/>
        </w:rPr>
        <w:t>A. Làm địa hình ngày càng cao hơn</w:t>
      </w:r>
    </w:p>
    <w:p>
      <w:pPr>
        <w:pStyle w:val="ListParagraph"/>
      </w:pPr>
      <w:r>
        <w:rPr>
          <w:sz w:val="22"/>
        </w:rPr>
        <w:t>B. Tạo các dạng địa hình nhân tạo và làm biến đổi địa hình tự nhiên</w:t>
      </w:r>
    </w:p>
    <w:p>
      <w:pPr>
        <w:pStyle w:val="ListParagraph"/>
      </w:pPr>
      <w:r>
        <w:rPr>
          <w:sz w:val="22"/>
        </w:rPr>
        <w:t>C. Làm mất hoàn toàn đồi núi</w:t>
      </w:r>
    </w:p>
    <w:p>
      <w:pPr>
        <w:pStyle w:val="ListParagraph"/>
      </w:pPr>
      <w:r>
        <w:rPr>
          <w:sz w:val="22"/>
        </w:rPr>
        <w:t>D. Không ảnh hưởng đến địa hình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