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5 câu trắc nghiệm Vật Lý 10 về Động năng và T...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Động năng của một vật phụ thuộc vào những yếu tố nào?</w:t>
      </w:r>
    </w:p>
    <w:p>
      <w:pPr>
        <w:pStyle w:val="ListParagraph"/>
      </w:pPr>
      <w:r>
        <w:rPr>
          <w:sz w:val="22"/>
        </w:rPr>
        <w:t>A. Khối lượng và vận tốc</w:t>
      </w:r>
    </w:p>
    <w:p>
      <w:pPr>
        <w:pStyle w:val="ListParagraph"/>
      </w:pPr>
      <w:r>
        <w:rPr>
          <w:sz w:val="22"/>
        </w:rPr>
        <w:t>B. Khối lượng và độ cao</w:t>
      </w:r>
    </w:p>
    <w:p>
      <w:pPr>
        <w:pStyle w:val="ListParagraph"/>
      </w:pPr>
      <w:r>
        <w:rPr>
          <w:sz w:val="22"/>
        </w:rPr>
        <w:t>C. Vận tốc và độ cao</w:t>
      </w:r>
    </w:p>
    <w:p>
      <w:pPr>
        <w:pStyle w:val="ListParagraph"/>
      </w:pPr>
      <w:r>
        <w:rPr>
          <w:sz w:val="22"/>
        </w:rPr>
        <w:t>D. Khối lượng và vị trí</w:t>
      </w:r>
    </w:p>
    <w:p/>
    <w:p>
      <w:r>
        <w:rPr>
          <w:b/>
          <w:sz w:val="24"/>
        </w:rPr>
        <w:t>Câu 2: Thế năng trọng trường của vật tại một điểm phụ thuộc vào:</w:t>
      </w:r>
    </w:p>
    <w:p>
      <w:pPr>
        <w:pStyle w:val="ListParagraph"/>
      </w:pPr>
      <w:r>
        <w:rPr>
          <w:sz w:val="22"/>
        </w:rPr>
        <w:t>A. Khối lượng và vận tốc</w:t>
      </w:r>
    </w:p>
    <w:p>
      <w:pPr>
        <w:pStyle w:val="ListParagraph"/>
      </w:pPr>
      <w:r>
        <w:rPr>
          <w:sz w:val="22"/>
        </w:rPr>
        <w:t>B. Khối lượng và độ cao</w:t>
      </w:r>
    </w:p>
    <w:p>
      <w:pPr>
        <w:pStyle w:val="ListParagraph"/>
      </w:pPr>
      <w:r>
        <w:rPr>
          <w:sz w:val="22"/>
        </w:rPr>
        <w:t>C. Vận tốc và độ cao</w:t>
      </w:r>
    </w:p>
    <w:p>
      <w:pPr>
        <w:pStyle w:val="ListParagraph"/>
      </w:pPr>
      <w:r>
        <w:rPr>
          <w:sz w:val="22"/>
        </w:rPr>
        <w:t>D. Khối lượng và vị trí</w:t>
      </w:r>
    </w:p>
    <w:p/>
    <w:p>
      <w:r>
        <w:rPr>
          <w:b/>
          <w:sz w:val="24"/>
        </w:rPr>
        <w:t>Câu 3: Công thức tính động năng là:</w:t>
      </w:r>
    </w:p>
    <w:p>
      <w:pPr>
        <w:pStyle w:val="ListParagraph"/>
      </w:pPr>
      <w:r>
        <w:rPr>
          <w:sz w:val="22"/>
        </w:rPr>
        <w:t>A. $W_đ = \frac{1}{2}mv^2$</w:t>
      </w:r>
    </w:p>
    <w:p>
      <w:pPr>
        <w:pStyle w:val="ListParagraph"/>
      </w:pPr>
      <w:r>
        <w:rPr>
          <w:sz w:val="22"/>
        </w:rPr>
        <w:t>B. $W_đ = mgh$</w:t>
      </w:r>
    </w:p>
    <w:p>
      <w:pPr>
        <w:pStyle w:val="ListParagraph"/>
      </w:pPr>
      <w:r>
        <w:rPr>
          <w:sz w:val="22"/>
        </w:rPr>
        <w:t>C. $W_đ = mv$</w:t>
      </w:r>
    </w:p>
    <w:p>
      <w:pPr>
        <w:pStyle w:val="ListParagraph"/>
      </w:pPr>
      <w:r>
        <w:rPr>
          <w:sz w:val="22"/>
        </w:rPr>
        <w:t>D. $W_đ = \frac{1}{2}mgh$</w:t>
      </w:r>
    </w:p>
    <w:p/>
    <w:p>
      <w:r>
        <w:rPr>
          <w:b/>
          <w:sz w:val="24"/>
        </w:rPr>
        <w:t>Câu 4: Một vật có khối lượng 2 kg chuyển động với vận tốc 5 m/s. Động năng của vật là bao nhiêu?</w:t>
      </w:r>
    </w:p>
    <w:p>
      <w:pPr>
        <w:pStyle w:val="ListParagraph"/>
      </w:pPr>
      <w:r>
        <w:rPr>
          <w:sz w:val="22"/>
        </w:rPr>
        <w:t>A. 10 J</w:t>
      </w:r>
    </w:p>
    <w:p>
      <w:pPr>
        <w:pStyle w:val="ListParagraph"/>
      </w:pPr>
      <w:r>
        <w:rPr>
          <w:sz w:val="22"/>
        </w:rPr>
        <w:t>B. 25 J</w:t>
      </w:r>
    </w:p>
    <w:p>
      <w:pPr>
        <w:pStyle w:val="ListParagraph"/>
      </w:pPr>
      <w:r>
        <w:rPr>
          <w:sz w:val="22"/>
        </w:rPr>
        <w:t>C. 50 J</w:t>
      </w:r>
    </w:p>
    <w:p>
      <w:pPr>
        <w:pStyle w:val="ListParagraph"/>
      </w:pPr>
      <w:r>
        <w:rPr>
          <w:sz w:val="22"/>
        </w:rPr>
        <w:t>D. 100 J</w:t>
      </w:r>
    </w:p>
    <w:p/>
    <w:p>
      <w:r>
        <w:rPr>
          <w:b/>
          <w:sz w:val="24"/>
        </w:rPr>
        <w:t>Câu 5: Khi một vật rơi tự do (bỏ qua lực cản không khí), cơ năng của vật biến đổi như thế nào?</w:t>
      </w:r>
    </w:p>
    <w:p>
      <w:pPr>
        <w:pStyle w:val="ListParagraph"/>
      </w:pPr>
      <w:r>
        <w:rPr>
          <w:sz w:val="22"/>
        </w:rPr>
        <w:t>A. Tăng dần</w:t>
      </w:r>
    </w:p>
    <w:p>
      <w:pPr>
        <w:pStyle w:val="ListParagraph"/>
      </w:pPr>
      <w:r>
        <w:rPr>
          <w:sz w:val="22"/>
        </w:rPr>
        <w:t>B. Không đổi</w:t>
      </w:r>
    </w:p>
    <w:p>
      <w:pPr>
        <w:pStyle w:val="ListParagraph"/>
      </w:pPr>
      <w:r>
        <w:rPr>
          <w:sz w:val="22"/>
        </w:rPr>
        <w:t>C. Giảm dần</w:t>
      </w:r>
    </w:p>
    <w:p>
      <w:pPr>
        <w:pStyle w:val="ListParagraph"/>
      </w:pPr>
      <w:r>
        <w:rPr>
          <w:sz w:val="22"/>
        </w:rPr>
        <w:t>D. Lúc tăng lúc giảm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