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tạo 50 câu trắc nghiệm tiếng anh 10 global su...</w:t>
      </w:r>
    </w:p>
    <w:p>
      <w:pPr>
        <w:jc w:val="center"/>
      </w:pPr>
      <w:r>
        <w:rPr>
          <w:sz w:val="22"/>
        </w:rPr>
        <w:t>Số câu: 50    Thời gian: _____ phút    Họ và tên: _________________________</w:t>
      </w:r>
    </w:p>
    <w:p/>
    <w:p>
      <w:r>
        <w:rPr>
          <w:b/>
          <w:sz w:val="24"/>
        </w:rPr>
        <w:t>Câu 1: The singer's ______ voice captivated the entire audience.</w:t>
      </w:r>
    </w:p>
    <w:p>
      <w:pPr>
        <w:pStyle w:val="ListParagraph"/>
      </w:pPr>
      <w:r>
        <w:rPr>
          <w:sz w:val="22"/>
        </w:rPr>
        <w:t>A. melodious</w:t>
      </w:r>
    </w:p>
    <w:p>
      <w:pPr>
        <w:pStyle w:val="ListParagraph"/>
      </w:pPr>
      <w:r>
        <w:rPr>
          <w:sz w:val="22"/>
        </w:rPr>
        <w:t>B. melody</w:t>
      </w:r>
    </w:p>
    <w:p>
      <w:pPr>
        <w:pStyle w:val="ListParagraph"/>
      </w:pPr>
      <w:r>
        <w:rPr>
          <w:sz w:val="22"/>
        </w:rPr>
        <w:t>C. melodically</w:t>
      </w:r>
    </w:p>
    <w:p>
      <w:pPr>
        <w:pStyle w:val="ListParagraph"/>
      </w:pPr>
      <w:r>
        <w:rPr>
          <w:sz w:val="22"/>
        </w:rPr>
        <w:t>D. melodiousness</w:t>
      </w:r>
    </w:p>
    <w:p/>
    <w:p>
      <w:r>
        <w:rPr>
          <w:b/>
          <w:sz w:val="24"/>
        </w:rPr>
        <w:t>Câu 2: She has a natural ______ for music; she can play any song by ear.</w:t>
      </w:r>
    </w:p>
    <w:p>
      <w:pPr>
        <w:pStyle w:val="ListParagraph"/>
      </w:pPr>
      <w:r>
        <w:rPr>
          <w:sz w:val="22"/>
        </w:rPr>
        <w:t>A. talent</w:t>
      </w:r>
    </w:p>
    <w:p>
      <w:pPr>
        <w:pStyle w:val="ListParagraph"/>
      </w:pPr>
      <w:r>
        <w:rPr>
          <w:sz w:val="22"/>
        </w:rPr>
        <w:t>B. talented</w:t>
      </w:r>
    </w:p>
    <w:p>
      <w:pPr>
        <w:pStyle w:val="ListParagraph"/>
      </w:pPr>
      <w:r>
        <w:rPr>
          <w:sz w:val="22"/>
        </w:rPr>
        <w:t>C. talently</w:t>
      </w:r>
    </w:p>
    <w:p>
      <w:pPr>
        <w:pStyle w:val="ListParagraph"/>
      </w:pPr>
      <w:r>
        <w:rPr>
          <w:sz w:val="22"/>
        </w:rPr>
        <w:t>D. talentless</w:t>
      </w:r>
    </w:p>
    <w:p/>
    <w:p>
      <w:r>
        <w:rPr>
          <w:b/>
          <w:sz w:val="24"/>
        </w:rPr>
        <w:t>Câu 3: The band's new album was a commercial ______, selling millions of copies worldwide.</w:t>
      </w:r>
    </w:p>
    <w:p>
      <w:pPr>
        <w:pStyle w:val="ListParagraph"/>
      </w:pPr>
      <w:r>
        <w:rPr>
          <w:sz w:val="22"/>
        </w:rPr>
        <w:t>A. success</w:t>
      </w:r>
    </w:p>
    <w:p>
      <w:pPr>
        <w:pStyle w:val="ListParagraph"/>
      </w:pPr>
      <w:r>
        <w:rPr>
          <w:sz w:val="22"/>
        </w:rPr>
        <w:t>B. successful</w:t>
      </w:r>
    </w:p>
    <w:p>
      <w:pPr>
        <w:pStyle w:val="ListParagraph"/>
      </w:pPr>
      <w:r>
        <w:rPr>
          <w:sz w:val="22"/>
        </w:rPr>
        <w:t>C. succeed</w:t>
      </w:r>
    </w:p>
    <w:p>
      <w:pPr>
        <w:pStyle w:val="ListParagraph"/>
      </w:pPr>
      <w:r>
        <w:rPr>
          <w:sz w:val="22"/>
        </w:rPr>
        <w:t>D. successfully</w:t>
      </w:r>
    </w:p>
    <w:p/>
    <w:p>
      <w:r>
        <w:rPr>
          <w:b/>
          <w:sz w:val="24"/>
        </w:rPr>
        <w:t>Câu 4: He is a ______ musician; he can play the piano, guitar, and violin.</w:t>
      </w:r>
    </w:p>
    <w:p>
      <w:pPr>
        <w:pStyle w:val="ListParagraph"/>
      </w:pPr>
      <w:r>
        <w:rPr>
          <w:sz w:val="22"/>
        </w:rPr>
        <w:t>A. versatile</w:t>
      </w:r>
    </w:p>
    <w:p>
      <w:pPr>
        <w:pStyle w:val="ListParagraph"/>
      </w:pPr>
      <w:r>
        <w:rPr>
          <w:sz w:val="22"/>
        </w:rPr>
        <w:t>B. versatility</w:t>
      </w:r>
    </w:p>
    <w:p>
      <w:pPr>
        <w:pStyle w:val="ListParagraph"/>
      </w:pPr>
      <w:r>
        <w:rPr>
          <w:sz w:val="22"/>
        </w:rPr>
        <w:t>C. versatileness</w:t>
      </w:r>
    </w:p>
    <w:p>
      <w:pPr>
        <w:pStyle w:val="ListParagraph"/>
      </w:pPr>
      <w:r>
        <w:rPr>
          <w:sz w:val="22"/>
        </w:rPr>
        <w:t>D. versatily</w:t>
      </w:r>
    </w:p>
    <w:p/>
    <w:p>
      <w:r>
        <w:rPr>
          <w:b/>
          <w:sz w:val="24"/>
        </w:rPr>
        <w:t>Câu 5: The ______ of the song is very catchy; I can't stop humming it.</w:t>
      </w:r>
    </w:p>
    <w:p>
      <w:pPr>
        <w:pStyle w:val="ListParagraph"/>
      </w:pPr>
      <w:r>
        <w:rPr>
          <w:sz w:val="22"/>
        </w:rPr>
        <w:t>A. melody</w:t>
      </w:r>
    </w:p>
    <w:p>
      <w:pPr>
        <w:pStyle w:val="ListParagraph"/>
      </w:pPr>
      <w:r>
        <w:rPr>
          <w:sz w:val="22"/>
        </w:rPr>
        <w:t>B. melodious</w:t>
      </w:r>
    </w:p>
    <w:p>
      <w:pPr>
        <w:pStyle w:val="ListParagraph"/>
      </w:pPr>
      <w:r>
        <w:rPr>
          <w:sz w:val="22"/>
        </w:rPr>
        <w:t>C. melodically</w:t>
      </w:r>
    </w:p>
    <w:p>
      <w:pPr>
        <w:pStyle w:val="ListParagraph"/>
      </w:pPr>
      <w:r>
        <w:rPr>
          <w:sz w:val="22"/>
        </w:rPr>
        <w:t>D. melodiousness</w:t>
      </w:r>
    </w:p>
    <w:p/>
    <w:p>
      <w:r>
        <w:rPr>
          <w:b/>
          <w:sz w:val="24"/>
        </w:rPr>
        <w:t>Câu 6: The concert was ______; everyone enjoyed it.</w:t>
      </w:r>
    </w:p>
    <w:p>
      <w:pPr>
        <w:pStyle w:val="ListParagraph"/>
      </w:pPr>
      <w:r>
        <w:rPr>
          <w:sz w:val="22"/>
        </w:rPr>
        <w:t>A. lively</w:t>
      </w:r>
    </w:p>
    <w:p>
      <w:pPr>
        <w:pStyle w:val="ListParagraph"/>
      </w:pPr>
      <w:r>
        <w:rPr>
          <w:sz w:val="22"/>
        </w:rPr>
        <w:t>B. live</w:t>
      </w:r>
    </w:p>
    <w:p>
      <w:pPr>
        <w:pStyle w:val="ListParagraph"/>
      </w:pPr>
      <w:r>
        <w:rPr>
          <w:sz w:val="22"/>
        </w:rPr>
        <w:t>C. living</w:t>
      </w:r>
    </w:p>
    <w:p>
      <w:pPr>
        <w:pStyle w:val="ListParagraph"/>
      </w:pPr>
      <w:r>
        <w:rPr>
          <w:sz w:val="22"/>
        </w:rPr>
        <w:t>D. alive</w:t>
      </w:r>
    </w:p>
    <w:p/>
    <w:p>
      <w:r>
        <w:rPr>
          <w:b/>
          <w:sz w:val="24"/>
        </w:rPr>
        <w:t>Câu 7: She sings ______ than anyone else in the choir.</w:t>
      </w:r>
    </w:p>
    <w:p>
      <w:pPr>
        <w:pStyle w:val="ListParagraph"/>
      </w:pPr>
      <w:r>
        <w:rPr>
          <w:sz w:val="22"/>
        </w:rPr>
        <w:t>A. more beautifully</w:t>
      </w:r>
    </w:p>
    <w:p>
      <w:pPr>
        <w:pStyle w:val="ListParagraph"/>
      </w:pPr>
      <w:r>
        <w:rPr>
          <w:sz w:val="22"/>
        </w:rPr>
        <w:t>B. beautifully</w:t>
      </w:r>
    </w:p>
    <w:p>
      <w:pPr>
        <w:pStyle w:val="ListParagraph"/>
      </w:pPr>
      <w:r>
        <w:rPr>
          <w:sz w:val="22"/>
        </w:rPr>
        <w:t>C. most beautifully</w:t>
      </w:r>
    </w:p>
    <w:p>
      <w:pPr>
        <w:pStyle w:val="ListParagraph"/>
      </w:pPr>
      <w:r>
        <w:rPr>
          <w:sz w:val="22"/>
        </w:rPr>
        <w:t>D. beautiful</w:t>
      </w:r>
    </w:p>
    <w:p/>
    <w:p>
      <w:r>
        <w:rPr>
          <w:b/>
          <w:sz w:val="24"/>
        </w:rPr>
        <w:t>Câu 8: The ______ of the music was so loud that I couldn't hear anything else.</w:t>
      </w:r>
    </w:p>
    <w:p>
      <w:pPr>
        <w:pStyle w:val="ListParagraph"/>
      </w:pPr>
      <w:r>
        <w:rPr>
          <w:sz w:val="22"/>
        </w:rPr>
        <w:t>A. volume</w:t>
      </w:r>
    </w:p>
    <w:p>
      <w:pPr>
        <w:pStyle w:val="ListParagraph"/>
      </w:pPr>
      <w:r>
        <w:rPr>
          <w:sz w:val="22"/>
        </w:rPr>
        <w:t>B. sound</w:t>
      </w:r>
    </w:p>
    <w:p>
      <w:pPr>
        <w:pStyle w:val="ListParagraph"/>
      </w:pPr>
      <w:r>
        <w:rPr>
          <w:sz w:val="22"/>
        </w:rPr>
        <w:t>C. noise</w:t>
      </w:r>
    </w:p>
    <w:p>
      <w:pPr>
        <w:pStyle w:val="ListParagraph"/>
      </w:pPr>
      <w:r>
        <w:rPr>
          <w:sz w:val="22"/>
        </w:rPr>
        <w:t>D. voice</w:t>
      </w:r>
    </w:p>
    <w:p/>
    <w:p>
      <w:r>
        <w:rPr>
          <w:b/>
          <w:sz w:val="24"/>
        </w:rPr>
        <w:t>Câu 9: He is known for his ______ lyrics that touch people's hearts.</w:t>
      </w:r>
    </w:p>
    <w:p>
      <w:pPr>
        <w:pStyle w:val="ListParagraph"/>
      </w:pPr>
      <w:r>
        <w:rPr>
          <w:sz w:val="22"/>
        </w:rPr>
        <w:t>A. poetic</w:t>
      </w:r>
    </w:p>
    <w:p>
      <w:pPr>
        <w:pStyle w:val="ListParagraph"/>
      </w:pPr>
      <w:r>
        <w:rPr>
          <w:sz w:val="22"/>
        </w:rPr>
        <w:t>B. poetry</w:t>
      </w:r>
    </w:p>
    <w:p>
      <w:pPr>
        <w:pStyle w:val="ListParagraph"/>
      </w:pPr>
      <w:r>
        <w:rPr>
          <w:sz w:val="22"/>
        </w:rPr>
        <w:t>C. poem</w:t>
      </w:r>
    </w:p>
    <w:p>
      <w:pPr>
        <w:pStyle w:val="ListParagraph"/>
      </w:pPr>
      <w:r>
        <w:rPr>
          <w:sz w:val="22"/>
        </w:rPr>
        <w:t>D. poet</w:t>
      </w:r>
    </w:p>
    <w:p/>
    <w:p>
      <w:r>
        <w:rPr>
          <w:b/>
          <w:sz w:val="24"/>
        </w:rPr>
        <w:t>Câu 10: The band decided to ______ their new song at the concert.</w:t>
      </w:r>
    </w:p>
    <w:p>
      <w:pPr>
        <w:pStyle w:val="ListParagraph"/>
      </w:pPr>
      <w:r>
        <w:rPr>
          <w:sz w:val="22"/>
        </w:rPr>
        <w:t>A. perform</w:t>
      </w:r>
    </w:p>
    <w:p>
      <w:pPr>
        <w:pStyle w:val="ListParagraph"/>
      </w:pPr>
      <w:r>
        <w:rPr>
          <w:sz w:val="22"/>
        </w:rPr>
        <w:t>B. performance</w:t>
      </w:r>
    </w:p>
    <w:p>
      <w:pPr>
        <w:pStyle w:val="ListParagraph"/>
      </w:pPr>
      <w:r>
        <w:rPr>
          <w:sz w:val="22"/>
        </w:rPr>
        <w:t>C. performer</w:t>
      </w:r>
    </w:p>
    <w:p>
      <w:pPr>
        <w:pStyle w:val="ListParagraph"/>
      </w:pPr>
      <w:r>
        <w:rPr>
          <w:sz w:val="22"/>
        </w:rPr>
        <w:t>D. performing</w:t>
      </w:r>
    </w:p>
    <w:p/>
    <w:p>
      <w:r>
        <w:rPr>
          <w:b/>
          <w:sz w:val="24"/>
        </w:rPr>
        <w:t>Câu 11: She has been ______ in music since she was a child.</w:t>
      </w:r>
    </w:p>
    <w:p>
      <w:pPr>
        <w:pStyle w:val="ListParagraph"/>
      </w:pPr>
      <w:r>
        <w:rPr>
          <w:sz w:val="22"/>
        </w:rPr>
        <w:t>A. interested</w:t>
      </w:r>
    </w:p>
    <w:p>
      <w:pPr>
        <w:pStyle w:val="ListParagraph"/>
      </w:pPr>
      <w:r>
        <w:rPr>
          <w:sz w:val="22"/>
        </w:rPr>
        <w:t>B. interesting</w:t>
      </w:r>
    </w:p>
    <w:p>
      <w:pPr>
        <w:pStyle w:val="ListParagraph"/>
      </w:pPr>
      <w:r>
        <w:rPr>
          <w:sz w:val="22"/>
        </w:rPr>
        <w:t>C. interest</w:t>
      </w:r>
    </w:p>
    <w:p>
      <w:pPr>
        <w:pStyle w:val="ListParagraph"/>
      </w:pPr>
      <w:r>
        <w:rPr>
          <w:sz w:val="22"/>
        </w:rPr>
        <w:t>D. interestingly</w:t>
      </w:r>
    </w:p>
    <w:p/>
    <w:p>
      <w:r>
        <w:rPr>
          <w:b/>
          <w:sz w:val="24"/>
        </w:rPr>
        <w:t>Câu 12: The ______ of the orchestra was very talented.</w:t>
      </w:r>
    </w:p>
    <w:p>
      <w:pPr>
        <w:pStyle w:val="ListParagraph"/>
      </w:pPr>
      <w:r>
        <w:rPr>
          <w:sz w:val="22"/>
        </w:rPr>
        <w:t>A. conductor</w:t>
      </w:r>
    </w:p>
    <w:p>
      <w:pPr>
        <w:pStyle w:val="ListParagraph"/>
      </w:pPr>
      <w:r>
        <w:rPr>
          <w:sz w:val="22"/>
        </w:rPr>
        <w:t>B. conduct</w:t>
      </w:r>
    </w:p>
    <w:p>
      <w:pPr>
        <w:pStyle w:val="ListParagraph"/>
      </w:pPr>
      <w:r>
        <w:rPr>
          <w:sz w:val="22"/>
        </w:rPr>
        <w:t>C. conductive</w:t>
      </w:r>
    </w:p>
    <w:p>
      <w:pPr>
        <w:pStyle w:val="ListParagraph"/>
      </w:pPr>
      <w:r>
        <w:rPr>
          <w:sz w:val="22"/>
        </w:rPr>
        <w:t>D. conduction</w:t>
      </w:r>
    </w:p>
    <w:p/>
    <w:p>
      <w:r>
        <w:rPr>
          <w:b/>
          <w:sz w:val="24"/>
        </w:rPr>
        <w:t>Câu 13: He plays the guitar ______.</w:t>
      </w:r>
    </w:p>
    <w:p>
      <w:pPr>
        <w:pStyle w:val="ListParagraph"/>
      </w:pPr>
      <w:r>
        <w:rPr>
          <w:sz w:val="22"/>
        </w:rPr>
        <w:t>A. well</w:t>
      </w:r>
    </w:p>
    <w:p>
      <w:pPr>
        <w:pStyle w:val="ListParagraph"/>
      </w:pPr>
      <w:r>
        <w:rPr>
          <w:sz w:val="22"/>
        </w:rPr>
        <w:t>B. good</w:t>
      </w:r>
    </w:p>
    <w:p>
      <w:pPr>
        <w:pStyle w:val="ListParagraph"/>
      </w:pPr>
      <w:r>
        <w:rPr>
          <w:sz w:val="22"/>
        </w:rPr>
        <w:t>C. better</w:t>
      </w:r>
    </w:p>
    <w:p>
      <w:pPr>
        <w:pStyle w:val="ListParagraph"/>
      </w:pPr>
      <w:r>
        <w:rPr>
          <w:sz w:val="22"/>
        </w:rPr>
        <w:t>D. best</w:t>
      </w:r>
    </w:p>
    <w:p/>
    <w:p>
      <w:r>
        <w:rPr>
          <w:b/>
          <w:sz w:val="24"/>
        </w:rPr>
        <w:t>Câu 14: The song was so ______ that it made everyone cry.</w:t>
      </w:r>
    </w:p>
    <w:p>
      <w:pPr>
        <w:pStyle w:val="ListParagraph"/>
      </w:pPr>
      <w:r>
        <w:rPr>
          <w:sz w:val="22"/>
        </w:rPr>
        <w:t>A. moving</w:t>
      </w:r>
    </w:p>
    <w:p>
      <w:pPr>
        <w:pStyle w:val="ListParagraph"/>
      </w:pPr>
      <w:r>
        <w:rPr>
          <w:sz w:val="22"/>
        </w:rPr>
        <w:t>B. moved</w:t>
      </w:r>
    </w:p>
    <w:p>
      <w:pPr>
        <w:pStyle w:val="ListParagraph"/>
      </w:pPr>
      <w:r>
        <w:rPr>
          <w:sz w:val="22"/>
        </w:rPr>
        <w:t>C. move</w:t>
      </w:r>
    </w:p>
    <w:p>
      <w:pPr>
        <w:pStyle w:val="ListParagraph"/>
      </w:pPr>
      <w:r>
        <w:rPr>
          <w:sz w:val="22"/>
        </w:rPr>
        <w:t>D. movement</w:t>
      </w:r>
    </w:p>
    <w:p/>
    <w:p>
      <w:r>
        <w:rPr>
          <w:b/>
          <w:sz w:val="24"/>
        </w:rPr>
        <w:t>Câu 15: She is a ______ singer; she has won many awards.</w:t>
      </w:r>
    </w:p>
    <w:p>
      <w:pPr>
        <w:pStyle w:val="ListParagraph"/>
      </w:pPr>
      <w:r>
        <w:rPr>
          <w:sz w:val="22"/>
        </w:rPr>
        <w:t>A. famous</w:t>
      </w:r>
    </w:p>
    <w:p>
      <w:pPr>
        <w:pStyle w:val="ListParagraph"/>
      </w:pPr>
      <w:r>
        <w:rPr>
          <w:sz w:val="22"/>
        </w:rPr>
        <w:t>B. fame</w:t>
      </w:r>
    </w:p>
    <w:p>
      <w:pPr>
        <w:pStyle w:val="ListParagraph"/>
      </w:pPr>
      <w:r>
        <w:rPr>
          <w:sz w:val="22"/>
        </w:rPr>
        <w:t>C. famously</w:t>
      </w:r>
    </w:p>
    <w:p>
      <w:pPr>
        <w:pStyle w:val="ListParagraph"/>
      </w:pPr>
      <w:r>
        <w:rPr>
          <w:sz w:val="22"/>
        </w:rPr>
        <w:t>D. famousness</w:t>
      </w:r>
    </w:p>
    <w:p/>
    <w:p>
      <w:r>
        <w:rPr>
          <w:b/>
          <w:sz w:val="24"/>
        </w:rPr>
        <w:t>Câu 16: The ______ of the song is about love and loss.</w:t>
      </w:r>
    </w:p>
    <w:p>
      <w:pPr>
        <w:pStyle w:val="ListParagraph"/>
      </w:pPr>
      <w:r>
        <w:rPr>
          <w:sz w:val="22"/>
        </w:rPr>
        <w:t>A. theme</w:t>
      </w:r>
    </w:p>
    <w:p>
      <w:pPr>
        <w:pStyle w:val="ListParagraph"/>
      </w:pPr>
      <w:r>
        <w:rPr>
          <w:sz w:val="22"/>
        </w:rPr>
        <w:t>B. thematic</w:t>
      </w:r>
    </w:p>
    <w:p>
      <w:pPr>
        <w:pStyle w:val="ListParagraph"/>
      </w:pPr>
      <w:r>
        <w:rPr>
          <w:sz w:val="22"/>
        </w:rPr>
        <w:t>C. thematically</w:t>
      </w:r>
    </w:p>
    <w:p>
      <w:pPr>
        <w:pStyle w:val="ListParagraph"/>
      </w:pPr>
      <w:r>
        <w:rPr>
          <w:sz w:val="22"/>
        </w:rPr>
        <w:t>D. themed</w:t>
      </w:r>
    </w:p>
    <w:p/>
    <w:p>
      <w:r>
        <w:rPr>
          <w:b/>
          <w:sz w:val="24"/>
        </w:rPr>
        <w:t>Câu 17: He has a ______ for classical music.</w:t>
      </w:r>
    </w:p>
    <w:p>
      <w:pPr>
        <w:pStyle w:val="ListParagraph"/>
      </w:pPr>
      <w:r>
        <w:rPr>
          <w:sz w:val="22"/>
        </w:rPr>
        <w:t>A. preference</w:t>
      </w:r>
    </w:p>
    <w:p>
      <w:pPr>
        <w:pStyle w:val="ListParagraph"/>
      </w:pPr>
      <w:r>
        <w:rPr>
          <w:sz w:val="22"/>
        </w:rPr>
        <w:t>B. prefer</w:t>
      </w:r>
    </w:p>
    <w:p>
      <w:pPr>
        <w:pStyle w:val="ListParagraph"/>
      </w:pPr>
      <w:r>
        <w:rPr>
          <w:sz w:val="22"/>
        </w:rPr>
        <w:t>C. preferable</w:t>
      </w:r>
    </w:p>
    <w:p>
      <w:pPr>
        <w:pStyle w:val="ListParagraph"/>
      </w:pPr>
      <w:r>
        <w:rPr>
          <w:sz w:val="22"/>
        </w:rPr>
        <w:t>D. preferably</w:t>
      </w:r>
    </w:p>
    <w:p/>
    <w:p>
      <w:r>
        <w:rPr>
          <w:b/>
          <w:sz w:val="24"/>
        </w:rPr>
        <w:t>Câu 18: The ______ of the band are very loyal.</w:t>
      </w:r>
    </w:p>
    <w:p>
      <w:pPr>
        <w:pStyle w:val="ListParagraph"/>
      </w:pPr>
      <w:r>
        <w:rPr>
          <w:sz w:val="22"/>
        </w:rPr>
        <w:t>A. fans</w:t>
      </w:r>
    </w:p>
    <w:p>
      <w:pPr>
        <w:pStyle w:val="ListParagraph"/>
      </w:pPr>
      <w:r>
        <w:rPr>
          <w:sz w:val="22"/>
        </w:rPr>
        <w:t>B. fanatic</w:t>
      </w:r>
    </w:p>
    <w:p>
      <w:pPr>
        <w:pStyle w:val="ListParagraph"/>
      </w:pPr>
      <w:r>
        <w:rPr>
          <w:sz w:val="22"/>
        </w:rPr>
        <w:t>C. fanatical</w:t>
      </w:r>
    </w:p>
    <w:p>
      <w:pPr>
        <w:pStyle w:val="ListParagraph"/>
      </w:pPr>
      <w:r>
        <w:rPr>
          <w:sz w:val="22"/>
        </w:rPr>
        <w:t>D. fanatically</w:t>
      </w:r>
    </w:p>
    <w:p/>
    <w:p>
      <w:r>
        <w:rPr>
          <w:b/>
          <w:sz w:val="24"/>
        </w:rPr>
        <w:t>Câu 19: She ______ her own songs and performs them live.</w:t>
      </w:r>
    </w:p>
    <w:p>
      <w:pPr>
        <w:pStyle w:val="ListParagraph"/>
      </w:pPr>
      <w:r>
        <w:rPr>
          <w:sz w:val="22"/>
        </w:rPr>
        <w:t>A. composes</w:t>
      </w:r>
    </w:p>
    <w:p>
      <w:pPr>
        <w:pStyle w:val="ListParagraph"/>
      </w:pPr>
      <w:r>
        <w:rPr>
          <w:sz w:val="22"/>
        </w:rPr>
        <w:t>B. composition</w:t>
      </w:r>
    </w:p>
    <w:p>
      <w:pPr>
        <w:pStyle w:val="ListParagraph"/>
      </w:pPr>
      <w:r>
        <w:rPr>
          <w:sz w:val="22"/>
        </w:rPr>
        <w:t>C. composer</w:t>
      </w:r>
    </w:p>
    <w:p>
      <w:pPr>
        <w:pStyle w:val="ListParagraph"/>
      </w:pPr>
      <w:r>
        <w:rPr>
          <w:sz w:val="22"/>
        </w:rPr>
        <w:t>D. composed</w:t>
      </w:r>
    </w:p>
    <w:p/>
    <w:p>
      <w:r>
        <w:rPr>
          <w:b/>
          <w:sz w:val="24"/>
        </w:rPr>
        <w:t>Câu 20: The ______ of the music was perfect for the occasion.</w:t>
      </w:r>
    </w:p>
    <w:p>
      <w:pPr>
        <w:pStyle w:val="ListParagraph"/>
      </w:pPr>
      <w:r>
        <w:rPr>
          <w:sz w:val="22"/>
        </w:rPr>
        <w:t>A. rhythm</w:t>
      </w:r>
    </w:p>
    <w:p>
      <w:pPr>
        <w:pStyle w:val="ListParagraph"/>
      </w:pPr>
      <w:r>
        <w:rPr>
          <w:sz w:val="22"/>
        </w:rPr>
        <w:t>B. rhythmic</w:t>
      </w:r>
    </w:p>
    <w:p>
      <w:pPr>
        <w:pStyle w:val="ListParagraph"/>
      </w:pPr>
      <w:r>
        <w:rPr>
          <w:sz w:val="22"/>
        </w:rPr>
        <w:t>C. rhythmically</w:t>
      </w:r>
    </w:p>
    <w:p>
      <w:pPr>
        <w:pStyle w:val="ListParagraph"/>
      </w:pPr>
      <w:r>
        <w:rPr>
          <w:sz w:val="22"/>
        </w:rPr>
        <w:t>D. rhythmicity</w:t>
      </w:r>
    </w:p>
    <w:p/>
    <w:p>
      <w:r>
        <w:rPr>
          <w:b/>
          <w:sz w:val="24"/>
        </w:rPr>
        <w:t>Câu 21: He is ______ in playing the drums.</w:t>
      </w:r>
    </w:p>
    <w:p>
      <w:pPr>
        <w:pStyle w:val="ListParagraph"/>
      </w:pPr>
      <w:r>
        <w:rPr>
          <w:sz w:val="22"/>
        </w:rPr>
        <w:t>A. skilled</w:t>
      </w:r>
    </w:p>
    <w:p>
      <w:pPr>
        <w:pStyle w:val="ListParagraph"/>
      </w:pPr>
      <w:r>
        <w:rPr>
          <w:sz w:val="22"/>
        </w:rPr>
        <w:t>B. skill</w:t>
      </w:r>
    </w:p>
    <w:p>
      <w:pPr>
        <w:pStyle w:val="ListParagraph"/>
      </w:pPr>
      <w:r>
        <w:rPr>
          <w:sz w:val="22"/>
        </w:rPr>
        <w:t>C. skillful</w:t>
      </w:r>
    </w:p>
    <w:p>
      <w:pPr>
        <w:pStyle w:val="ListParagraph"/>
      </w:pPr>
      <w:r>
        <w:rPr>
          <w:sz w:val="22"/>
        </w:rPr>
        <w:t>D. skillfully</w:t>
      </w:r>
    </w:p>
    <w:p/>
    <w:p>
      <w:r>
        <w:rPr>
          <w:b/>
          <w:sz w:val="24"/>
        </w:rPr>
        <w:t>Câu 22: The ______ of the concert was amazing.</w:t>
      </w:r>
    </w:p>
    <w:p>
      <w:pPr>
        <w:pStyle w:val="ListParagraph"/>
      </w:pPr>
      <w:r>
        <w:rPr>
          <w:sz w:val="22"/>
        </w:rPr>
        <w:t>A. atmosphere</w:t>
      </w:r>
    </w:p>
    <w:p>
      <w:pPr>
        <w:pStyle w:val="ListParagraph"/>
      </w:pPr>
      <w:r>
        <w:rPr>
          <w:sz w:val="22"/>
        </w:rPr>
        <w:t>B. atmospheric</w:t>
      </w:r>
    </w:p>
    <w:p>
      <w:pPr>
        <w:pStyle w:val="ListParagraph"/>
      </w:pPr>
      <w:r>
        <w:rPr>
          <w:sz w:val="22"/>
        </w:rPr>
        <w:t>C. atmospherically</w:t>
      </w:r>
    </w:p>
    <w:p>
      <w:pPr>
        <w:pStyle w:val="ListParagraph"/>
      </w:pPr>
      <w:r>
        <w:rPr>
          <w:sz w:val="22"/>
        </w:rPr>
        <w:t>D. atmospherics</w:t>
      </w:r>
    </w:p>
    <w:p/>
    <w:p>
      <w:r>
        <w:rPr>
          <w:b/>
          <w:sz w:val="24"/>
        </w:rPr>
        <w:t>Câu 23: She has a ______ voice that is easy to recognize.</w:t>
      </w:r>
    </w:p>
    <w:p>
      <w:pPr>
        <w:pStyle w:val="ListParagraph"/>
      </w:pPr>
      <w:r>
        <w:rPr>
          <w:sz w:val="22"/>
        </w:rPr>
        <w:t>A. distinctive</w:t>
      </w:r>
    </w:p>
    <w:p>
      <w:pPr>
        <w:pStyle w:val="ListParagraph"/>
      </w:pPr>
      <w:r>
        <w:rPr>
          <w:sz w:val="22"/>
        </w:rPr>
        <w:t>B. distinct</w:t>
      </w:r>
    </w:p>
    <w:p>
      <w:pPr>
        <w:pStyle w:val="ListParagraph"/>
      </w:pPr>
      <w:r>
        <w:rPr>
          <w:sz w:val="22"/>
        </w:rPr>
        <w:t>C. distinction</w:t>
      </w:r>
    </w:p>
    <w:p>
      <w:pPr>
        <w:pStyle w:val="ListParagraph"/>
      </w:pPr>
      <w:r>
        <w:rPr>
          <w:sz w:val="22"/>
        </w:rPr>
        <w:t>D. distinctly</w:t>
      </w:r>
    </w:p>
    <w:p/>
    <w:p>
      <w:r>
        <w:rPr>
          <w:b/>
          <w:sz w:val="24"/>
        </w:rPr>
        <w:t>Câu 24: The band's music is a ______ of rock and pop.</w:t>
      </w:r>
    </w:p>
    <w:p>
      <w:pPr>
        <w:pStyle w:val="ListParagraph"/>
      </w:pPr>
      <w:r>
        <w:rPr>
          <w:sz w:val="22"/>
        </w:rPr>
        <w:t>A. fusion</w:t>
      </w:r>
    </w:p>
    <w:p>
      <w:pPr>
        <w:pStyle w:val="ListParagraph"/>
      </w:pPr>
      <w:r>
        <w:rPr>
          <w:sz w:val="22"/>
        </w:rPr>
        <w:t>B. fuse</w:t>
      </w:r>
    </w:p>
    <w:p>
      <w:pPr>
        <w:pStyle w:val="ListParagraph"/>
      </w:pPr>
      <w:r>
        <w:rPr>
          <w:sz w:val="22"/>
        </w:rPr>
        <w:t>C. fused</w:t>
      </w:r>
    </w:p>
    <w:p>
      <w:pPr>
        <w:pStyle w:val="ListParagraph"/>
      </w:pPr>
      <w:r>
        <w:rPr>
          <w:sz w:val="22"/>
        </w:rPr>
        <w:t>D. fusible</w:t>
      </w:r>
    </w:p>
    <w:p/>
    <w:p>
      <w:r>
        <w:rPr>
          <w:b/>
          <w:sz w:val="24"/>
        </w:rPr>
        <w:t>Câu 25: He is a ______ of the guitar.</w:t>
      </w:r>
    </w:p>
    <w:p>
      <w:pPr>
        <w:pStyle w:val="ListParagraph"/>
      </w:pPr>
      <w:r>
        <w:rPr>
          <w:sz w:val="22"/>
        </w:rPr>
        <w:t>A. virtuoso</w:t>
      </w:r>
    </w:p>
    <w:p>
      <w:pPr>
        <w:pStyle w:val="ListParagraph"/>
      </w:pPr>
      <w:r>
        <w:rPr>
          <w:sz w:val="22"/>
        </w:rPr>
        <w:t>B. virtuosity</w:t>
      </w:r>
    </w:p>
    <w:p>
      <w:pPr>
        <w:pStyle w:val="ListParagraph"/>
      </w:pPr>
      <w:r>
        <w:rPr>
          <w:sz w:val="22"/>
        </w:rPr>
        <w:t>C. virtuosic</w:t>
      </w:r>
    </w:p>
    <w:p>
      <w:pPr>
        <w:pStyle w:val="ListParagraph"/>
      </w:pPr>
      <w:r>
        <w:rPr>
          <w:sz w:val="22"/>
        </w:rPr>
        <w:t>D. virtuosically</w:t>
      </w:r>
    </w:p>
    <w:p/>
    <w:p>
      <w:r>
        <w:rPr>
          <w:b/>
          <w:sz w:val="24"/>
        </w:rPr>
        <w:t>Câu 26: The song has a ______ beat that makes you want to dance.</w:t>
      </w:r>
    </w:p>
    <w:p>
      <w:pPr>
        <w:pStyle w:val="ListParagraph"/>
      </w:pPr>
      <w:r>
        <w:rPr>
          <w:sz w:val="22"/>
        </w:rPr>
        <w:t>A. lively</w:t>
      </w:r>
    </w:p>
    <w:p>
      <w:pPr>
        <w:pStyle w:val="ListParagraph"/>
      </w:pPr>
      <w:r>
        <w:rPr>
          <w:sz w:val="22"/>
        </w:rPr>
        <w:t>B. live</w:t>
      </w:r>
    </w:p>
    <w:p>
      <w:pPr>
        <w:pStyle w:val="ListParagraph"/>
      </w:pPr>
      <w:r>
        <w:rPr>
          <w:sz w:val="22"/>
        </w:rPr>
        <w:t>C. living</w:t>
      </w:r>
    </w:p>
    <w:p>
      <w:pPr>
        <w:pStyle w:val="ListParagraph"/>
      </w:pPr>
      <w:r>
        <w:rPr>
          <w:sz w:val="22"/>
        </w:rPr>
        <w:t>D. alive</w:t>
      </w:r>
    </w:p>
    <w:p/>
    <w:p>
      <w:r>
        <w:rPr>
          <w:b/>
          <w:sz w:val="24"/>
        </w:rPr>
        <w:t>Câu 27: She ______ in a choir when she was in high school.</w:t>
      </w:r>
    </w:p>
    <w:p>
      <w:pPr>
        <w:pStyle w:val="ListParagraph"/>
      </w:pPr>
      <w:r>
        <w:rPr>
          <w:sz w:val="22"/>
        </w:rPr>
        <w:t>A. sang</w:t>
      </w:r>
    </w:p>
    <w:p>
      <w:pPr>
        <w:pStyle w:val="ListParagraph"/>
      </w:pPr>
      <w:r>
        <w:rPr>
          <w:sz w:val="22"/>
        </w:rPr>
        <w:t>B. sing</w:t>
      </w:r>
    </w:p>
    <w:p>
      <w:pPr>
        <w:pStyle w:val="ListParagraph"/>
      </w:pPr>
      <w:r>
        <w:rPr>
          <w:sz w:val="22"/>
        </w:rPr>
        <w:t>C. sung</w:t>
      </w:r>
    </w:p>
    <w:p>
      <w:pPr>
        <w:pStyle w:val="ListParagraph"/>
      </w:pPr>
      <w:r>
        <w:rPr>
          <w:sz w:val="22"/>
        </w:rPr>
        <w:t>D. singing</w:t>
      </w:r>
    </w:p>
    <w:p/>
    <w:p>
      <w:r>
        <w:rPr>
          <w:b/>
          <w:sz w:val="24"/>
        </w:rPr>
        <w:t>Câu 28: The ______ of the song is very meaningful.</w:t>
      </w:r>
    </w:p>
    <w:p>
      <w:pPr>
        <w:pStyle w:val="ListParagraph"/>
      </w:pPr>
      <w:r>
        <w:rPr>
          <w:sz w:val="22"/>
        </w:rPr>
        <w:t>A. lyrics</w:t>
      </w:r>
    </w:p>
    <w:p>
      <w:pPr>
        <w:pStyle w:val="ListParagraph"/>
      </w:pPr>
      <w:r>
        <w:rPr>
          <w:sz w:val="22"/>
        </w:rPr>
        <w:t>B. lyric</w:t>
      </w:r>
    </w:p>
    <w:p>
      <w:pPr>
        <w:pStyle w:val="ListParagraph"/>
      </w:pPr>
      <w:r>
        <w:rPr>
          <w:sz w:val="22"/>
        </w:rPr>
        <w:t>C. lyrical</w:t>
      </w:r>
    </w:p>
    <w:p>
      <w:pPr>
        <w:pStyle w:val="ListParagraph"/>
      </w:pPr>
      <w:r>
        <w:rPr>
          <w:sz w:val="22"/>
        </w:rPr>
        <w:t>D. lyrically</w:t>
      </w:r>
    </w:p>
    <w:p/>
    <w:p>
      <w:r>
        <w:rPr>
          <w:b/>
          <w:sz w:val="24"/>
        </w:rPr>
        <w:t>Câu 29: He is ______ at playing the piano.</w:t>
      </w:r>
    </w:p>
    <w:p>
      <w:pPr>
        <w:pStyle w:val="ListParagraph"/>
      </w:pPr>
      <w:r>
        <w:rPr>
          <w:sz w:val="22"/>
        </w:rPr>
        <w:t>A. good</w:t>
      </w:r>
    </w:p>
    <w:p>
      <w:pPr>
        <w:pStyle w:val="ListParagraph"/>
      </w:pPr>
      <w:r>
        <w:rPr>
          <w:sz w:val="22"/>
        </w:rPr>
        <w:t>B. well</w:t>
      </w:r>
    </w:p>
    <w:p>
      <w:pPr>
        <w:pStyle w:val="ListParagraph"/>
      </w:pPr>
      <w:r>
        <w:rPr>
          <w:sz w:val="22"/>
        </w:rPr>
        <w:t>C. better</w:t>
      </w:r>
    </w:p>
    <w:p>
      <w:pPr>
        <w:pStyle w:val="ListParagraph"/>
      </w:pPr>
      <w:r>
        <w:rPr>
          <w:sz w:val="22"/>
        </w:rPr>
        <w:t>D. best</w:t>
      </w:r>
    </w:p>
    <w:p/>
    <w:p>
      <w:r>
        <w:rPr>
          <w:b/>
          <w:sz w:val="24"/>
        </w:rPr>
        <w:t>Câu 30: The ______ of the music was so beautiful that it gave me chills.</w:t>
      </w:r>
    </w:p>
    <w:p>
      <w:pPr>
        <w:pStyle w:val="ListParagraph"/>
      </w:pPr>
      <w:r>
        <w:rPr>
          <w:sz w:val="22"/>
        </w:rPr>
        <w:t>A. harmony</w:t>
      </w:r>
    </w:p>
    <w:p>
      <w:pPr>
        <w:pStyle w:val="ListParagraph"/>
      </w:pPr>
      <w:r>
        <w:rPr>
          <w:sz w:val="22"/>
        </w:rPr>
        <w:t>B. harmonious</w:t>
      </w:r>
    </w:p>
    <w:p>
      <w:pPr>
        <w:pStyle w:val="ListParagraph"/>
      </w:pPr>
      <w:r>
        <w:rPr>
          <w:sz w:val="22"/>
        </w:rPr>
        <w:t>C. harmoniously</w:t>
      </w:r>
    </w:p>
    <w:p>
      <w:pPr>
        <w:pStyle w:val="ListParagraph"/>
      </w:pPr>
      <w:r>
        <w:rPr>
          <w:sz w:val="22"/>
        </w:rPr>
        <w:t>D. harmonize</w:t>
      </w:r>
    </w:p>
    <w:p/>
    <w:p>
      <w:r>
        <w:rPr>
          <w:b/>
          <w:sz w:val="24"/>
        </w:rPr>
        <w:t>Câu 31: She has been ______ music for over a decade.</w:t>
      </w:r>
    </w:p>
    <w:p>
      <w:pPr>
        <w:pStyle w:val="ListParagraph"/>
      </w:pPr>
      <w:r>
        <w:rPr>
          <w:sz w:val="22"/>
        </w:rPr>
        <w:t>A. studying</w:t>
      </w:r>
    </w:p>
    <w:p>
      <w:pPr>
        <w:pStyle w:val="ListParagraph"/>
      </w:pPr>
      <w:r>
        <w:rPr>
          <w:sz w:val="22"/>
        </w:rPr>
        <w:t>B. study</w:t>
      </w:r>
    </w:p>
    <w:p>
      <w:pPr>
        <w:pStyle w:val="ListParagraph"/>
      </w:pPr>
      <w:r>
        <w:rPr>
          <w:sz w:val="22"/>
        </w:rPr>
        <w:t>C. studied</w:t>
      </w:r>
    </w:p>
    <w:p>
      <w:pPr>
        <w:pStyle w:val="ListParagraph"/>
      </w:pPr>
      <w:r>
        <w:rPr>
          <w:sz w:val="22"/>
        </w:rPr>
        <w:t>D. studies</w:t>
      </w:r>
    </w:p>
    <w:p/>
    <w:p>
      <w:r>
        <w:rPr>
          <w:b/>
          <w:sz w:val="24"/>
        </w:rPr>
        <w:t>Câu 32: The ______ of the band is very charismatic.</w:t>
      </w:r>
    </w:p>
    <w:p>
      <w:pPr>
        <w:pStyle w:val="ListParagraph"/>
      </w:pPr>
      <w:r>
        <w:rPr>
          <w:sz w:val="22"/>
        </w:rPr>
        <w:t>A. lead singer</w:t>
      </w:r>
    </w:p>
    <w:p>
      <w:pPr>
        <w:pStyle w:val="ListParagraph"/>
      </w:pPr>
      <w:r>
        <w:rPr>
          <w:sz w:val="22"/>
        </w:rPr>
        <w:t>B. leadership</w:t>
      </w:r>
    </w:p>
    <w:p>
      <w:pPr>
        <w:pStyle w:val="ListParagraph"/>
      </w:pPr>
      <w:r>
        <w:rPr>
          <w:sz w:val="22"/>
        </w:rPr>
        <w:t>C. leading</w:t>
      </w:r>
    </w:p>
    <w:p>
      <w:pPr>
        <w:pStyle w:val="ListParagraph"/>
      </w:pPr>
      <w:r>
        <w:rPr>
          <w:sz w:val="22"/>
        </w:rPr>
        <w:t>D. leader</w:t>
      </w:r>
    </w:p>
    <w:p/>
    <w:p>
      <w:r>
        <w:rPr>
          <w:b/>
          <w:sz w:val="24"/>
        </w:rPr>
        <w:t>Câu 33: He ______ his first album when he was only 18.</w:t>
      </w:r>
    </w:p>
    <w:p>
      <w:pPr>
        <w:pStyle w:val="ListParagraph"/>
      </w:pPr>
      <w:r>
        <w:rPr>
          <w:sz w:val="22"/>
        </w:rPr>
        <w:t>A. released</w:t>
      </w:r>
    </w:p>
    <w:p>
      <w:pPr>
        <w:pStyle w:val="ListParagraph"/>
      </w:pPr>
      <w:r>
        <w:rPr>
          <w:sz w:val="22"/>
        </w:rPr>
        <w:t>B. release</w:t>
      </w:r>
    </w:p>
    <w:p>
      <w:pPr>
        <w:pStyle w:val="ListParagraph"/>
      </w:pPr>
      <w:r>
        <w:rPr>
          <w:sz w:val="22"/>
        </w:rPr>
        <w:t>C. releasing</w:t>
      </w:r>
    </w:p>
    <w:p>
      <w:pPr>
        <w:pStyle w:val="ListParagraph"/>
      </w:pPr>
      <w:r>
        <w:rPr>
          <w:sz w:val="22"/>
        </w:rPr>
        <w:t>D. releases</w:t>
      </w:r>
    </w:p>
    <w:p/>
    <w:p>
      <w:r>
        <w:rPr>
          <w:b/>
          <w:sz w:val="24"/>
        </w:rPr>
        <w:t>Câu 34: The ______ of the song is very catchy.</w:t>
      </w:r>
    </w:p>
    <w:p>
      <w:pPr>
        <w:pStyle w:val="ListParagraph"/>
      </w:pPr>
      <w:r>
        <w:rPr>
          <w:sz w:val="22"/>
        </w:rPr>
        <w:t>A. chorus</w:t>
      </w:r>
    </w:p>
    <w:p>
      <w:pPr>
        <w:pStyle w:val="ListParagraph"/>
      </w:pPr>
      <w:r>
        <w:rPr>
          <w:sz w:val="22"/>
        </w:rPr>
        <w:t>B. choral</w:t>
      </w:r>
    </w:p>
    <w:p>
      <w:pPr>
        <w:pStyle w:val="ListParagraph"/>
      </w:pPr>
      <w:r>
        <w:rPr>
          <w:sz w:val="22"/>
        </w:rPr>
        <w:t>C. chorally</w:t>
      </w:r>
    </w:p>
    <w:p>
      <w:pPr>
        <w:pStyle w:val="ListParagraph"/>
      </w:pPr>
      <w:r>
        <w:rPr>
          <w:sz w:val="22"/>
        </w:rPr>
        <w:t>D. chorus</w:t>
      </w:r>
    </w:p>
    <w:p/>
    <w:p>
      <w:r>
        <w:rPr>
          <w:b/>
          <w:sz w:val="24"/>
        </w:rPr>
        <w:t>Câu 35: She is a ______ singer; she can sing many different styles.</w:t>
      </w:r>
    </w:p>
    <w:p>
      <w:pPr>
        <w:pStyle w:val="ListParagraph"/>
      </w:pPr>
      <w:r>
        <w:rPr>
          <w:sz w:val="22"/>
        </w:rPr>
        <w:t>A. versatile</w:t>
      </w:r>
    </w:p>
    <w:p>
      <w:pPr>
        <w:pStyle w:val="ListParagraph"/>
      </w:pPr>
      <w:r>
        <w:rPr>
          <w:sz w:val="22"/>
        </w:rPr>
        <w:t>B. versatility</w:t>
      </w:r>
    </w:p>
    <w:p>
      <w:pPr>
        <w:pStyle w:val="ListParagraph"/>
      </w:pPr>
      <w:r>
        <w:rPr>
          <w:sz w:val="22"/>
        </w:rPr>
        <w:t>C. versatileness</w:t>
      </w:r>
    </w:p>
    <w:p>
      <w:pPr>
        <w:pStyle w:val="ListParagraph"/>
      </w:pPr>
      <w:r>
        <w:rPr>
          <w:sz w:val="22"/>
        </w:rPr>
        <w:t>D. versatily</w:t>
      </w:r>
    </w:p>
    <w:p/>
    <w:p>
      <w:r>
        <w:rPr>
          <w:b/>
          <w:sz w:val="24"/>
        </w:rPr>
        <w:t>Câu 36: The ______ of the music was so loud that it hurt my ears.</w:t>
      </w:r>
    </w:p>
    <w:p>
      <w:pPr>
        <w:pStyle w:val="ListParagraph"/>
      </w:pPr>
      <w:r>
        <w:rPr>
          <w:sz w:val="22"/>
        </w:rPr>
        <w:t>A. volume</w:t>
      </w:r>
    </w:p>
    <w:p>
      <w:pPr>
        <w:pStyle w:val="ListParagraph"/>
      </w:pPr>
      <w:r>
        <w:rPr>
          <w:sz w:val="22"/>
        </w:rPr>
        <w:t>B. sound</w:t>
      </w:r>
    </w:p>
    <w:p>
      <w:pPr>
        <w:pStyle w:val="ListParagraph"/>
      </w:pPr>
      <w:r>
        <w:rPr>
          <w:sz w:val="22"/>
        </w:rPr>
        <w:t>C. noise</w:t>
      </w:r>
    </w:p>
    <w:p>
      <w:pPr>
        <w:pStyle w:val="ListParagraph"/>
      </w:pPr>
      <w:r>
        <w:rPr>
          <w:sz w:val="22"/>
        </w:rPr>
        <w:t>D. voice</w:t>
      </w:r>
    </w:p>
    <w:p/>
    <w:p>
      <w:r>
        <w:rPr>
          <w:b/>
          <w:sz w:val="24"/>
        </w:rPr>
        <w:t>Câu 37: He is known for his ______ performances.</w:t>
      </w:r>
    </w:p>
    <w:p>
      <w:pPr>
        <w:pStyle w:val="ListParagraph"/>
      </w:pPr>
      <w:r>
        <w:rPr>
          <w:sz w:val="22"/>
        </w:rPr>
        <w:t>A. energetic</w:t>
      </w:r>
    </w:p>
    <w:p>
      <w:pPr>
        <w:pStyle w:val="ListParagraph"/>
      </w:pPr>
      <w:r>
        <w:rPr>
          <w:sz w:val="22"/>
        </w:rPr>
        <w:t>B. energy</w:t>
      </w:r>
    </w:p>
    <w:p>
      <w:pPr>
        <w:pStyle w:val="ListParagraph"/>
      </w:pPr>
      <w:r>
        <w:rPr>
          <w:sz w:val="22"/>
        </w:rPr>
        <w:t>C. energetically</w:t>
      </w:r>
    </w:p>
    <w:p>
      <w:pPr>
        <w:pStyle w:val="ListParagraph"/>
      </w:pPr>
      <w:r>
        <w:rPr>
          <w:sz w:val="22"/>
        </w:rPr>
        <w:t>D. energize</w:t>
      </w:r>
    </w:p>
    <w:p/>
    <w:p>
      <w:r>
        <w:rPr>
          <w:b/>
          <w:sz w:val="24"/>
        </w:rPr>
        <w:t>Câu 38: The band's music is very ______; it makes you want to dance.</w:t>
      </w:r>
    </w:p>
    <w:p>
      <w:pPr>
        <w:pStyle w:val="ListParagraph"/>
      </w:pPr>
      <w:r>
        <w:rPr>
          <w:sz w:val="22"/>
        </w:rPr>
        <w:t>A. upbeat</w:t>
      </w:r>
    </w:p>
    <w:p>
      <w:pPr>
        <w:pStyle w:val="ListParagraph"/>
      </w:pPr>
      <w:r>
        <w:rPr>
          <w:sz w:val="22"/>
        </w:rPr>
        <w:t>B. upbeating</w:t>
      </w:r>
    </w:p>
    <w:p>
      <w:pPr>
        <w:pStyle w:val="ListParagraph"/>
      </w:pPr>
      <w:r>
        <w:rPr>
          <w:sz w:val="22"/>
        </w:rPr>
        <w:t>C. upbeatly</w:t>
      </w:r>
    </w:p>
    <w:p>
      <w:pPr>
        <w:pStyle w:val="ListParagraph"/>
      </w:pPr>
      <w:r>
        <w:rPr>
          <w:sz w:val="22"/>
        </w:rPr>
        <w:t>D. upbeatness</w:t>
      </w:r>
    </w:p>
    <w:p/>
    <w:p>
      <w:r>
        <w:rPr>
          <w:b/>
          <w:sz w:val="24"/>
        </w:rPr>
        <w:t>Câu 39: She ______ her own music and lyrics.</w:t>
      </w:r>
    </w:p>
    <w:p>
      <w:pPr>
        <w:pStyle w:val="ListParagraph"/>
      </w:pPr>
      <w:r>
        <w:rPr>
          <w:sz w:val="22"/>
        </w:rPr>
        <w:t>A. writes</w:t>
      </w:r>
    </w:p>
    <w:p>
      <w:pPr>
        <w:pStyle w:val="ListParagraph"/>
      </w:pPr>
      <w:r>
        <w:rPr>
          <w:sz w:val="22"/>
        </w:rPr>
        <w:t>B. write</w:t>
      </w:r>
    </w:p>
    <w:p>
      <w:pPr>
        <w:pStyle w:val="ListParagraph"/>
      </w:pPr>
      <w:r>
        <w:rPr>
          <w:sz w:val="22"/>
        </w:rPr>
        <w:t>C. wrote</w:t>
      </w:r>
    </w:p>
    <w:p>
      <w:pPr>
        <w:pStyle w:val="ListParagraph"/>
      </w:pPr>
      <w:r>
        <w:rPr>
          <w:sz w:val="22"/>
        </w:rPr>
        <w:t>D. written</w:t>
      </w:r>
    </w:p>
    <w:p/>
    <w:p>
      <w:r>
        <w:rPr>
          <w:b/>
          <w:sz w:val="24"/>
        </w:rPr>
        <w:t>Câu 40: The ______ of the song is very emotional.</w:t>
      </w:r>
    </w:p>
    <w:p>
      <w:pPr>
        <w:pStyle w:val="ListParagraph"/>
      </w:pPr>
      <w:r>
        <w:rPr>
          <w:sz w:val="22"/>
        </w:rPr>
        <w:t>A. melody</w:t>
      </w:r>
    </w:p>
    <w:p>
      <w:pPr>
        <w:pStyle w:val="ListParagraph"/>
      </w:pPr>
      <w:r>
        <w:rPr>
          <w:sz w:val="22"/>
        </w:rPr>
        <w:t>B. melodious</w:t>
      </w:r>
    </w:p>
    <w:p>
      <w:pPr>
        <w:pStyle w:val="ListParagraph"/>
      </w:pPr>
      <w:r>
        <w:rPr>
          <w:sz w:val="22"/>
        </w:rPr>
        <w:t>C. melodically</w:t>
      </w:r>
    </w:p>
    <w:p>
      <w:pPr>
        <w:pStyle w:val="ListParagraph"/>
      </w:pPr>
      <w:r>
        <w:rPr>
          <w:sz w:val="22"/>
        </w:rPr>
        <w:t>D. melodiousness</w:t>
      </w:r>
    </w:p>
    <w:p/>
    <w:p>
      <w:r>
        <w:rPr>
          <w:b/>
          <w:sz w:val="24"/>
        </w:rPr>
        <w:t>Câu 41: He has a ______ for music; he can play any instrument.</w:t>
      </w:r>
    </w:p>
    <w:p>
      <w:pPr>
        <w:pStyle w:val="ListParagraph"/>
      </w:pPr>
      <w:r>
        <w:rPr>
          <w:sz w:val="22"/>
        </w:rPr>
        <w:t>A. talent</w:t>
      </w:r>
    </w:p>
    <w:p>
      <w:pPr>
        <w:pStyle w:val="ListParagraph"/>
      </w:pPr>
      <w:r>
        <w:rPr>
          <w:sz w:val="22"/>
        </w:rPr>
        <w:t>B. talented</w:t>
      </w:r>
    </w:p>
    <w:p>
      <w:pPr>
        <w:pStyle w:val="ListParagraph"/>
      </w:pPr>
      <w:r>
        <w:rPr>
          <w:sz w:val="22"/>
        </w:rPr>
        <w:t>C. talently</w:t>
      </w:r>
    </w:p>
    <w:p>
      <w:pPr>
        <w:pStyle w:val="ListParagraph"/>
      </w:pPr>
      <w:r>
        <w:rPr>
          <w:sz w:val="22"/>
        </w:rPr>
        <w:t>D. talentless</w:t>
      </w:r>
    </w:p>
    <w:p/>
    <w:p>
      <w:r>
        <w:rPr>
          <w:b/>
          <w:sz w:val="24"/>
        </w:rPr>
        <w:t>Câu 42: The ______ of the concert was electric.</w:t>
      </w:r>
    </w:p>
    <w:p>
      <w:pPr>
        <w:pStyle w:val="ListParagraph"/>
      </w:pPr>
      <w:r>
        <w:rPr>
          <w:sz w:val="22"/>
        </w:rPr>
        <w:t>A. atmosphere</w:t>
      </w:r>
    </w:p>
    <w:p>
      <w:pPr>
        <w:pStyle w:val="ListParagraph"/>
      </w:pPr>
      <w:r>
        <w:rPr>
          <w:sz w:val="22"/>
        </w:rPr>
        <w:t>B. atmospheric</w:t>
      </w:r>
    </w:p>
    <w:p>
      <w:pPr>
        <w:pStyle w:val="ListParagraph"/>
      </w:pPr>
      <w:r>
        <w:rPr>
          <w:sz w:val="22"/>
        </w:rPr>
        <w:t>C. atmospherically</w:t>
      </w:r>
    </w:p>
    <w:p>
      <w:pPr>
        <w:pStyle w:val="ListParagraph"/>
      </w:pPr>
      <w:r>
        <w:rPr>
          <w:sz w:val="22"/>
        </w:rPr>
        <w:t>D. atmospherics</w:t>
      </w:r>
    </w:p>
    <w:p/>
    <w:p>
      <w:r>
        <w:rPr>
          <w:b/>
          <w:sz w:val="24"/>
        </w:rPr>
        <w:t>Câu 43: She sings with a lot of ______.</w:t>
      </w:r>
    </w:p>
    <w:p>
      <w:pPr>
        <w:pStyle w:val="ListParagraph"/>
      </w:pPr>
      <w:r>
        <w:rPr>
          <w:sz w:val="22"/>
        </w:rPr>
        <w:t>A. passion</w:t>
      </w:r>
    </w:p>
    <w:p>
      <w:pPr>
        <w:pStyle w:val="ListParagraph"/>
      </w:pPr>
      <w:r>
        <w:rPr>
          <w:sz w:val="22"/>
        </w:rPr>
        <w:t>B. passionate</w:t>
      </w:r>
    </w:p>
    <w:p>
      <w:pPr>
        <w:pStyle w:val="ListParagraph"/>
      </w:pPr>
      <w:r>
        <w:rPr>
          <w:sz w:val="22"/>
        </w:rPr>
        <w:t>C. passionately</w:t>
      </w:r>
    </w:p>
    <w:p>
      <w:pPr>
        <w:pStyle w:val="ListParagraph"/>
      </w:pPr>
      <w:r>
        <w:rPr>
          <w:sz w:val="22"/>
        </w:rPr>
        <w:t>D. passionless</w:t>
      </w:r>
    </w:p>
    <w:p/>
    <w:p>
      <w:r>
        <w:rPr>
          <w:b/>
          <w:sz w:val="24"/>
        </w:rPr>
        <w:t>Câu 44: The ______ of the band are very dedicated.</w:t>
      </w:r>
    </w:p>
    <w:p>
      <w:pPr>
        <w:pStyle w:val="ListParagraph"/>
      </w:pPr>
      <w:r>
        <w:rPr>
          <w:sz w:val="22"/>
        </w:rPr>
        <w:t>A. fans</w:t>
      </w:r>
    </w:p>
    <w:p>
      <w:pPr>
        <w:pStyle w:val="ListParagraph"/>
      </w:pPr>
      <w:r>
        <w:rPr>
          <w:sz w:val="22"/>
        </w:rPr>
        <w:t>B. fanatic</w:t>
      </w:r>
    </w:p>
    <w:p>
      <w:pPr>
        <w:pStyle w:val="ListParagraph"/>
      </w:pPr>
      <w:r>
        <w:rPr>
          <w:sz w:val="22"/>
        </w:rPr>
        <w:t>C. fanatical</w:t>
      </w:r>
    </w:p>
    <w:p>
      <w:pPr>
        <w:pStyle w:val="ListParagraph"/>
      </w:pPr>
      <w:r>
        <w:rPr>
          <w:sz w:val="22"/>
        </w:rPr>
        <w:t>D. fanatically</w:t>
      </w:r>
    </w:p>
    <w:p/>
    <w:p>
      <w:r>
        <w:rPr>
          <w:b/>
          <w:sz w:val="24"/>
        </w:rPr>
        <w:t>Câu 45: He is a ______ composer; he has written many symphonies.</w:t>
      </w:r>
    </w:p>
    <w:p>
      <w:pPr>
        <w:pStyle w:val="ListParagraph"/>
      </w:pPr>
      <w:r>
        <w:rPr>
          <w:sz w:val="22"/>
        </w:rPr>
        <w:t>A. prolific</w:t>
      </w:r>
    </w:p>
    <w:p>
      <w:pPr>
        <w:pStyle w:val="ListParagraph"/>
      </w:pPr>
      <w:r>
        <w:rPr>
          <w:sz w:val="22"/>
        </w:rPr>
        <w:t>B. prolifically</w:t>
      </w:r>
    </w:p>
    <w:p>
      <w:pPr>
        <w:pStyle w:val="ListParagraph"/>
      </w:pPr>
      <w:r>
        <w:rPr>
          <w:sz w:val="22"/>
        </w:rPr>
        <w:t>C. prolificness</w:t>
      </w:r>
    </w:p>
    <w:p>
      <w:pPr>
        <w:pStyle w:val="ListParagraph"/>
      </w:pPr>
      <w:r>
        <w:rPr>
          <w:sz w:val="22"/>
        </w:rPr>
        <w:t>D. prolificity</w:t>
      </w:r>
    </w:p>
    <w:p/>
    <w:p>
      <w:r>
        <w:rPr>
          <w:b/>
          <w:sz w:val="24"/>
        </w:rPr>
        <w:t>Câu 46: The song's ______ is very simple but effective.</w:t>
      </w:r>
    </w:p>
    <w:p>
      <w:pPr>
        <w:pStyle w:val="ListParagraph"/>
      </w:pPr>
      <w:r>
        <w:rPr>
          <w:sz w:val="22"/>
        </w:rPr>
        <w:t>A. rhythm</w:t>
      </w:r>
    </w:p>
    <w:p>
      <w:pPr>
        <w:pStyle w:val="ListParagraph"/>
      </w:pPr>
      <w:r>
        <w:rPr>
          <w:sz w:val="22"/>
        </w:rPr>
        <w:t>B. rhythmic</w:t>
      </w:r>
    </w:p>
    <w:p>
      <w:pPr>
        <w:pStyle w:val="ListParagraph"/>
      </w:pPr>
      <w:r>
        <w:rPr>
          <w:sz w:val="22"/>
        </w:rPr>
        <w:t>C. rhythmically</w:t>
      </w:r>
    </w:p>
    <w:p>
      <w:pPr>
        <w:pStyle w:val="ListParagraph"/>
      </w:pPr>
      <w:r>
        <w:rPr>
          <w:sz w:val="22"/>
        </w:rPr>
        <w:t>D. rhythmicity</w:t>
      </w:r>
    </w:p>
    <w:p/>
    <w:p>
      <w:r>
        <w:rPr>
          <w:b/>
          <w:sz w:val="24"/>
        </w:rPr>
        <w:t>Câu 47: She has a ______ voice that can reach high notes.</w:t>
      </w:r>
    </w:p>
    <w:p>
      <w:pPr>
        <w:pStyle w:val="ListParagraph"/>
      </w:pPr>
      <w:r>
        <w:rPr>
          <w:sz w:val="22"/>
        </w:rPr>
        <w:t>A. powerful</w:t>
      </w:r>
    </w:p>
    <w:p>
      <w:pPr>
        <w:pStyle w:val="ListParagraph"/>
      </w:pPr>
      <w:r>
        <w:rPr>
          <w:sz w:val="22"/>
        </w:rPr>
        <w:t>B. power</w:t>
      </w:r>
    </w:p>
    <w:p>
      <w:pPr>
        <w:pStyle w:val="ListParagraph"/>
      </w:pPr>
      <w:r>
        <w:rPr>
          <w:sz w:val="22"/>
        </w:rPr>
        <w:t>C. powerfully</w:t>
      </w:r>
    </w:p>
    <w:p>
      <w:pPr>
        <w:pStyle w:val="ListParagraph"/>
      </w:pPr>
      <w:r>
        <w:rPr>
          <w:sz w:val="22"/>
        </w:rPr>
        <w:t>D. powerfulness</w:t>
      </w:r>
    </w:p>
    <w:p/>
    <w:p>
      <w:r>
        <w:rPr>
          <w:b/>
          <w:sz w:val="24"/>
        </w:rPr>
        <w:t>Câu 48: The band's music is a ______ of different genres.</w:t>
      </w:r>
    </w:p>
    <w:p>
      <w:pPr>
        <w:pStyle w:val="ListParagraph"/>
      </w:pPr>
      <w:r>
        <w:rPr>
          <w:sz w:val="22"/>
        </w:rPr>
        <w:t>A. blend</w:t>
      </w:r>
    </w:p>
    <w:p>
      <w:pPr>
        <w:pStyle w:val="ListParagraph"/>
      </w:pPr>
      <w:r>
        <w:rPr>
          <w:sz w:val="22"/>
        </w:rPr>
        <w:t>B. blending</w:t>
      </w:r>
    </w:p>
    <w:p>
      <w:pPr>
        <w:pStyle w:val="ListParagraph"/>
      </w:pPr>
      <w:r>
        <w:rPr>
          <w:sz w:val="22"/>
        </w:rPr>
        <w:t>C. blended</w:t>
      </w:r>
    </w:p>
    <w:p>
      <w:pPr>
        <w:pStyle w:val="ListParagraph"/>
      </w:pPr>
      <w:r>
        <w:rPr>
          <w:sz w:val="22"/>
        </w:rPr>
        <w:t>D. blender</w:t>
      </w:r>
    </w:p>
    <w:p/>
    <w:p>
      <w:r>
        <w:rPr>
          <w:b/>
          <w:sz w:val="24"/>
        </w:rPr>
        <w:t>Câu 49: He is ______ at playing the violin.</w:t>
      </w:r>
    </w:p>
    <w:p>
      <w:pPr>
        <w:pStyle w:val="ListParagraph"/>
      </w:pPr>
      <w:r>
        <w:rPr>
          <w:sz w:val="22"/>
        </w:rPr>
        <w:t>A. excellent</w:t>
      </w:r>
    </w:p>
    <w:p>
      <w:pPr>
        <w:pStyle w:val="ListParagraph"/>
      </w:pPr>
      <w:r>
        <w:rPr>
          <w:sz w:val="22"/>
        </w:rPr>
        <w:t>B. excellence</w:t>
      </w:r>
    </w:p>
    <w:p>
      <w:pPr>
        <w:pStyle w:val="ListParagraph"/>
      </w:pPr>
      <w:r>
        <w:rPr>
          <w:sz w:val="22"/>
        </w:rPr>
        <w:t>C. excellently</w:t>
      </w:r>
    </w:p>
    <w:p>
      <w:pPr>
        <w:pStyle w:val="ListParagraph"/>
      </w:pPr>
      <w:r>
        <w:rPr>
          <w:sz w:val="22"/>
        </w:rPr>
        <w:t>D. excel</w:t>
      </w:r>
    </w:p>
    <w:p/>
    <w:p>
      <w:r>
        <w:rPr>
          <w:b/>
          <w:sz w:val="24"/>
        </w:rPr>
        <w:t>Câu 50: The ______ of the song is very touching.</w:t>
      </w:r>
    </w:p>
    <w:p>
      <w:pPr>
        <w:pStyle w:val="ListParagraph"/>
      </w:pPr>
      <w:r>
        <w:rPr>
          <w:sz w:val="22"/>
        </w:rPr>
        <w:t>A. lyrics</w:t>
      </w:r>
    </w:p>
    <w:p>
      <w:pPr>
        <w:pStyle w:val="ListParagraph"/>
      </w:pPr>
      <w:r>
        <w:rPr>
          <w:sz w:val="22"/>
        </w:rPr>
        <w:t>B. lyric</w:t>
      </w:r>
    </w:p>
    <w:p>
      <w:pPr>
        <w:pStyle w:val="ListParagraph"/>
      </w:pPr>
      <w:r>
        <w:rPr>
          <w:sz w:val="22"/>
        </w:rPr>
        <w:t>C. lyrical</w:t>
      </w:r>
    </w:p>
    <w:p>
      <w:pPr>
        <w:pStyle w:val="ListParagraph"/>
      </w:pPr>
      <w:r>
        <w:rPr>
          <w:sz w:val="22"/>
        </w:rPr>
        <w:t>D. lyrically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A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A</w:t>
      </w:r>
    </w:p>
    <w:p>
      <w:r>
        <w:rPr>
          <w:b/>
        </w:rPr>
        <w:t>Câu 24: Đáp án đúng: A</w:t>
      </w:r>
    </w:p>
    <w:p>
      <w:r>
        <w:rPr>
          <w:b/>
        </w:rPr>
        <w:t>Câu 25: Đáp án đúng: A</w:t>
      </w:r>
    </w:p>
    <w:p>
      <w:r>
        <w:rPr>
          <w:b/>
        </w:rPr>
        <w:t>Câu 26: Đáp án đúng: A</w:t>
      </w:r>
    </w:p>
    <w:p>
      <w:r>
        <w:rPr>
          <w:b/>
        </w:rPr>
        <w:t>Câu 27: Đáp án đúng: A</w:t>
      </w:r>
    </w:p>
    <w:p>
      <w:r>
        <w:rPr>
          <w:b/>
        </w:rPr>
        <w:t>Câu 28: Đáp án đúng: A</w:t>
      </w:r>
    </w:p>
    <w:p>
      <w:r>
        <w:rPr>
          <w:b/>
        </w:rPr>
        <w:t>Câu 29: Đáp án đúng: A</w:t>
      </w:r>
    </w:p>
    <w:p>
      <w:r>
        <w:rPr>
          <w:b/>
        </w:rPr>
        <w:t>Câu 30: Đáp án đúng: A</w:t>
      </w:r>
    </w:p>
    <w:p>
      <w:r>
        <w:rPr>
          <w:b/>
        </w:rPr>
        <w:t>Câu 31: Đáp án đúng: A</w:t>
      </w:r>
    </w:p>
    <w:p>
      <w:r>
        <w:rPr>
          <w:b/>
        </w:rPr>
        <w:t>Câu 32: Đáp án đúng: A</w:t>
      </w:r>
    </w:p>
    <w:p>
      <w:r>
        <w:rPr>
          <w:b/>
        </w:rPr>
        <w:t>Câu 33: Đáp án đúng: A</w:t>
      </w:r>
    </w:p>
    <w:p>
      <w:r>
        <w:rPr>
          <w:b/>
        </w:rPr>
        <w:t>Câu 34: Đáp án đúng: A</w:t>
      </w:r>
    </w:p>
    <w:p>
      <w:r>
        <w:rPr>
          <w:b/>
        </w:rPr>
        <w:t>Câu 35: Đáp án đúng: A</w:t>
      </w:r>
    </w:p>
    <w:p>
      <w:r>
        <w:rPr>
          <w:b/>
        </w:rPr>
        <w:t>Câu 36: Đáp án đúng: A</w:t>
      </w:r>
    </w:p>
    <w:p>
      <w:r>
        <w:rPr>
          <w:b/>
        </w:rPr>
        <w:t>Câu 37: Đáp án đúng: A</w:t>
      </w:r>
    </w:p>
    <w:p>
      <w:r>
        <w:rPr>
          <w:b/>
        </w:rPr>
        <w:t>Câu 38: Đáp án đúng: A</w:t>
      </w:r>
    </w:p>
    <w:p>
      <w:r>
        <w:rPr>
          <w:b/>
        </w:rPr>
        <w:t>Câu 39: Đáp án đúng: A</w:t>
      </w:r>
    </w:p>
    <w:p>
      <w:r>
        <w:rPr>
          <w:b/>
        </w:rPr>
        <w:t>Câu 40: Đáp án đúng: A</w:t>
      </w:r>
    </w:p>
    <w:p>
      <w:r>
        <w:rPr>
          <w:b/>
        </w:rPr>
        <w:t>Câu 41: Đáp án đúng: A</w:t>
      </w:r>
    </w:p>
    <w:p>
      <w:r>
        <w:rPr>
          <w:b/>
        </w:rPr>
        <w:t>Câu 42: Đáp án đúng: A</w:t>
      </w:r>
    </w:p>
    <w:p>
      <w:r>
        <w:rPr>
          <w:b/>
        </w:rPr>
        <w:t>Câu 43: Đáp án đúng: A</w:t>
      </w:r>
    </w:p>
    <w:p>
      <w:r>
        <w:rPr>
          <w:b/>
        </w:rPr>
        <w:t>Câu 44: Đáp án đúng: A</w:t>
      </w:r>
    </w:p>
    <w:p>
      <w:r>
        <w:rPr>
          <w:b/>
        </w:rPr>
        <w:t>Câu 45: Đáp án đúng: A</w:t>
      </w:r>
    </w:p>
    <w:p>
      <w:r>
        <w:rPr>
          <w:b/>
        </w:rPr>
        <w:t>Câu 46: Đáp án đúng: A</w:t>
      </w:r>
    </w:p>
    <w:p>
      <w:r>
        <w:rPr>
          <w:b/>
        </w:rPr>
        <w:t>Câu 47: Đáp án đúng: A</w:t>
      </w:r>
    </w:p>
    <w:p>
      <w:r>
        <w:rPr>
          <w:b/>
        </w:rPr>
        <w:t>Câu 48: Đáp án đúng: A</w:t>
      </w:r>
    </w:p>
    <w:p>
      <w:r>
        <w:rPr>
          <w:b/>
        </w:rPr>
        <w:t>Câu 49: Đáp án đúng: A</w:t>
      </w:r>
    </w:p>
    <w:p>
      <w:r>
        <w:rPr>
          <w:b/>
        </w:rPr>
        <w:t>Câu 50: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