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KT 13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Cách mạng tư sản Anh bùng nổ vào năm nào?</w:t>
      </w:r>
    </w:p>
    <w:p>
      <w:pPr>
        <w:pStyle w:val="ListParagraph"/>
      </w:pPr>
      <w:r>
        <w:rPr>
          <w:sz w:val="22"/>
        </w:rPr>
        <w:t>A. 1640</w:t>
      </w:r>
    </w:p>
    <w:p>
      <w:pPr>
        <w:pStyle w:val="ListParagraph"/>
      </w:pPr>
      <w:r>
        <w:rPr>
          <w:sz w:val="22"/>
        </w:rPr>
        <w:t>B. 1642</w:t>
      </w:r>
    </w:p>
    <w:p>
      <w:pPr>
        <w:pStyle w:val="ListParagraph"/>
      </w:pPr>
      <w:r>
        <w:rPr>
          <w:sz w:val="22"/>
        </w:rPr>
        <w:t>C. 1649</w:t>
      </w:r>
    </w:p>
    <w:p>
      <w:pPr>
        <w:pStyle w:val="ListParagraph"/>
      </w:pPr>
      <w:r>
        <w:rPr>
          <w:sz w:val="22"/>
        </w:rPr>
        <w:t>D. 1688</w:t>
      </w:r>
    </w:p>
    <w:p/>
    <w:p>
      <w:r>
        <w:rPr>
          <w:b/>
          <w:sz w:val="24"/>
        </w:rPr>
        <w:t>Câu 2: Mâu thuẫn cơ bản dẫn đến Cách mạng tư sản Anh là mâu thuẫn giữa</w:t>
      </w:r>
    </w:p>
    <w:p>
      <w:pPr>
        <w:pStyle w:val="ListParagraph"/>
      </w:pPr>
      <w:r>
        <w:rPr>
          <w:sz w:val="22"/>
        </w:rPr>
        <w:t>A. nông dân với địa chủ phong kiến</w:t>
      </w:r>
    </w:p>
    <w:p>
      <w:pPr>
        <w:pStyle w:val="ListParagraph"/>
      </w:pPr>
      <w:r>
        <w:rPr>
          <w:sz w:val="22"/>
        </w:rPr>
        <w:t>B. tư sản, quý tộc mới với chế độ quân chủ chuyên chế</w:t>
      </w:r>
    </w:p>
    <w:p>
      <w:pPr>
        <w:pStyle w:val="ListParagraph"/>
      </w:pPr>
      <w:r>
        <w:rPr>
          <w:sz w:val="22"/>
        </w:rPr>
        <w:t>C. vô sản với tư sản</w:t>
      </w:r>
    </w:p>
    <w:p>
      <w:pPr>
        <w:pStyle w:val="ListParagraph"/>
      </w:pPr>
      <w:r>
        <w:rPr>
          <w:sz w:val="22"/>
        </w:rPr>
        <w:t>D. thuộc địa với chính quốc</w:t>
      </w:r>
    </w:p>
    <w:p/>
    <w:p>
      <w:r>
        <w:rPr>
          <w:b/>
          <w:sz w:val="24"/>
        </w:rPr>
        <w:t>Câu 3: Vua nào của Anh đã bị xử tử trong Cách mạng tư sản Anh?</w:t>
      </w:r>
    </w:p>
    <w:p>
      <w:pPr>
        <w:pStyle w:val="ListParagraph"/>
      </w:pPr>
      <w:r>
        <w:rPr>
          <w:sz w:val="22"/>
        </w:rPr>
        <w:t>A. Henry VIII</w:t>
      </w:r>
    </w:p>
    <w:p>
      <w:pPr>
        <w:pStyle w:val="ListParagraph"/>
      </w:pPr>
      <w:r>
        <w:rPr>
          <w:sz w:val="22"/>
        </w:rPr>
        <w:t>B. James I</w:t>
      </w:r>
    </w:p>
    <w:p>
      <w:pPr>
        <w:pStyle w:val="ListParagraph"/>
      </w:pPr>
      <w:r>
        <w:rPr>
          <w:sz w:val="22"/>
        </w:rPr>
        <w:t>C. Charles I</w:t>
      </w:r>
    </w:p>
    <w:p>
      <w:pPr>
        <w:pStyle w:val="ListParagraph"/>
      </w:pPr>
      <w:r>
        <w:rPr>
          <w:sz w:val="22"/>
        </w:rPr>
        <w:t>D. Charles II</w:t>
      </w:r>
    </w:p>
    <w:p/>
    <w:p>
      <w:r>
        <w:rPr>
          <w:b/>
          <w:sz w:val="24"/>
        </w:rPr>
        <w:t>Câu 4: Sự kiện năm 1688 ở Anh đã dẫn đến kết quả nào?</w:t>
      </w:r>
    </w:p>
    <w:p>
      <w:pPr>
        <w:pStyle w:val="ListParagraph"/>
      </w:pPr>
      <w:r>
        <w:rPr>
          <w:sz w:val="22"/>
        </w:rPr>
        <w:t>A. Nội chiến bùng nổ</w:t>
      </w:r>
    </w:p>
    <w:p>
      <w:pPr>
        <w:pStyle w:val="ListParagraph"/>
      </w:pPr>
      <w:r>
        <w:rPr>
          <w:sz w:val="22"/>
        </w:rPr>
        <w:t>B. Vua Charles I bị xử tử</w:t>
      </w:r>
    </w:p>
    <w:p>
      <w:pPr>
        <w:pStyle w:val="ListParagraph"/>
      </w:pPr>
      <w:r>
        <w:rPr>
          <w:sz w:val="22"/>
        </w:rPr>
        <w:t>C. Thiết lập chế độ quân chủ lập hiến</w:t>
      </w:r>
    </w:p>
    <w:p>
      <w:pPr>
        <w:pStyle w:val="ListParagraph"/>
      </w:pPr>
      <w:r>
        <w:rPr>
          <w:sz w:val="22"/>
        </w:rPr>
        <w:t>D. Tuyên ngôn Độc lập được công bố</w:t>
      </w:r>
    </w:p>
    <w:p/>
    <w:p>
      <w:r>
        <w:rPr>
          <w:b/>
          <w:sz w:val="24"/>
        </w:rPr>
        <w:t>Câu 5: Thực dân Anh thành lập 13 thuộc địa ở Bắc Mỹ vào khoảng thời gian nào?</w:t>
      </w:r>
    </w:p>
    <w:p>
      <w:pPr>
        <w:pStyle w:val="ListParagraph"/>
      </w:pPr>
      <w:r>
        <w:rPr>
          <w:sz w:val="22"/>
        </w:rPr>
        <w:t>A. Thế kỉ XVI</w:t>
      </w:r>
    </w:p>
    <w:p>
      <w:pPr>
        <w:pStyle w:val="ListParagraph"/>
      </w:pPr>
      <w:r>
        <w:rPr>
          <w:sz w:val="22"/>
        </w:rPr>
        <w:t>B. Thế kỉ XVII</w:t>
      </w:r>
    </w:p>
    <w:p>
      <w:pPr>
        <w:pStyle w:val="ListParagraph"/>
      </w:pPr>
      <w:r>
        <w:rPr>
          <w:sz w:val="22"/>
        </w:rPr>
        <w:t>C. Thế kỉ XVIII</w:t>
      </w:r>
    </w:p>
    <w:p>
      <w:pPr>
        <w:pStyle w:val="ListParagraph"/>
      </w:pPr>
      <w:r>
        <w:rPr>
          <w:sz w:val="22"/>
        </w:rPr>
        <w:t>D. Thế kỉ XVII - XVIII</w:t>
      </w:r>
    </w:p>
    <w:p/>
    <w:p>
      <w:r>
        <w:rPr>
          <w:b/>
          <w:sz w:val="24"/>
        </w:rPr>
        <w:t>Câu 6: Nguyên nhân trực tiếp dẫn đến Chiến tranh giành độc lập của 13 thuộc địa Anh ở Bắc Mỹ là</w:t>
      </w:r>
    </w:p>
    <w:p>
      <w:pPr>
        <w:pStyle w:val="ListParagraph"/>
      </w:pPr>
      <w:r>
        <w:rPr>
          <w:sz w:val="22"/>
        </w:rPr>
        <w:t>A. Anh ban hành các đạo luật thuế vô lý</w:t>
      </w:r>
    </w:p>
    <w:p>
      <w:pPr>
        <w:pStyle w:val="ListParagraph"/>
      </w:pPr>
      <w:r>
        <w:rPr>
          <w:sz w:val="22"/>
        </w:rPr>
        <w:t>B. Pháp xâm lược Bắc Mỹ</w:t>
      </w:r>
    </w:p>
    <w:p>
      <w:pPr>
        <w:pStyle w:val="ListParagraph"/>
      </w:pPr>
      <w:r>
        <w:rPr>
          <w:sz w:val="22"/>
        </w:rPr>
        <w:t>C. Nô lệ nổi dậy</w:t>
      </w:r>
    </w:p>
    <w:p>
      <w:pPr>
        <w:pStyle w:val="ListParagraph"/>
      </w:pPr>
      <w:r>
        <w:rPr>
          <w:sz w:val="22"/>
        </w:rPr>
        <w:t>D. Tây Ban Nha cấm thương mại</w:t>
      </w:r>
    </w:p>
    <w:p/>
    <w:p>
      <w:r>
        <w:rPr>
          <w:b/>
          <w:sz w:val="24"/>
        </w:rPr>
        <w:t>Câu 7: Bản Tuyên ngôn Độc lập của Hợp chúng quốc Hoa Kỳ được thông qua vào ngày nào?</w:t>
      </w:r>
    </w:p>
    <w:p>
      <w:pPr>
        <w:pStyle w:val="ListParagraph"/>
      </w:pPr>
      <w:r>
        <w:rPr>
          <w:sz w:val="22"/>
        </w:rPr>
        <w:t>A. 4/7/1776</w:t>
      </w:r>
    </w:p>
    <w:p>
      <w:pPr>
        <w:pStyle w:val="ListParagraph"/>
      </w:pPr>
      <w:r>
        <w:rPr>
          <w:sz w:val="22"/>
        </w:rPr>
        <w:t>B. 14/7/1789</w:t>
      </w:r>
    </w:p>
    <w:p>
      <w:pPr>
        <w:pStyle w:val="ListParagraph"/>
      </w:pPr>
      <w:r>
        <w:rPr>
          <w:sz w:val="22"/>
        </w:rPr>
        <w:t>C. 4/7/1789</w:t>
      </w:r>
    </w:p>
    <w:p>
      <w:pPr>
        <w:pStyle w:val="ListParagraph"/>
      </w:pPr>
      <w:r>
        <w:rPr>
          <w:sz w:val="22"/>
        </w:rPr>
        <w:t>D. 14/7/1776</w:t>
      </w:r>
    </w:p>
    <w:p/>
    <w:p>
      <w:r>
        <w:rPr>
          <w:b/>
          <w:sz w:val="24"/>
        </w:rPr>
        <w:t>Câu 8: Hiến pháp năm 1787 của Hoa Kỳ quy định thể chế chính trị nào?</w:t>
      </w:r>
    </w:p>
    <w:p>
      <w:pPr>
        <w:pStyle w:val="ListParagraph"/>
      </w:pPr>
      <w:r>
        <w:rPr>
          <w:sz w:val="22"/>
        </w:rPr>
        <w:t>A. Quân chủ lập hiến</w:t>
      </w:r>
    </w:p>
    <w:p>
      <w:pPr>
        <w:pStyle w:val="ListParagraph"/>
      </w:pPr>
      <w:r>
        <w:rPr>
          <w:sz w:val="22"/>
        </w:rPr>
        <w:t>B. Cộng hòa liên bang</w:t>
      </w:r>
    </w:p>
    <w:p>
      <w:pPr>
        <w:pStyle w:val="ListParagraph"/>
      </w:pPr>
      <w:r>
        <w:rPr>
          <w:sz w:val="22"/>
        </w:rPr>
        <w:t>C. Cộng hòa đơn nhất</w:t>
      </w:r>
    </w:p>
    <w:p>
      <w:pPr>
        <w:pStyle w:val="ListParagraph"/>
      </w:pPr>
      <w:r>
        <w:rPr>
          <w:sz w:val="22"/>
        </w:rPr>
        <w:t>D. Quân chủ chuyên chế</w:t>
      </w:r>
    </w:p>
    <w:p/>
    <w:p>
      <w:r>
        <w:rPr>
          <w:b/>
          <w:sz w:val="24"/>
        </w:rPr>
        <w:t>Câu 9: George Washington có vai trò gì trong lịch sử Hoa Kỳ?</w:t>
      </w:r>
    </w:p>
    <w:p>
      <w:pPr>
        <w:pStyle w:val="ListParagraph"/>
      </w:pPr>
      <w:r>
        <w:rPr>
          <w:sz w:val="22"/>
        </w:rPr>
        <w:t>A. Vua đầu tiên của Hoa Kỳ</w:t>
      </w:r>
    </w:p>
    <w:p>
      <w:pPr>
        <w:pStyle w:val="ListParagraph"/>
      </w:pPr>
      <w:r>
        <w:rPr>
          <w:sz w:val="22"/>
        </w:rPr>
        <w:t>B. Tổng thống đầu tiên của Hoa Kỳ</w:t>
      </w:r>
    </w:p>
    <w:p>
      <w:pPr>
        <w:pStyle w:val="ListParagraph"/>
      </w:pPr>
      <w:r>
        <w:rPr>
          <w:sz w:val="22"/>
        </w:rPr>
        <w:t>C. Tướng chỉ huy quân Anh</w:t>
      </w:r>
    </w:p>
    <w:p>
      <w:pPr>
        <w:pStyle w:val="ListParagraph"/>
      </w:pPr>
      <w:r>
        <w:rPr>
          <w:sz w:val="22"/>
        </w:rPr>
        <w:t>D. Người soạn Tuyên ngôn Độc lập</w:t>
      </w:r>
    </w:p>
    <w:p/>
    <w:p>
      <w:r>
        <w:rPr>
          <w:b/>
          <w:sz w:val="24"/>
        </w:rPr>
        <w:t>Câu 10: Tính chất của Cách mạng tư sản Anh là</w:t>
      </w:r>
    </w:p>
    <w:p>
      <w:pPr>
        <w:pStyle w:val="ListParagraph"/>
      </w:pPr>
      <w:r>
        <w:rPr>
          <w:sz w:val="22"/>
        </w:rPr>
        <w:t>A. cách mạng triệt để</w:t>
      </w:r>
    </w:p>
    <w:p>
      <w:pPr>
        <w:pStyle w:val="ListParagraph"/>
      </w:pPr>
      <w:r>
        <w:rPr>
          <w:sz w:val="22"/>
        </w:rPr>
        <w:t>B. cách mạng không triệt để</w:t>
      </w:r>
    </w:p>
    <w:p>
      <w:pPr>
        <w:pStyle w:val="ListParagraph"/>
      </w:pPr>
      <w:r>
        <w:rPr>
          <w:sz w:val="22"/>
        </w:rPr>
        <w:t>C. cách mạng vô sản</w:t>
      </w:r>
    </w:p>
    <w:p>
      <w:pPr>
        <w:pStyle w:val="ListParagraph"/>
      </w:pPr>
      <w:r>
        <w:rPr>
          <w:sz w:val="22"/>
        </w:rPr>
        <w:t>D. cách mạng dân chủ nhân dân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C</w:t>
      </w:r>
    </w:p>
    <w:p>
      <w:r>
        <w:rPr>
          <w:b/>
        </w:rPr>
        <w:t>Câu 5: Đáp án đúng: D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