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Toán lớp 10 - đáp án A , B,C,D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