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Hãy tạo thành file trắc nghiệm chọn đáp án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Nếu được chọn học một ngành học, mtrang sẽ học ngành gì?</w:t>
      </w:r>
    </w:p>
    <w:p>
      <w:pPr>
        <w:pStyle w:val="ListParagraph"/>
      </w:pPr>
      <w:r>
        <w:rPr>
          <w:sz w:val="22"/>
        </w:rPr>
        <w:t>A. Nội thất</w:t>
      </w:r>
    </w:p>
    <w:p>
      <w:pPr>
        <w:pStyle w:val="ListParagraph"/>
      </w:pPr>
      <w:r>
        <w:rPr>
          <w:sz w:val="22"/>
        </w:rPr>
        <w:t>B. Cảnh quan</w:t>
      </w:r>
    </w:p>
    <w:p>
      <w:pPr>
        <w:pStyle w:val="ListParagraph"/>
      </w:pPr>
      <w:r>
        <w:rPr>
          <w:sz w:val="22"/>
        </w:rPr>
        <w:t>C. Kinh tế đối ngoại</w:t>
      </w:r>
    </w:p>
    <w:p>
      <w:pPr>
        <w:pStyle w:val="ListParagraph"/>
      </w:pPr>
      <w:r>
        <w:rPr>
          <w:sz w:val="22"/>
        </w:rPr>
        <w:t>D. Luật kinh tế</w:t>
      </w:r>
    </w:p>
    <w:p/>
    <w:p>
      <w:r>
        <w:rPr>
          <w:b/>
          <w:sz w:val="24"/>
        </w:rPr>
        <w:t>Câu 2: bé cún nhà mtrang tên gì</w:t>
      </w:r>
    </w:p>
    <w:p>
      <w:pPr>
        <w:pStyle w:val="ListParagraph"/>
      </w:pPr>
      <w:r>
        <w:rPr>
          <w:sz w:val="22"/>
        </w:rPr>
        <w:t>A. Mi</w:t>
      </w:r>
    </w:p>
    <w:p>
      <w:pPr>
        <w:pStyle w:val="ListParagraph"/>
      </w:pPr>
      <w:r>
        <w:rPr>
          <w:sz w:val="22"/>
        </w:rPr>
        <w:t>B. Sam</w:t>
      </w:r>
    </w:p>
    <w:p>
      <w:pPr>
        <w:pStyle w:val="ListParagraph"/>
      </w:pPr>
      <w:r>
        <w:rPr>
          <w:sz w:val="22"/>
        </w:rPr>
        <w:t>C. Bông</w:t>
      </w:r>
    </w:p>
    <w:p>
      <w:pPr>
        <w:pStyle w:val="ListParagraph"/>
      </w:pPr>
      <w:r>
        <w:rPr>
          <w:sz w:val="22"/>
        </w:rPr>
        <w:t>D. Milu</w:t>
      </w:r>
    </w:p>
    <w:p/>
    <w:p>
      <w:r>
        <w:rPr>
          <w:b/>
          <w:sz w:val="24"/>
        </w:rPr>
        <w:t>Câu 3: Mtrang bias ai trong bts</w:t>
      </w:r>
    </w:p>
    <w:p>
      <w:pPr>
        <w:pStyle w:val="ListParagraph"/>
      </w:pPr>
      <w:r>
        <w:rPr>
          <w:sz w:val="22"/>
        </w:rPr>
        <w:t>A. Jungkook</w:t>
      </w:r>
    </w:p>
    <w:p>
      <w:pPr>
        <w:pStyle w:val="ListParagraph"/>
      </w:pPr>
      <w:r>
        <w:rPr>
          <w:sz w:val="22"/>
        </w:rPr>
        <w:t>B. Jimin</w:t>
      </w:r>
    </w:p>
    <w:p>
      <w:pPr>
        <w:pStyle w:val="ListParagraph"/>
      </w:pPr>
      <w:r>
        <w:rPr>
          <w:sz w:val="22"/>
        </w:rPr>
        <w:t>C. OT7</w:t>
      </w:r>
    </w:p>
    <w:p>
      <w:pPr>
        <w:pStyle w:val="ListParagraph"/>
      </w:pPr>
      <w:r>
        <w:rPr>
          <w:sz w:val="22"/>
        </w:rPr>
        <w:t>D. Taehyung</w:t>
      </w:r>
    </w:p>
    <w:p/>
    <w:p>
      <w:r>
        <w:rPr>
          <w:b/>
          <w:sz w:val="24"/>
        </w:rPr>
        <w:t>Câu 4: Nếu có 10tỷ mtrang muốn làm gì đầu tiên</w:t>
      </w:r>
    </w:p>
    <w:p>
      <w:pPr>
        <w:pStyle w:val="ListParagraph"/>
      </w:pPr>
      <w:r>
        <w:rPr>
          <w:sz w:val="22"/>
        </w:rPr>
        <w:t>A. mua nhà</w:t>
      </w:r>
    </w:p>
    <w:p>
      <w:pPr>
        <w:pStyle w:val="ListParagraph"/>
      </w:pPr>
      <w:r>
        <w:rPr>
          <w:sz w:val="22"/>
        </w:rPr>
        <w:t>B. mua xe</w:t>
      </w:r>
    </w:p>
    <w:p>
      <w:pPr>
        <w:pStyle w:val="ListParagraph"/>
      </w:pPr>
      <w:r>
        <w:rPr>
          <w:sz w:val="22"/>
        </w:rPr>
        <w:t>C. cất ngân hàng</w:t>
      </w:r>
    </w:p>
    <w:p>
      <w:pPr>
        <w:pStyle w:val="ListParagraph"/>
      </w:pPr>
      <w:r>
        <w:rPr>
          <w:sz w:val="22"/>
        </w:rPr>
        <w:t>D. đi concert bts</w:t>
      </w:r>
    </w:p>
    <w:p/>
    <w:p>
      <w:r>
        <w:rPr>
          <w:b/>
          <w:sz w:val="24"/>
        </w:rPr>
        <w:t>Câu 5: mtrang anti ai?</w:t>
      </w:r>
    </w:p>
    <w:p>
      <w:pPr>
        <w:pStyle w:val="ListParagraph"/>
      </w:pPr>
      <w:r>
        <w:rPr>
          <w:sz w:val="22"/>
        </w:rPr>
        <w:t>A. Jack</w:t>
      </w:r>
    </w:p>
    <w:p>
      <w:pPr>
        <w:pStyle w:val="ListParagraph"/>
      </w:pPr>
      <w:r>
        <w:rPr>
          <w:sz w:val="22"/>
        </w:rPr>
        <w:t>B. Bray</w:t>
      </w:r>
    </w:p>
    <w:p>
      <w:pPr>
        <w:pStyle w:val="ListParagraph"/>
      </w:pPr>
      <w:r>
        <w:rPr>
          <w:sz w:val="22"/>
        </w:rPr>
        <w:t>C. Sơn Tùng</w:t>
      </w:r>
    </w:p>
    <w:p>
      <w:pPr>
        <w:pStyle w:val="ListParagraph"/>
      </w:pPr>
      <w:r>
        <w:rPr>
          <w:sz w:val="22"/>
        </w:rPr>
        <w:t>D. Trường Giang</w:t>
      </w:r>
    </w:p>
    <w:p/>
    <w:p>
      <w:r>
        <w:rPr>
          <w:b/>
          <w:sz w:val="24"/>
        </w:rPr>
        <w:t>Câu 6: gu phim của mtrang là gì</w:t>
      </w:r>
    </w:p>
    <w:p>
      <w:pPr>
        <w:pStyle w:val="ListParagraph"/>
      </w:pPr>
      <w:r>
        <w:rPr>
          <w:sz w:val="22"/>
        </w:rPr>
        <w:t>A. phim âu mỹ</w:t>
      </w:r>
    </w:p>
    <w:p>
      <w:pPr>
        <w:pStyle w:val="ListParagraph"/>
      </w:pPr>
      <w:r>
        <w:rPr>
          <w:sz w:val="22"/>
        </w:rPr>
        <w:t>B. phim hoạt hình</w:t>
      </w:r>
    </w:p>
    <w:p>
      <w:pPr>
        <w:pStyle w:val="ListParagraph"/>
      </w:pPr>
      <w:r>
        <w:rPr>
          <w:sz w:val="22"/>
        </w:rPr>
        <w:t>C. phim tình cảm hàn quốc</w:t>
      </w:r>
    </w:p>
    <w:p>
      <w:pPr>
        <w:pStyle w:val="ListParagraph"/>
      </w:pPr>
      <w:r>
        <w:rPr>
          <w:sz w:val="22"/>
        </w:rPr>
        <w:t>D. phim gay</w:t>
      </w:r>
    </w:p>
    <w:p/>
    <w:p>
      <w:r>
        <w:rPr>
          <w:b/>
          <w:sz w:val="24"/>
        </w:rPr>
        <w:t>Câu 7: topping yêu thích của mtrang ở hồng trà ngô gia</w:t>
      </w:r>
    </w:p>
    <w:p>
      <w:pPr>
        <w:pStyle w:val="ListParagraph"/>
      </w:pPr>
      <w:r>
        <w:rPr>
          <w:sz w:val="22"/>
        </w:rPr>
        <w:t>A. trân châu củ năng</w:t>
      </w:r>
    </w:p>
    <w:p>
      <w:pPr>
        <w:pStyle w:val="ListParagraph"/>
      </w:pPr>
      <w:r>
        <w:rPr>
          <w:sz w:val="22"/>
        </w:rPr>
        <w:t>B. trân châu đen</w:t>
      </w:r>
    </w:p>
    <w:p>
      <w:pPr>
        <w:pStyle w:val="ListParagraph"/>
      </w:pPr>
      <w:r>
        <w:rPr>
          <w:sz w:val="22"/>
        </w:rPr>
        <w:t>C. hạt thuỷ tinh củ năng</w:t>
      </w:r>
    </w:p>
    <w:p>
      <w:pPr>
        <w:pStyle w:val="ListParagraph"/>
      </w:pPr>
      <w:r>
        <w:rPr>
          <w:sz w:val="22"/>
        </w:rPr>
        <w:t>D. thạch dừa</w:t>
      </w:r>
    </w:p>
    <w:p/>
    <w:p>
      <w:r>
        <w:rPr>
          <w:b/>
          <w:sz w:val="24"/>
        </w:rPr>
        <w:t>Câu 8: mtrang thích ăn món gì nếu đi ăn ngoài</w:t>
      </w:r>
    </w:p>
    <w:p>
      <w:pPr>
        <w:pStyle w:val="ListParagraph"/>
      </w:pPr>
      <w:r>
        <w:rPr>
          <w:sz w:val="22"/>
        </w:rPr>
        <w:t>A. bánh canh chả cá</w:t>
      </w:r>
    </w:p>
    <w:p>
      <w:pPr>
        <w:pStyle w:val="ListParagraph"/>
      </w:pPr>
      <w:r>
        <w:rPr>
          <w:sz w:val="22"/>
        </w:rPr>
        <w:t>B. phở</w:t>
      </w:r>
    </w:p>
    <w:p>
      <w:pPr>
        <w:pStyle w:val="ListParagraph"/>
      </w:pPr>
      <w:r>
        <w:rPr>
          <w:sz w:val="22"/>
        </w:rPr>
        <w:t>C. bún chả</w:t>
      </w:r>
    </w:p>
    <w:p>
      <w:pPr>
        <w:pStyle w:val="ListParagraph"/>
      </w:pPr>
      <w:r>
        <w:rPr>
          <w:sz w:val="22"/>
        </w:rPr>
        <w:t>D. mì hoành thánh</w:t>
      </w:r>
    </w:p>
    <w:p/>
    <w:p>
      <w:r>
        <w:rPr>
          <w:b/>
          <w:sz w:val="24"/>
        </w:rPr>
        <w:t>Câu 9: Quốc gia mtrang muốn đến nhất/ muốn đi du lịch đầu tiên</w:t>
      </w:r>
    </w:p>
    <w:p>
      <w:pPr>
        <w:pStyle w:val="ListParagraph"/>
      </w:pPr>
      <w:r>
        <w:rPr>
          <w:sz w:val="22"/>
        </w:rPr>
        <w:t>A. Nhật Bản</w:t>
      </w:r>
    </w:p>
    <w:p>
      <w:pPr>
        <w:pStyle w:val="ListParagraph"/>
      </w:pPr>
      <w:r>
        <w:rPr>
          <w:sz w:val="22"/>
        </w:rPr>
        <w:t>B. Hàn Quốc</w:t>
      </w:r>
    </w:p>
    <w:p>
      <w:pPr>
        <w:pStyle w:val="ListParagraph"/>
      </w:pPr>
      <w:r>
        <w:rPr>
          <w:sz w:val="22"/>
        </w:rPr>
        <w:t>C. Hà Lan</w:t>
      </w:r>
    </w:p>
    <w:p>
      <w:pPr>
        <w:pStyle w:val="ListParagraph"/>
      </w:pPr>
      <w:r>
        <w:rPr>
          <w:sz w:val="22"/>
        </w:rPr>
        <w:t>D. Thuỵ Sĩ</w:t>
      </w:r>
    </w:p>
    <w:p/>
    <w:p>
      <w:r>
        <w:rPr>
          <w:b/>
          <w:sz w:val="24"/>
        </w:rPr>
        <w:t>Câu 10: Ngoài điện thoại ra thì một phụ kiện mtrang k bao giờ thiếu khi đi ra ngoài</w:t>
      </w:r>
    </w:p>
    <w:p>
      <w:pPr>
        <w:pStyle w:val="ListParagraph"/>
      </w:pPr>
      <w:r>
        <w:rPr>
          <w:sz w:val="22"/>
        </w:rPr>
        <w:t>A. tai nghe</w:t>
      </w:r>
    </w:p>
    <w:p>
      <w:pPr>
        <w:pStyle w:val="ListParagraph"/>
      </w:pPr>
      <w:r>
        <w:rPr>
          <w:sz w:val="22"/>
        </w:rPr>
        <w:t>B. sạc dự phòng</w:t>
      </w:r>
    </w:p>
    <w:p>
      <w:pPr>
        <w:pStyle w:val="ListParagraph"/>
      </w:pPr>
      <w:r>
        <w:rPr>
          <w:sz w:val="22"/>
        </w:rPr>
        <w:t>C. nước</w:t>
      </w:r>
    </w:p>
    <w:p>
      <w:pPr>
        <w:pStyle w:val="ListParagraph"/>
      </w:pPr>
      <w:r>
        <w:rPr>
          <w:sz w:val="22"/>
        </w:rPr>
        <w:t>D. quạt cầm tay</w:t>
      </w:r>
    </w:p>
    <w:p/>
    <w:p>
      <w:r>
        <w:rPr>
          <w:b/>
          <w:sz w:val="24"/>
        </w:rPr>
        <w:t>Câu 11: gu bạn trai của mtrang là gì</w:t>
      </w:r>
    </w:p>
    <w:p>
      <w:pPr>
        <w:pStyle w:val="ListParagraph"/>
      </w:pPr>
      <w:r>
        <w:rPr>
          <w:sz w:val="22"/>
        </w:rPr>
        <w:t>A. giàu + k quan trọng tuổi tác + 4 tế</w:t>
      </w:r>
    </w:p>
    <w:p>
      <w:pPr>
        <w:pStyle w:val="ListParagraph"/>
      </w:pPr>
      <w:r>
        <w:rPr>
          <w:sz w:val="22"/>
        </w:rPr>
        <w:t>B. giàu + lớn tuổi hơn ít nhất 3 tuổi + 4 tế</w:t>
      </w:r>
    </w:p>
    <w:p>
      <w:pPr>
        <w:pStyle w:val="ListParagraph"/>
      </w:pPr>
      <w:r>
        <w:rPr>
          <w:sz w:val="22"/>
        </w:rPr>
        <w:t>C. k quan trọng giàu nghèo + chiều chuộng, chịu khó biết nấu ăn, ít tuổi hoặc bằng tuổi</w:t>
      </w:r>
    </w:p>
    <w:p>
      <w:pPr>
        <w:pStyle w:val="ListParagraph"/>
      </w:pPr>
      <w:r>
        <w:rPr>
          <w:sz w:val="22"/>
        </w:rPr>
        <w:t>D. tài chính tương đương, khéo léo, ngoan hiền, lớn tuổi hơn</w:t>
      </w:r>
    </w:p>
    <w:p/>
    <w:p>
      <w:r>
        <w:rPr>
          <w:b/>
          <w:sz w:val="24"/>
        </w:rPr>
        <w:t>Câu 12: điểm toán thptqg của mtrang</w:t>
      </w:r>
    </w:p>
    <w:p>
      <w:pPr>
        <w:pStyle w:val="ListParagraph"/>
      </w:pPr>
      <w:r>
        <w:rPr>
          <w:sz w:val="22"/>
        </w:rPr>
        <w:t>A. 5,25</w:t>
      </w:r>
    </w:p>
    <w:p>
      <w:pPr>
        <w:pStyle w:val="ListParagraph"/>
      </w:pPr>
      <w:r>
        <w:rPr>
          <w:sz w:val="22"/>
        </w:rPr>
        <w:t>B. 6,25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13: ước mơ/ mục tiêu trong tương lai của mtrang là gì</w:t>
      </w:r>
    </w:p>
    <w:p>
      <w:pPr>
        <w:pStyle w:val="ListParagraph"/>
      </w:pPr>
      <w:r>
        <w:rPr>
          <w:sz w:val="22"/>
        </w:rPr>
        <w:t>A. có công ăn việc làm, đi concert và tài chính ổn định</w:t>
      </w:r>
    </w:p>
    <w:p>
      <w:pPr>
        <w:pStyle w:val="ListParagraph"/>
      </w:pPr>
      <w:r>
        <w:rPr>
          <w:sz w:val="22"/>
        </w:rPr>
        <w:t>B. lấy chồng giàu</w:t>
      </w:r>
    </w:p>
    <w:p>
      <w:pPr>
        <w:pStyle w:val="ListParagraph"/>
      </w:pPr>
      <w:r>
        <w:rPr>
          <w:sz w:val="22"/>
        </w:rPr>
        <w:t>C. định cư Mỹ, có việc làm ổn định và tài chính khá ổn</w:t>
      </w:r>
    </w:p>
    <w:p>
      <w:pPr>
        <w:pStyle w:val="ListParagraph"/>
      </w:pPr>
      <w:r>
        <w:rPr>
          <w:sz w:val="22"/>
        </w:rPr>
        <w:t>D. ra trường có việc luôn, giàu có và đi du lịch mọi nơi</w:t>
      </w:r>
    </w:p>
    <w:p/>
    <w:p>
      <w:r>
        <w:rPr>
          <w:b/>
          <w:sz w:val="24"/>
        </w:rPr>
        <w:t>Câu 14: mtrang sợ con gì nhất</w:t>
      </w:r>
    </w:p>
    <w:p>
      <w:pPr>
        <w:pStyle w:val="ListParagraph"/>
      </w:pPr>
      <w:r>
        <w:rPr>
          <w:sz w:val="22"/>
        </w:rPr>
        <w:t>A. nhện</w:t>
      </w:r>
    </w:p>
    <w:p>
      <w:pPr>
        <w:pStyle w:val="ListParagraph"/>
      </w:pPr>
      <w:r>
        <w:rPr>
          <w:sz w:val="22"/>
        </w:rPr>
        <w:t>B. rắn</w:t>
      </w:r>
    </w:p>
    <w:p>
      <w:pPr>
        <w:pStyle w:val="ListParagraph"/>
      </w:pPr>
      <w:r>
        <w:rPr>
          <w:sz w:val="22"/>
        </w:rPr>
        <w:t>C. gián</w:t>
      </w:r>
    </w:p>
    <w:p>
      <w:pPr>
        <w:pStyle w:val="ListParagraph"/>
      </w:pPr>
      <w:r>
        <w:rPr>
          <w:sz w:val="22"/>
        </w:rPr>
        <w:t>D. chuột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C, A</w:t>
      </w:r>
    </w:p>
    <w:p>
      <w:r>
        <w:rPr>
          <w:b/>
        </w:rPr>
        <w:t>Câu 14: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