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</w:t>
      </w:r>
    </w:p>
    <w:p>
      <w:pPr>
        <w:jc w:val="center"/>
      </w:pPr>
      <w:r>
        <w:rPr>
          <w:sz w:val="22"/>
        </w:rPr>
        <w:t>Số câu: 19    Thời gian: _____ phút    Họ và tên: _________________________</w:t>
      </w:r>
    </w:p>
    <w:p/>
    <w:p>
      <w:r>
        <w:rPr>
          <w:b/>
          <w:sz w:val="24"/>
        </w:rPr>
        <w:t>Câu 1: Đặc điểm nào sau đây không đúng với vị trí địa lí của khu vực Mỹ Latinh?</w:t>
      </w:r>
    </w:p>
    <w:p>
      <w:pPr>
        <w:pStyle w:val="ListParagraph"/>
      </w:pPr>
      <w:r>
        <w:rPr>
          <w:sz w:val="22"/>
        </w:rPr>
        <w:t>A. Nằm hoàn toàn ở bán cầu Tây.</w:t>
      </w:r>
    </w:p>
    <w:p>
      <w:pPr>
        <w:pStyle w:val="ListParagraph"/>
      </w:pPr>
      <w:r>
        <w:rPr>
          <w:sz w:val="22"/>
        </w:rPr>
        <w:t>B. Tiếp giáp với Hoa Kỳ ở phía bắc.</w:t>
      </w:r>
    </w:p>
    <w:p>
      <w:pPr>
        <w:pStyle w:val="ListParagraph"/>
      </w:pPr>
      <w:r>
        <w:rPr>
          <w:sz w:val="22"/>
        </w:rPr>
        <w:t>C. Phía đông giáp Đại Tây Dương.</w:t>
      </w:r>
    </w:p>
    <w:p>
      <w:pPr>
        <w:pStyle w:val="ListParagraph"/>
      </w:pPr>
      <w:r>
        <w:rPr>
          <w:sz w:val="22"/>
        </w:rPr>
        <w:t>D. Phía tây giáp Ấn Độ Dương.</w:t>
      </w:r>
    </w:p>
    <w:p/>
    <w:p>
      <w:r>
        <w:rPr>
          <w:b/>
          <w:sz w:val="24"/>
        </w:rPr>
        <w:t>Câu 2: Khu vực Mỹ Latinh bao gồm những bộ phận nào?</w:t>
      </w:r>
    </w:p>
    <w:p>
      <w:pPr>
        <w:pStyle w:val="ListParagraph"/>
      </w:pPr>
      <w:r>
        <w:rPr>
          <w:sz w:val="22"/>
        </w:rPr>
        <w:t>A. Toàn bộ Trung Mỹ, Nam Mỹ và các đảo thuộc vùng biển Ca-ri-bê.</w:t>
      </w:r>
    </w:p>
    <w:p>
      <w:pPr>
        <w:pStyle w:val="ListParagraph"/>
      </w:pPr>
      <w:r>
        <w:rPr>
          <w:sz w:val="22"/>
        </w:rPr>
        <w:t>B. Toàn bộ Bắc Mỹ và Trung Mỹ.</w:t>
      </w:r>
    </w:p>
    <w:p>
      <w:pPr>
        <w:pStyle w:val="ListParagraph"/>
      </w:pPr>
      <w:r>
        <w:rPr>
          <w:sz w:val="22"/>
        </w:rPr>
        <w:t>C. Toàn bộ Nam Mỹ và quần đảo Ăng-ti Lớn.</w:t>
      </w:r>
    </w:p>
    <w:p>
      <w:pPr>
        <w:pStyle w:val="ListParagraph"/>
      </w:pPr>
      <w:r>
        <w:rPr>
          <w:sz w:val="22"/>
        </w:rPr>
        <w:t>D. Toàn bộ Trung Mỹ và quần đảo Ăng-ti Nhỏ.</w:t>
      </w:r>
    </w:p>
    <w:p/>
    <w:p>
      <w:r>
        <w:rPr>
          <w:b/>
          <w:sz w:val="24"/>
        </w:rPr>
        <w:t>Câu 3: Diện tích của khu vực Mỹ Latinh khoảng bao nhiêu triệu km²?</w:t>
      </w:r>
    </w:p>
    <w:p>
      <w:pPr>
        <w:pStyle w:val="ListParagraph"/>
      </w:pPr>
      <w:r>
        <w:rPr>
          <w:sz w:val="22"/>
        </w:rPr>
        <w:t>A. 20,5 triệu km².</w:t>
      </w:r>
    </w:p>
    <w:p>
      <w:pPr>
        <w:pStyle w:val="ListParagraph"/>
      </w:pPr>
      <w:r>
        <w:rPr>
          <w:sz w:val="22"/>
        </w:rPr>
        <w:t>B. 21,1 triệu km².</w:t>
      </w:r>
    </w:p>
    <w:p>
      <w:pPr>
        <w:pStyle w:val="ListParagraph"/>
      </w:pPr>
      <w:r>
        <w:rPr>
          <w:sz w:val="22"/>
        </w:rPr>
        <w:t>C. 22,3 triệu km².</w:t>
      </w:r>
    </w:p>
    <w:p>
      <w:pPr>
        <w:pStyle w:val="ListParagraph"/>
      </w:pPr>
      <w:r>
        <w:rPr>
          <w:sz w:val="22"/>
        </w:rPr>
        <w:t>D. 23,5 triệu km².</w:t>
      </w:r>
    </w:p>
    <w:p/>
    <w:p>
      <w:r>
        <w:rPr>
          <w:b/>
          <w:sz w:val="24"/>
        </w:rPr>
        <w:t>Câu 4: Dân số của khu vực Mỹ Latinh năm 2020 khoảng bao nhiêu triệu người?</w:t>
      </w:r>
    </w:p>
    <w:p>
      <w:pPr>
        <w:pStyle w:val="ListParagraph"/>
      </w:pPr>
      <w:r>
        <w:rPr>
          <w:sz w:val="22"/>
        </w:rPr>
        <w:t>A. 650 triệu người.</w:t>
      </w:r>
    </w:p>
    <w:p>
      <w:pPr>
        <w:pStyle w:val="ListParagraph"/>
      </w:pPr>
      <w:r>
        <w:rPr>
          <w:sz w:val="22"/>
        </w:rPr>
        <w:t>B. 653 triệu người.</w:t>
      </w:r>
    </w:p>
    <w:p>
      <w:pPr>
        <w:pStyle w:val="ListParagraph"/>
      </w:pPr>
      <w:r>
        <w:rPr>
          <w:sz w:val="22"/>
        </w:rPr>
        <w:t>C. 660 triệu người.</w:t>
      </w:r>
    </w:p>
    <w:p>
      <w:pPr>
        <w:pStyle w:val="ListParagraph"/>
      </w:pPr>
      <w:r>
        <w:rPr>
          <w:sz w:val="22"/>
        </w:rPr>
        <w:t>D. 670 triệu người.</w:t>
      </w:r>
    </w:p>
    <w:p/>
    <w:p>
      <w:r>
        <w:rPr>
          <w:b/>
          <w:sz w:val="24"/>
        </w:rPr>
        <w:t>Câu 5: Đặc điểm nào sau đây đúng với tự nhiên của Mỹ Latinh?</w:t>
      </w:r>
    </w:p>
    <w:p>
      <w:pPr>
        <w:pStyle w:val="ListParagraph"/>
      </w:pPr>
      <w:r>
        <w:rPr>
          <w:sz w:val="22"/>
        </w:rPr>
        <w:t>A. Cảnh quan thiên nhiên đa dạng, phong phú.</w:t>
      </w:r>
    </w:p>
    <w:p>
      <w:pPr>
        <w:pStyle w:val="ListParagraph"/>
      </w:pPr>
      <w:r>
        <w:rPr>
          <w:sz w:val="22"/>
        </w:rPr>
        <w:t>B. Khí hậu ôn đới là chủ yếu.</w:t>
      </w:r>
    </w:p>
    <w:p>
      <w:pPr>
        <w:pStyle w:val="ListParagraph"/>
      </w:pPr>
      <w:r>
        <w:rPr>
          <w:sz w:val="22"/>
        </w:rPr>
        <w:t>C. Địa hình chủ yếu là đồng bằng.</w:t>
      </w:r>
    </w:p>
    <w:p>
      <w:pPr>
        <w:pStyle w:val="ListParagraph"/>
      </w:pPr>
      <w:r>
        <w:rPr>
          <w:sz w:val="22"/>
        </w:rPr>
        <w:t>D. Nghèo tài nguyên khoáng sản.</w:t>
      </w:r>
    </w:p>
    <w:p/>
    <w:p>
      <w:r>
        <w:rPr>
          <w:b/>
          <w:sz w:val="24"/>
        </w:rPr>
        <w:t>Câu 6: Khu vực Mỹ Latinh có nguồn tài nguyên khoáng sản nào nổi bật?</w:t>
      </w:r>
    </w:p>
    <w:p>
      <w:pPr>
        <w:pStyle w:val="ListParagraph"/>
      </w:pPr>
      <w:r>
        <w:rPr>
          <w:sz w:val="22"/>
        </w:rPr>
        <w:t>A. Dầu mỏ, khí đốt, than đá.</w:t>
      </w:r>
    </w:p>
    <w:p>
      <w:pPr>
        <w:pStyle w:val="ListParagraph"/>
      </w:pPr>
      <w:r>
        <w:rPr>
          <w:sz w:val="22"/>
        </w:rPr>
        <w:t>B. Sắt, đồng, chì, kẽm.</w:t>
      </w:r>
    </w:p>
    <w:p>
      <w:pPr>
        <w:pStyle w:val="ListParagraph"/>
      </w:pPr>
      <w:r>
        <w:rPr>
          <w:sz w:val="22"/>
        </w:rPr>
        <w:t>C. Vàng, bạc, kim cương.</w:t>
      </w:r>
    </w:p>
    <w:p>
      <w:pPr>
        <w:pStyle w:val="ListParagraph"/>
      </w:pPr>
      <w:r>
        <w:rPr>
          <w:sz w:val="22"/>
        </w:rPr>
        <w:t>D. Tất cả các ý trên.</w:t>
      </w:r>
    </w:p>
    <w:p/>
    <w:p>
      <w:r>
        <w:rPr>
          <w:b/>
          <w:sz w:val="24"/>
        </w:rPr>
        <w:t>Câu 7: Rừng Amazon được ví là "lá phổi xanh" của thế giới, phân bố chủ yếu ở quốc gia nào?</w:t>
      </w:r>
    </w:p>
    <w:p>
      <w:pPr>
        <w:pStyle w:val="ListParagraph"/>
      </w:pPr>
      <w:r>
        <w:rPr>
          <w:sz w:val="22"/>
        </w:rPr>
        <w:t>A. Bra-xin.</w:t>
      </w:r>
    </w:p>
    <w:p>
      <w:pPr>
        <w:pStyle w:val="ListParagraph"/>
      </w:pPr>
      <w:r>
        <w:rPr>
          <w:sz w:val="22"/>
        </w:rPr>
        <w:t>B. Ac-hen-ti-na.</w:t>
      </w:r>
    </w:p>
    <w:p>
      <w:pPr>
        <w:pStyle w:val="ListParagraph"/>
      </w:pPr>
      <w:r>
        <w:rPr>
          <w:sz w:val="22"/>
        </w:rPr>
        <w:t>C. Pê-ru.</w:t>
      </w:r>
    </w:p>
    <w:p>
      <w:pPr>
        <w:pStyle w:val="ListParagraph"/>
      </w:pPr>
      <w:r>
        <w:rPr>
          <w:sz w:val="22"/>
        </w:rPr>
        <w:t>D. Cô-lôm-bi-a.</w:t>
      </w:r>
    </w:p>
    <w:p/>
    <w:p>
      <w:r>
        <w:rPr>
          <w:b/>
          <w:sz w:val="24"/>
        </w:rPr>
        <w:t>Câu 8: Vấn đề xã hội nào sau đây là thách thức lớn của khu vực Mỹ Latinh?</w:t>
      </w:r>
    </w:p>
    <w:p>
      <w:pPr>
        <w:pStyle w:val="ListParagraph"/>
      </w:pPr>
      <w:r>
        <w:rPr>
          <w:sz w:val="22"/>
        </w:rPr>
        <w:t>A. Tỉ lệ dân thành thị thấp.</w:t>
      </w:r>
    </w:p>
    <w:p>
      <w:pPr>
        <w:pStyle w:val="ListParagraph"/>
      </w:pPr>
      <w:r>
        <w:rPr>
          <w:sz w:val="22"/>
        </w:rPr>
        <w:t>B. Phân hóa giàu nghèo sâu sắc.</w:t>
      </w:r>
    </w:p>
    <w:p>
      <w:pPr>
        <w:pStyle w:val="ListParagraph"/>
      </w:pPr>
      <w:r>
        <w:rPr>
          <w:sz w:val="22"/>
        </w:rPr>
        <w:t>C. Tỉ lệ gia tăng dân số quá thấp.</w:t>
      </w:r>
    </w:p>
    <w:p>
      <w:pPr>
        <w:pStyle w:val="ListParagraph"/>
      </w:pPr>
      <w:r>
        <w:rPr>
          <w:sz w:val="22"/>
        </w:rPr>
        <w:t>D. Thiếu lao động trẻ.</w:t>
      </w:r>
    </w:p>
    <w:p/>
    <w:p>
      <w:r>
        <w:rPr>
          <w:b/>
          <w:sz w:val="24"/>
        </w:rPr>
        <w:t>Câu 9: Đặc điểm dân cư của Mỹ Latinh là gì?</w:t>
      </w:r>
    </w:p>
    <w:p>
      <w:pPr>
        <w:pStyle w:val="ListParagraph"/>
      </w:pPr>
      <w:r>
        <w:rPr>
          <w:sz w:val="22"/>
        </w:rPr>
        <w:t>A. Dân số đông và tăng nhanh.</w:t>
      </w:r>
    </w:p>
    <w:p>
      <w:pPr>
        <w:pStyle w:val="ListParagraph"/>
      </w:pPr>
      <w:r>
        <w:rPr>
          <w:sz w:val="22"/>
        </w:rPr>
        <w:t>B. Dân số già, tỉ lệ sinh thấp.</w:t>
      </w:r>
    </w:p>
    <w:p>
      <w:pPr>
        <w:pStyle w:val="ListParagraph"/>
      </w:pPr>
      <w:r>
        <w:rPr>
          <w:sz w:val="22"/>
        </w:rPr>
        <w:t>C. Dân số ít, phân bố đồng đều.</w:t>
      </w:r>
    </w:p>
    <w:p>
      <w:pPr>
        <w:pStyle w:val="ListParagraph"/>
      </w:pPr>
      <w:r>
        <w:rPr>
          <w:sz w:val="22"/>
        </w:rPr>
        <w:t>D. Dân số trẻ nhưng đang già hóa nhanh.</w:t>
      </w:r>
    </w:p>
    <w:p/>
    <w:p>
      <w:r>
        <w:rPr>
          <w:b/>
          <w:sz w:val="24"/>
        </w:rPr>
        <w:t>Câu 10: Tỉ lệ dân thành thị của Mỹ Latinh năm 2020 khoảng bao nhiêu?</w:t>
      </w:r>
    </w:p>
    <w:p>
      <w:pPr>
        <w:pStyle w:val="ListParagraph"/>
      </w:pPr>
      <w:r>
        <w:rPr>
          <w:sz w:val="22"/>
        </w:rPr>
        <w:t>A. 70%.</w:t>
      </w:r>
    </w:p>
    <w:p>
      <w:pPr>
        <w:pStyle w:val="ListParagraph"/>
      </w:pPr>
      <w:r>
        <w:rPr>
          <w:sz w:val="22"/>
        </w:rPr>
        <w:t>B. 75%.</w:t>
      </w:r>
    </w:p>
    <w:p>
      <w:pPr>
        <w:pStyle w:val="ListParagraph"/>
      </w:pPr>
      <w:r>
        <w:rPr>
          <w:sz w:val="22"/>
        </w:rPr>
        <w:t>C. 80%.</w:t>
      </w:r>
    </w:p>
    <w:p>
      <w:pPr>
        <w:pStyle w:val="ListParagraph"/>
      </w:pPr>
      <w:r>
        <w:rPr>
          <w:sz w:val="22"/>
        </w:rPr>
        <w:t>D. 85%.</w:t>
      </w:r>
    </w:p>
    <w:p/>
    <w:p>
      <w:r>
        <w:rPr>
          <w:b/>
          <w:sz w:val="24"/>
        </w:rPr>
        <w:t>Câu 11: Quốc gia nào sau đây có nền kinh tế phát triển nhất khu vực Mỹ Latinh?</w:t>
      </w:r>
    </w:p>
    <w:p>
      <w:pPr>
        <w:pStyle w:val="ListParagraph"/>
      </w:pPr>
      <w:r>
        <w:rPr>
          <w:sz w:val="22"/>
        </w:rPr>
        <w:t>A. Bra-xin.</w:t>
      </w:r>
    </w:p>
    <w:p>
      <w:pPr>
        <w:pStyle w:val="ListParagraph"/>
      </w:pPr>
      <w:r>
        <w:rPr>
          <w:sz w:val="22"/>
        </w:rPr>
        <w:t>B. Mê-hi-cô.</w:t>
      </w:r>
    </w:p>
    <w:p>
      <w:pPr>
        <w:pStyle w:val="ListParagraph"/>
      </w:pPr>
      <w:r>
        <w:rPr>
          <w:sz w:val="22"/>
        </w:rPr>
        <w:t>C. Ac-hen-ti-na.</w:t>
      </w:r>
    </w:p>
    <w:p>
      <w:pPr>
        <w:pStyle w:val="ListParagraph"/>
      </w:pPr>
      <w:r>
        <w:rPr>
          <w:sz w:val="22"/>
        </w:rPr>
        <w:t>D. Chi-lê.</w:t>
      </w:r>
    </w:p>
    <w:p/>
    <w:p>
      <w:r>
        <w:rPr>
          <w:b/>
          <w:sz w:val="24"/>
        </w:rPr>
        <w:t>Câu 12: Ngành kinh tế nào đóng vai trò quan trọng trong nền kinh tế các nước Mỹ Latinh?</w:t>
      </w:r>
    </w:p>
    <w:p>
      <w:pPr>
        <w:pStyle w:val="ListParagraph"/>
      </w:pPr>
      <w:r>
        <w:rPr>
          <w:sz w:val="22"/>
        </w:rPr>
        <w:t>A. Khai thác khoáng sản và nông nghiệp.</w:t>
      </w:r>
    </w:p>
    <w:p>
      <w:pPr>
        <w:pStyle w:val="ListParagraph"/>
      </w:pPr>
      <w:r>
        <w:rPr>
          <w:sz w:val="22"/>
        </w:rPr>
        <w:t>B. Công nghiệp chế biến và dịch vụ.</w:t>
      </w:r>
    </w:p>
    <w:p>
      <w:pPr>
        <w:pStyle w:val="ListParagraph"/>
      </w:pPr>
      <w:r>
        <w:rPr>
          <w:sz w:val="22"/>
        </w:rPr>
        <w:t>C. Du lịch và tài chính.</w:t>
      </w:r>
    </w:p>
    <w:p>
      <w:pPr>
        <w:pStyle w:val="ListParagraph"/>
      </w:pPr>
      <w:r>
        <w:rPr>
          <w:sz w:val="22"/>
        </w:rPr>
        <w:t>D. Công nghệ thông tin.</w:t>
      </w:r>
    </w:p>
    <w:p/>
    <w:p>
      <w:r>
        <w:rPr>
          <w:b/>
          <w:sz w:val="24"/>
        </w:rPr>
        <w:t>Câu 13: Hiện nay, các nước Mỹ Latinh đang chú trọng phát triển ngành kinh tế nào?</w:t>
      </w:r>
    </w:p>
    <w:p>
      <w:pPr>
        <w:pStyle w:val="ListParagraph"/>
      </w:pPr>
      <w:r>
        <w:rPr>
          <w:sz w:val="22"/>
        </w:rPr>
        <w:t>A. Công nghiệp chế tạo và dịch vụ.</w:t>
      </w:r>
    </w:p>
    <w:p>
      <w:pPr>
        <w:pStyle w:val="ListParagraph"/>
      </w:pPr>
      <w:r>
        <w:rPr>
          <w:sz w:val="22"/>
        </w:rPr>
        <w:t>B. Nông nghiệp truyền thống.</w:t>
      </w:r>
    </w:p>
    <w:p>
      <w:pPr>
        <w:pStyle w:val="ListParagraph"/>
      </w:pPr>
      <w:r>
        <w:rPr>
          <w:sz w:val="22"/>
        </w:rPr>
        <w:t>C. Khai thác gỗ và khoáng sản.</w:t>
      </w:r>
    </w:p>
    <w:p>
      <w:pPr>
        <w:pStyle w:val="ListParagraph"/>
      </w:pPr>
      <w:r>
        <w:rPr>
          <w:sz w:val="22"/>
        </w:rPr>
        <w:t>D. Đánh bắt hải sản.</w:t>
      </w:r>
    </w:p>
    <w:p/>
    <w:p>
      <w:r>
        <w:rPr>
          <w:b/>
          <w:sz w:val="24"/>
        </w:rPr>
        <w:t>Câu 14: Đặc điểm nào sau đây không đúng với dân cư Mỹ Latinh?</w:t>
      </w:r>
    </w:p>
    <w:p>
      <w:pPr>
        <w:pStyle w:val="ListParagraph"/>
      </w:pPr>
      <w:r>
        <w:rPr>
          <w:sz w:val="22"/>
        </w:rPr>
        <w:t>A. Dân số đông và tăng nhanh.</w:t>
      </w:r>
    </w:p>
    <w:p>
      <w:pPr>
        <w:pStyle w:val="ListParagraph"/>
      </w:pPr>
      <w:r>
        <w:rPr>
          <w:sz w:val="22"/>
        </w:rPr>
        <w:t>B. Tỉ lệ dân thành thị cao.</w:t>
      </w:r>
    </w:p>
    <w:p>
      <w:pPr>
        <w:pStyle w:val="ListParagraph"/>
      </w:pPr>
      <w:r>
        <w:rPr>
          <w:sz w:val="22"/>
        </w:rPr>
        <w:t>C. Phân bố dân cư đồng đều.</w:t>
      </w:r>
    </w:p>
    <w:p>
      <w:pPr>
        <w:pStyle w:val="ListParagraph"/>
      </w:pPr>
      <w:r>
        <w:rPr>
          <w:sz w:val="22"/>
        </w:rPr>
        <w:t>D. Có sự phân hóa giàu nghèo.</w:t>
      </w:r>
    </w:p>
    <w:p/>
    <w:p>
      <w:r>
        <w:rPr>
          <w:b/>
          <w:sz w:val="24"/>
        </w:rPr>
        <w:t>Câu 15: Khu vực Mỹ Latinh có diện tích khoảng 21,1 triệu km², đứng thứ mấy trên thế giới?</w:t>
      </w:r>
    </w:p>
    <w:p>
      <w:pPr>
        <w:pStyle w:val="ListParagraph"/>
      </w:pPr>
      <w:r>
        <w:rPr>
          <w:sz w:val="22"/>
        </w:rPr>
        <w:t>A. Thứ 3.</w:t>
      </w:r>
    </w:p>
    <w:p>
      <w:pPr>
        <w:pStyle w:val="ListParagraph"/>
      </w:pPr>
      <w:r>
        <w:rPr>
          <w:sz w:val="22"/>
        </w:rPr>
        <w:t>B. Thứ 4.</w:t>
      </w:r>
    </w:p>
    <w:p>
      <w:pPr>
        <w:pStyle w:val="ListParagraph"/>
      </w:pPr>
      <w:r>
        <w:rPr>
          <w:sz w:val="22"/>
        </w:rPr>
        <w:t>C. Thứ 5.</w:t>
      </w:r>
    </w:p>
    <w:p>
      <w:pPr>
        <w:pStyle w:val="ListParagraph"/>
      </w:pPr>
      <w:r>
        <w:rPr>
          <w:sz w:val="22"/>
        </w:rPr>
        <w:t>D. Thứ 6.</w:t>
      </w:r>
    </w:p>
    <w:p/>
    <w:p>
      <w:r>
        <w:rPr>
          <w:b/>
          <w:sz w:val="24"/>
        </w:rPr>
        <w:t>Câu 16: Đặc điểm khí hậu của Mỹ Latinh là gì?</w:t>
      </w:r>
    </w:p>
    <w:p>
      <w:pPr>
        <w:pStyle w:val="ListParagraph"/>
      </w:pPr>
      <w:r>
        <w:rPr>
          <w:sz w:val="22"/>
        </w:rPr>
        <w:t>A. Chủ yếu là khí hậu ôn đới.</w:t>
      </w:r>
    </w:p>
    <w:p>
      <w:pPr>
        <w:pStyle w:val="ListParagraph"/>
      </w:pPr>
      <w:r>
        <w:rPr>
          <w:sz w:val="22"/>
        </w:rPr>
        <w:t>B. Chủ yếu là khí hậu nhiệt đới và xích đạo.</w:t>
      </w:r>
    </w:p>
    <w:p>
      <w:pPr>
        <w:pStyle w:val="ListParagraph"/>
      </w:pPr>
      <w:r>
        <w:rPr>
          <w:sz w:val="22"/>
        </w:rPr>
        <w:t>C. Chủ yếu là khí hậu hàn đới.</w:t>
      </w:r>
    </w:p>
    <w:p>
      <w:pPr>
        <w:pStyle w:val="ListParagraph"/>
      </w:pPr>
      <w:r>
        <w:rPr>
          <w:sz w:val="22"/>
        </w:rPr>
        <w:t>D. Chủ yếu là khí hậu cận nhiệt đới.</w:t>
      </w:r>
    </w:p>
    <w:p/>
    <w:p>
      <w:r>
        <w:rPr>
          <w:b/>
          <w:sz w:val="24"/>
        </w:rPr>
        <w:t>Câu 17: Vùng biển Ca-ri-bê nổi tiếng với loại tài nguyên nào?</w:t>
      </w:r>
    </w:p>
    <w:p>
      <w:pPr>
        <w:pStyle w:val="ListParagraph"/>
      </w:pPr>
      <w:r>
        <w:rPr>
          <w:sz w:val="22"/>
        </w:rPr>
        <w:t>A. Dầu mỏ và khí đốt.</w:t>
      </w:r>
    </w:p>
    <w:p>
      <w:pPr>
        <w:pStyle w:val="ListParagraph"/>
      </w:pPr>
      <w:r>
        <w:rPr>
          <w:sz w:val="22"/>
        </w:rPr>
        <w:t>B. Hải sản phong phú.</w:t>
      </w:r>
    </w:p>
    <w:p>
      <w:pPr>
        <w:pStyle w:val="ListParagraph"/>
      </w:pPr>
      <w:r>
        <w:rPr>
          <w:sz w:val="22"/>
        </w:rPr>
        <w:t>C. Khoáng sản kim loại.</w:t>
      </w:r>
    </w:p>
    <w:p>
      <w:pPr>
        <w:pStyle w:val="ListParagraph"/>
      </w:pPr>
      <w:r>
        <w:rPr>
          <w:sz w:val="22"/>
        </w:rPr>
        <w:t>D. Rừng nhiệt đới.</w:t>
      </w:r>
    </w:p>
    <w:p/>
    <w:p>
      <w:r>
        <w:rPr>
          <w:b/>
          <w:sz w:val="24"/>
        </w:rPr>
        <w:t>Câu 18: Quốc gia nào sau đây thuộc khu vực Mỹ Latinh?</w:t>
      </w:r>
    </w:p>
    <w:p>
      <w:pPr>
        <w:pStyle w:val="ListParagraph"/>
      </w:pPr>
      <w:r>
        <w:rPr>
          <w:sz w:val="22"/>
        </w:rPr>
        <w:t>A. Ca-na-đa.</w:t>
      </w:r>
    </w:p>
    <w:p>
      <w:pPr>
        <w:pStyle w:val="ListParagraph"/>
      </w:pPr>
      <w:r>
        <w:rPr>
          <w:sz w:val="22"/>
        </w:rPr>
        <w:t>B. Hoa Kỳ.</w:t>
      </w:r>
    </w:p>
    <w:p>
      <w:pPr>
        <w:pStyle w:val="ListParagraph"/>
      </w:pPr>
      <w:r>
        <w:rPr>
          <w:sz w:val="22"/>
        </w:rPr>
        <w:t>C. Mê-hi-cô.</w:t>
      </w:r>
    </w:p>
    <w:p>
      <w:pPr>
        <w:pStyle w:val="ListParagraph"/>
      </w:pPr>
      <w:r>
        <w:rPr>
          <w:sz w:val="22"/>
        </w:rPr>
        <w:t>D. Ấn Độ.</w:t>
      </w:r>
    </w:p>
    <w:p/>
    <w:p>
      <w:r>
        <w:rPr>
          <w:b/>
          <w:sz w:val="24"/>
        </w:rPr>
        <w:t>Câu 19: Đặc điểm nào sau đây là thuận lợi của vị trí địa lí Mỹ Latinh đối với phát triển kinh tế?</w:t>
      </w:r>
    </w:p>
    <w:p>
      <w:pPr>
        <w:pStyle w:val="ListParagraph"/>
      </w:pPr>
      <w:r>
        <w:rPr>
          <w:sz w:val="22"/>
        </w:rPr>
        <w:t>A. Nằm ở giao điểm của các tuyến hàng hải quốc tế.</w:t>
      </w:r>
    </w:p>
    <w:p>
      <w:pPr>
        <w:pStyle w:val="ListParagraph"/>
      </w:pPr>
      <w:r>
        <w:rPr>
          <w:sz w:val="22"/>
        </w:rPr>
        <w:t>B. Tiếp giáp với Hoa Kỳ - nền kinh tế phát triển.</w:t>
      </w:r>
    </w:p>
    <w:p>
      <w:pPr>
        <w:pStyle w:val="ListParagraph"/>
      </w:pPr>
      <w:r>
        <w:rPr>
          <w:sz w:val="22"/>
        </w:rPr>
        <w:t>C. Có nhiều cảng biển lớn.</w:t>
      </w:r>
    </w:p>
    <w:p>
      <w:pPr>
        <w:pStyle w:val="ListParagraph"/>
      </w:pPr>
      <w:r>
        <w:rPr>
          <w:sz w:val="22"/>
        </w:rPr>
        <w:t>D. Tất cả các ý trên.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