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Vật lý Lớp 8 - Áp suất chất lỏng và áp suất khí quyển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Áp suất chất lỏng tại một điểm cách mặt thoáng một đoạn h được tính bằng công thức nào?</w:t>
      </w:r>
    </w:p>
    <w:p>
      <w:pPr>
        <w:pStyle w:val="ListParagraph"/>
      </w:pPr>
      <w:r>
        <w:rPr>
          <w:sz w:val="22"/>
        </w:rPr>
        <w:t>A. $P = \dfrac{d}{V}$</w:t>
      </w:r>
    </w:p>
    <w:p>
      <w:pPr>
        <w:pStyle w:val="ListParagraph"/>
      </w:pPr>
      <w:r>
        <w:rPr>
          <w:sz w:val="22"/>
        </w:rPr>
        <w:t>B. $P = d.h$</w:t>
      </w:r>
    </w:p>
    <w:p>
      <w:pPr>
        <w:pStyle w:val="ListParagraph"/>
      </w:pPr>
      <w:r>
        <w:rPr>
          <w:sz w:val="22"/>
        </w:rPr>
        <w:t>C. $P = F.S$</w:t>
      </w:r>
    </w:p>
    <w:p>
      <w:pPr>
        <w:pStyle w:val="ListParagraph"/>
      </w:pPr>
      <w:r>
        <w:rPr>
          <w:sz w:val="22"/>
        </w:rPr>
        <w:t>D. $P = \dfrac{h}{d}$</w:t>
      </w:r>
    </w:p>
    <w:p/>
    <w:p>
      <w:r>
        <w:rPr>
          <w:b/>
          <w:sz w:val="24"/>
        </w:rPr>
        <w:t>Câu 2: Tại sao khi ngâm một vật trong chất lỏng, áp suất tại các điểm có cùng độ sâu lại bằng nhau?</w:t>
      </w:r>
    </w:p>
    <w:p>
      <w:pPr>
        <w:pStyle w:val="ListParagraph"/>
      </w:pPr>
      <w:r>
        <w:rPr>
          <w:sz w:val="22"/>
        </w:rPr>
        <w:t>A. Vì chất lỏng gây áp suất theo mọi hướng nên tại cùng độ sâu, áp suất ở mọi điểm đều như nhau.</w:t>
      </w:r>
    </w:p>
    <w:p>
      <w:pPr>
        <w:pStyle w:val="ListParagraph"/>
      </w:pPr>
      <w:r>
        <w:rPr>
          <w:sz w:val="22"/>
        </w:rPr>
        <w:t>B. Vì trọng lượng riêng của chất lỏng thay đổi theo độ sâu.</w:t>
      </w:r>
    </w:p>
    <w:p>
      <w:pPr>
        <w:pStyle w:val="ListParagraph"/>
      </w:pPr>
      <w:r>
        <w:rPr>
          <w:sz w:val="22"/>
        </w:rPr>
        <w:t>C. Vì chất lỏng chỉ gây áp suất theo phương thẳng đứng.</w:t>
      </w:r>
    </w:p>
    <w:p>
      <w:pPr>
        <w:pStyle w:val="ListParagraph"/>
      </w:pPr>
      <w:r>
        <w:rPr>
          <w:sz w:val="22"/>
        </w:rPr>
        <w:t>D. Vì lực của chất lỏng tác dụng lên vật là như nhau ở mọi vị trí.</w:t>
      </w:r>
    </w:p>
    <w:p/>
    <w:p>
      <w:r>
        <w:rPr>
          <w:b/>
          <w:sz w:val="24"/>
        </w:rPr>
        <w:t>Câu 3: Áp suất chất lỏng phụ thuộc vào những yếu tố nào?</w:t>
      </w:r>
    </w:p>
    <w:p>
      <w:pPr>
        <w:pStyle w:val="ListParagraph"/>
      </w:pPr>
      <w:r>
        <w:rPr>
          <w:sz w:val="22"/>
        </w:rPr>
        <w:t>A. Trọng lượng riêng của chất lỏng và độ sâu.</w:t>
      </w:r>
    </w:p>
    <w:p>
      <w:pPr>
        <w:pStyle w:val="ListParagraph"/>
      </w:pPr>
      <w:r>
        <w:rPr>
          <w:sz w:val="22"/>
        </w:rPr>
        <w:t>B. Lực tác dụng và diện tích bị ép.</w:t>
      </w:r>
    </w:p>
    <w:p>
      <w:pPr>
        <w:pStyle w:val="ListParagraph"/>
      </w:pPr>
      <w:r>
        <w:rPr>
          <w:sz w:val="22"/>
        </w:rPr>
        <w:t>C. Trọng lượng riêng và diện tích mặt thoáng.</w:t>
      </w:r>
    </w:p>
    <w:p>
      <w:pPr>
        <w:pStyle w:val="ListParagraph"/>
      </w:pPr>
      <w:r>
        <w:rPr>
          <w:sz w:val="22"/>
        </w:rPr>
        <w:t>D. Độ sâu và diện tích đáy bình.</w:t>
      </w:r>
    </w:p>
    <w:p/>
    <w:p>
      <w:r>
        <w:rPr>
          <w:b/>
          <w:sz w:val="24"/>
        </w:rPr>
        <w:t>Câu 4: Hiện tượng nào sau đây chứng tỏ sự tồn tại của áp suất khí quyển?</w:t>
      </w:r>
    </w:p>
    <w:p>
      <w:pPr>
        <w:pStyle w:val="ListParagraph"/>
      </w:pPr>
      <w:r>
        <w:rPr>
          <w:sz w:val="22"/>
        </w:rPr>
        <w:t>A. Nước chảy từ trên cao xuống.</w:t>
      </w:r>
    </w:p>
    <w:p>
      <w:pPr>
        <w:pStyle w:val="ListParagraph"/>
      </w:pPr>
      <w:r>
        <w:rPr>
          <w:sz w:val="22"/>
        </w:rPr>
        <w:t>B. Hút sữa bằng ống hút.</w:t>
      </w:r>
    </w:p>
    <w:p>
      <w:pPr>
        <w:pStyle w:val="ListParagraph"/>
      </w:pPr>
      <w:r>
        <w:rPr>
          <w:sz w:val="22"/>
        </w:rPr>
        <w:t>C. Quả bóng bay phồng lên khi bơm căng.</w:t>
      </w:r>
    </w:p>
    <w:p>
      <w:pPr>
        <w:pStyle w:val="ListParagraph"/>
      </w:pPr>
      <w:r>
        <w:rPr>
          <w:sz w:val="22"/>
        </w:rPr>
        <w:t>D. Bơm nước vào lốp xe.</w:t>
      </w:r>
    </w:p>
    <w:p/>
    <w:p>
      <w:r>
        <w:rPr>
          <w:b/>
          <w:sz w:val="24"/>
        </w:rPr>
        <w:t>Câu 5: Dụng cụ dùng để đo áp suất khí quyển được gọi là gì?</w:t>
      </w:r>
    </w:p>
    <w:p>
      <w:pPr>
        <w:pStyle w:val="ListParagraph"/>
      </w:pPr>
      <w:r>
        <w:rPr>
          <w:sz w:val="22"/>
        </w:rPr>
        <w:t>A. Ampe kế</w:t>
      </w:r>
    </w:p>
    <w:p>
      <w:pPr>
        <w:pStyle w:val="ListParagraph"/>
      </w:pPr>
      <w:r>
        <w:rPr>
          <w:sz w:val="22"/>
        </w:rPr>
        <w:t>B. Vôn kế</w:t>
      </w:r>
    </w:p>
    <w:p>
      <w:pPr>
        <w:pStyle w:val="ListParagraph"/>
      </w:pPr>
      <w:r>
        <w:rPr>
          <w:sz w:val="22"/>
        </w:rPr>
        <w:t>C. Phong vũ biểu (khí áp kế)</w:t>
      </w:r>
    </w:p>
    <w:p>
      <w:pPr>
        <w:pStyle w:val="ListParagraph"/>
      </w:pPr>
      <w:r>
        <w:rPr>
          <w:sz w:val="22"/>
        </w:rPr>
        <w:t>D. Nhiệt kế</w:t>
      </w:r>
    </w:p>
    <w:p/>
    <w:p>
      <w:r>
        <w:rPr>
          <w:b/>
          <w:sz w:val="24"/>
        </w:rPr>
        <w:t>Câu 6: Càng lên cao, áp suất khí quyển sẽ:</w:t>
      </w:r>
    </w:p>
    <w:p>
      <w:pPr>
        <w:pStyle w:val="ListParagraph"/>
      </w:pPr>
      <w:r>
        <w:rPr>
          <w:sz w:val="22"/>
        </w:rPr>
        <w:t>A. Tăng</w:t>
      </w:r>
    </w:p>
    <w:p>
      <w:pPr>
        <w:pStyle w:val="ListParagraph"/>
      </w:pPr>
      <w:r>
        <w:rPr>
          <w:sz w:val="22"/>
        </w:rPr>
        <w:t>B. Giảm</w:t>
      </w:r>
    </w:p>
    <w:p>
      <w:pPr>
        <w:pStyle w:val="ListParagraph"/>
      </w:pPr>
      <w:r>
        <w:rPr>
          <w:sz w:val="22"/>
        </w:rPr>
        <w:t>C. Không thay đổi</w:t>
      </w:r>
    </w:p>
    <w:p>
      <w:pPr>
        <w:pStyle w:val="ListParagraph"/>
      </w:pPr>
      <w:r>
        <w:rPr>
          <w:sz w:val="22"/>
        </w:rPr>
        <w:t>D. Lúc tăng, lúc giảm</w:t>
      </w:r>
    </w:p>
    <w:p/>
    <w:p>
      <w:r>
        <w:rPr>
          <w:b/>
          <w:sz w:val="24"/>
        </w:rPr>
        <w:t>Câu 7: Trong một bình chứa chất lỏng, tại hai điểm A và B có cùng độ sâu nhưng khác nhau về vị trí, áp suất tại A và B là?</w:t>
      </w:r>
    </w:p>
    <w:p>
      <w:pPr>
        <w:pStyle w:val="ListParagraph"/>
      </w:pPr>
      <w:r>
        <w:rPr>
          <w:sz w:val="22"/>
        </w:rPr>
        <w:t>A. Áp suất tại A lớn hơn.</w:t>
      </w:r>
    </w:p>
    <w:p>
      <w:pPr>
        <w:pStyle w:val="ListParagraph"/>
      </w:pPr>
      <w:r>
        <w:rPr>
          <w:sz w:val="22"/>
        </w:rPr>
        <w:t>B. Áp suất tại B lớn hơn.</w:t>
      </w:r>
    </w:p>
    <w:p>
      <w:pPr>
        <w:pStyle w:val="ListParagraph"/>
      </w:pPr>
      <w:r>
        <w:rPr>
          <w:sz w:val="22"/>
        </w:rPr>
        <w:t>C. Bằng nhau.</w:t>
      </w:r>
    </w:p>
    <w:p>
      <w:pPr>
        <w:pStyle w:val="ListParagraph"/>
      </w:pPr>
      <w:r>
        <w:rPr>
          <w:sz w:val="22"/>
        </w:rPr>
        <w:t>D. Không so sánh được.</w:t>
      </w:r>
    </w:p>
    <w:p/>
    <w:p>
      <w:r>
        <w:rPr>
          <w:b/>
          <w:sz w:val="24"/>
        </w:rPr>
        <w:t>Câu 8: Tại sao nắp ấm trà thường có một lỗ nhỏ?</w:t>
      </w:r>
    </w:p>
    <w:p>
      <w:pPr>
        <w:pStyle w:val="ListParagraph"/>
      </w:pPr>
      <w:r>
        <w:rPr>
          <w:sz w:val="22"/>
        </w:rPr>
        <w:t>A. Để trang trí.</w:t>
      </w:r>
    </w:p>
    <w:p>
      <w:pPr>
        <w:pStyle w:val="ListParagraph"/>
      </w:pPr>
      <w:r>
        <w:rPr>
          <w:sz w:val="22"/>
        </w:rPr>
        <w:t>B. Để khi rót nước, áp suất trong ấm cân bằng với áp suất khí quyển, giúp nước chảy ra dễ dàng.</w:t>
      </w:r>
    </w:p>
    <w:p>
      <w:pPr>
        <w:pStyle w:val="ListParagraph"/>
      </w:pPr>
      <w:r>
        <w:rPr>
          <w:sz w:val="22"/>
        </w:rPr>
        <w:t>C. Để làm giảm áp suất trong ấm.</w:t>
      </w:r>
    </w:p>
    <w:p>
      <w:pPr>
        <w:pStyle w:val="ListParagraph"/>
      </w:pPr>
      <w:r>
        <w:rPr>
          <w:sz w:val="22"/>
        </w:rPr>
        <w:t>D. Để tạo sự thông thoáng cho trà.</w:t>
      </w:r>
    </w:p>
    <w:p/>
    <w:p>
      <w:r>
        <w:rPr>
          <w:b/>
          <w:sz w:val="24"/>
        </w:rPr>
        <w:t>Câu 9: Một bể nước có độ sâu 2 m. Biết trọng lượng riêng của nước là 10000 N/m³. Áp suất của nước lên đáy bể là?</w:t>
      </w:r>
    </w:p>
    <w:p>
      <w:pPr>
        <w:pStyle w:val="ListParagraph"/>
      </w:pPr>
      <w:r>
        <w:rPr>
          <w:sz w:val="22"/>
        </w:rPr>
        <w:t>A. 2000 N/m²</w:t>
      </w:r>
    </w:p>
    <w:p>
      <w:pPr>
        <w:pStyle w:val="ListParagraph"/>
      </w:pPr>
      <w:r>
        <w:rPr>
          <w:sz w:val="22"/>
        </w:rPr>
        <w:t>B. 20000 N/m²</w:t>
      </w:r>
    </w:p>
    <w:p>
      <w:pPr>
        <w:pStyle w:val="ListParagraph"/>
      </w:pPr>
      <w:r>
        <w:rPr>
          <w:sz w:val="22"/>
        </w:rPr>
        <w:t>C. 5000 N/m²</w:t>
      </w:r>
    </w:p>
    <w:p>
      <w:pPr>
        <w:pStyle w:val="ListParagraph"/>
      </w:pPr>
      <w:r>
        <w:rPr>
          <w:sz w:val="22"/>
        </w:rPr>
        <w:t>D. 10000 N/m²</w:t>
      </w:r>
    </w:p>
    <w:p/>
    <w:p>
      <w:r>
        <w:rPr>
          <w:b/>
          <w:sz w:val="24"/>
        </w:rPr>
        <w:t>Câu 10: Áp suất khí quyển ở mực nước biển khoảng bao nhiêu?</w:t>
      </w:r>
    </w:p>
    <w:p>
      <w:pPr>
        <w:pStyle w:val="ListParagraph"/>
      </w:pPr>
      <w:r>
        <w:rPr>
          <w:sz w:val="22"/>
        </w:rPr>
        <w:t>A. 76 cmHg</w:t>
      </w:r>
    </w:p>
    <w:p>
      <w:pPr>
        <w:pStyle w:val="ListParagraph"/>
      </w:pPr>
      <w:r>
        <w:rPr>
          <w:sz w:val="22"/>
        </w:rPr>
        <w:t>B. 760 mmHg</w:t>
      </w:r>
    </w:p>
    <w:p>
      <w:pPr>
        <w:pStyle w:val="ListParagraph"/>
      </w:pPr>
      <w:r>
        <w:rPr>
          <w:sz w:val="22"/>
        </w:rPr>
        <w:t>C. 1 atm (≈ 101300 Pa)</w:t>
      </w:r>
    </w:p>
    <w:p>
      <w:pPr>
        <w:pStyle w:val="ListParagraph"/>
      </w:pPr>
      <w:r>
        <w:rPr>
          <w:sz w:val="22"/>
        </w:rPr>
        <w:t>D. Tất cả các giá trị trên đều tương đương.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