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Chủ đề 1. THẾ GIỚI TRONG VÀ SAU CHIẾN TRANH L...</w:t>
      </w:r>
    </w:p>
    <w:p>
      <w:pPr>
        <w:jc w:val="center"/>
      </w:pPr>
      <w:r>
        <w:rPr>
          <w:sz w:val="22"/>
        </w:rPr>
        <w:t>Số câu: 14    Thời gian: _____ phút    Họ và tên: _________________________</w:t>
      </w:r>
    </w:p>
    <w:p/>
    <w:p>
      <w:r>
        <w:rPr>
          <w:b/>
          <w:sz w:val="24"/>
        </w:rPr>
        <w:t>Câu 1: Liên hợp quốc chính thức được thành lập vào thời gian nào?</w:t>
      </w:r>
    </w:p>
    <w:p>
      <w:pPr>
        <w:pStyle w:val="ListParagraph"/>
      </w:pPr>
      <w:r>
        <w:rPr>
          <w:sz w:val="22"/>
        </w:rPr>
        <w:t>A. 24/10/1945</w:t>
      </w:r>
    </w:p>
    <w:p>
      <w:pPr>
        <w:pStyle w:val="ListParagraph"/>
      </w:pPr>
      <w:r>
        <w:rPr>
          <w:sz w:val="22"/>
        </w:rPr>
        <w:t>B. 2/1945</w:t>
      </w:r>
    </w:p>
    <w:p>
      <w:pPr>
        <w:pStyle w:val="ListParagraph"/>
      </w:pPr>
      <w:r>
        <w:rPr>
          <w:sz w:val="22"/>
        </w:rPr>
        <w:t>C. 4/1945</w:t>
      </w:r>
    </w:p>
    <w:p>
      <w:pPr>
        <w:pStyle w:val="ListParagraph"/>
      </w:pPr>
      <w:r>
        <w:rPr>
          <w:sz w:val="22"/>
        </w:rPr>
        <w:t>D. 6/1945</w:t>
      </w:r>
    </w:p>
    <w:p/>
    <w:p>
      <w:r>
        <w:rPr>
          <w:b/>
          <w:sz w:val="24"/>
        </w:rPr>
        <w:t>Câu 2: Hội nghị nào đã thông qua Hiến chương Liên hợp quốc?</w:t>
      </w:r>
    </w:p>
    <w:p>
      <w:pPr>
        <w:pStyle w:val="ListParagraph"/>
      </w:pPr>
      <w:r>
        <w:rPr>
          <w:sz w:val="22"/>
        </w:rPr>
        <w:t>A. Hội nghị I-an-ta</w:t>
      </w:r>
    </w:p>
    <w:p>
      <w:pPr>
        <w:pStyle w:val="ListParagraph"/>
      </w:pPr>
      <w:r>
        <w:rPr>
          <w:sz w:val="22"/>
        </w:rPr>
        <w:t>B. Hội nghị Xan-Phran-xi-xcô</w:t>
      </w:r>
    </w:p>
    <w:p>
      <w:pPr>
        <w:pStyle w:val="ListParagraph"/>
      </w:pPr>
      <w:r>
        <w:rPr>
          <w:sz w:val="22"/>
        </w:rPr>
        <w:t>C. Hội nghị Tê-hê-ran</w:t>
      </w:r>
    </w:p>
    <w:p>
      <w:pPr>
        <w:pStyle w:val="ListParagraph"/>
      </w:pPr>
      <w:r>
        <w:rPr>
          <w:sz w:val="22"/>
        </w:rPr>
        <w:t>D. Hội nghị Pốt-xđam</w:t>
      </w:r>
    </w:p>
    <w:p/>
    <w:p>
      <w:r>
        <w:rPr>
          <w:b/>
          <w:sz w:val="24"/>
        </w:rPr>
        <w:t>Câu 3: Mục tiêu quan trọng hàng đầu của Liên hợp quốc là gì?</w:t>
      </w:r>
    </w:p>
    <w:p>
      <w:pPr>
        <w:pStyle w:val="ListParagraph"/>
      </w:pPr>
      <w:r>
        <w:rPr>
          <w:sz w:val="22"/>
        </w:rPr>
        <w:t>A. Duy trì hòa bình và an ninh quốc tế</w:t>
      </w:r>
    </w:p>
    <w:p>
      <w:pPr>
        <w:pStyle w:val="ListParagraph"/>
      </w:pPr>
      <w:r>
        <w:rPr>
          <w:sz w:val="22"/>
        </w:rPr>
        <w:t>B. Thúc đẩy quan hệ hữu nghị giữa các dân tộc</w:t>
      </w:r>
    </w:p>
    <w:p>
      <w:pPr>
        <w:pStyle w:val="ListParagraph"/>
      </w:pPr>
      <w:r>
        <w:rPr>
          <w:sz w:val="22"/>
        </w:rPr>
        <w:t>C. Thúc đẩy hợp tác quốc tế về kinh tế, văn hóa</w:t>
      </w:r>
    </w:p>
    <w:p>
      <w:pPr>
        <w:pStyle w:val="ListParagraph"/>
      </w:pPr>
      <w:r>
        <w:rPr>
          <w:sz w:val="22"/>
        </w:rPr>
        <w:t>D. Trung tâm điều hòa các nỗ lực quốc tế</w:t>
      </w:r>
    </w:p>
    <w:p/>
    <w:p>
      <w:r>
        <w:rPr>
          <w:b/>
          <w:sz w:val="24"/>
        </w:rPr>
        <w:t>Câu 4: Một trong những nguyên tắc hoạt động của Liên hợp quốc là</w:t>
      </w:r>
    </w:p>
    <w:p>
      <w:pPr>
        <w:pStyle w:val="ListParagraph"/>
      </w:pPr>
      <w:r>
        <w:rPr>
          <w:sz w:val="22"/>
        </w:rPr>
        <w:t>A. Bình đẳng về chủ quyền quốc gia</w:t>
      </w:r>
    </w:p>
    <w:p>
      <w:pPr>
        <w:pStyle w:val="ListParagraph"/>
      </w:pPr>
      <w:r>
        <w:rPr>
          <w:sz w:val="22"/>
        </w:rPr>
        <w:t>B. Can thiệp vào công việc nội bộ các nước</w:t>
      </w:r>
    </w:p>
    <w:p>
      <w:pPr>
        <w:pStyle w:val="ListParagraph"/>
      </w:pPr>
      <w:r>
        <w:rPr>
          <w:sz w:val="22"/>
        </w:rPr>
        <w:t>C. Đe dọa bằng vũ lực trong quan hệ quốc tế</w:t>
      </w:r>
    </w:p>
    <w:p>
      <w:pPr>
        <w:pStyle w:val="ListParagraph"/>
      </w:pPr>
      <w:r>
        <w:rPr>
          <w:sz w:val="22"/>
        </w:rPr>
        <w:t>D. Giải quyết tranh chấp quốc tế bằng vũ lực</w:t>
      </w:r>
    </w:p>
    <w:p/>
    <w:p>
      <w:r>
        <w:rPr>
          <w:b/>
          <w:sz w:val="24"/>
        </w:rPr>
        <w:t>Câu 5: Năm 2015, Liên hợp quốc thông qua văn kiện nào sau đây?</w:t>
      </w:r>
    </w:p>
    <w:p>
      <w:pPr>
        <w:pStyle w:val="ListParagraph"/>
      </w:pPr>
      <w:r>
        <w:rPr>
          <w:sz w:val="22"/>
        </w:rPr>
        <w:t>A. Tuyên ngôn Nhân quyền</w:t>
      </w:r>
    </w:p>
    <w:p>
      <w:pPr>
        <w:pStyle w:val="ListParagraph"/>
      </w:pPr>
      <w:r>
        <w:rPr>
          <w:sz w:val="22"/>
        </w:rPr>
        <w:t>B. Chương trình nghị sự 2030 vì sự phát triển bền vững</w:t>
      </w:r>
    </w:p>
    <w:p>
      <w:pPr>
        <w:pStyle w:val="ListParagraph"/>
      </w:pPr>
      <w:r>
        <w:rPr>
          <w:sz w:val="22"/>
        </w:rPr>
        <w:t>C. Hiến chương Liên hợp quốc</w:t>
      </w:r>
    </w:p>
    <w:p>
      <w:pPr>
        <w:pStyle w:val="ListParagraph"/>
      </w:pPr>
      <w:r>
        <w:rPr>
          <w:sz w:val="22"/>
        </w:rPr>
        <w:t>D. Công ước về Luật biển</w:t>
      </w:r>
    </w:p>
    <w:p/>
    <w:p>
      <w:r>
        <w:rPr>
          <w:b/>
          <w:sz w:val="24"/>
        </w:rPr>
        <w:t>Câu 6: Trật tự thế giới hai cực I-an-ta được hình thành từ hội nghị nào?</w:t>
      </w:r>
    </w:p>
    <w:p>
      <w:pPr>
        <w:pStyle w:val="ListParagraph"/>
      </w:pPr>
      <w:r>
        <w:rPr>
          <w:sz w:val="22"/>
        </w:rPr>
        <w:t>A. Hội nghị I-an-ta (2/1945)</w:t>
      </w:r>
    </w:p>
    <w:p>
      <w:pPr>
        <w:pStyle w:val="ListParagraph"/>
      </w:pPr>
      <w:r>
        <w:rPr>
          <w:sz w:val="22"/>
        </w:rPr>
        <w:t>B. Hội nghị Xan-Phran-xi-xcô</w:t>
      </w:r>
    </w:p>
    <w:p>
      <w:pPr>
        <w:pStyle w:val="ListParagraph"/>
      </w:pPr>
      <w:r>
        <w:rPr>
          <w:sz w:val="22"/>
        </w:rPr>
        <w:t>C. Hội nghị Tê-hê-ran</w:t>
      </w:r>
    </w:p>
    <w:p>
      <w:pPr>
        <w:pStyle w:val="ListParagraph"/>
      </w:pPr>
      <w:r>
        <w:rPr>
          <w:sz w:val="22"/>
        </w:rPr>
        <w:t>D. Hội nghị Véc-xai</w:t>
      </w:r>
    </w:p>
    <w:p/>
    <w:p>
      <w:r>
        <w:rPr>
          <w:b/>
          <w:sz w:val="24"/>
        </w:rPr>
        <w:t>Câu 7: Theo thỏa thuận tại Hội nghị I-an-ta, ở châu Âu quân đội Liên Xô chiếm đóng khu vực nào?</w:t>
      </w:r>
    </w:p>
    <w:p>
      <w:pPr>
        <w:pStyle w:val="ListParagraph"/>
      </w:pPr>
      <w:r>
        <w:rPr>
          <w:sz w:val="22"/>
        </w:rPr>
        <w:t>A. Đông Bec-lin, Đông Đức và Đông Âu</w:t>
      </w:r>
    </w:p>
    <w:p>
      <w:pPr>
        <w:pStyle w:val="ListParagraph"/>
      </w:pPr>
      <w:r>
        <w:rPr>
          <w:sz w:val="22"/>
        </w:rPr>
        <w:t>B. Tây Bec-lin, Tây Đức và Tây Âu</w:t>
      </w:r>
    </w:p>
    <w:p>
      <w:pPr>
        <w:pStyle w:val="ListParagraph"/>
      </w:pPr>
      <w:r>
        <w:rPr>
          <w:sz w:val="22"/>
        </w:rPr>
        <w:t>C. Nhật Bản và Nam Triều Tiên</w:t>
      </w:r>
    </w:p>
    <w:p>
      <w:pPr>
        <w:pStyle w:val="ListParagraph"/>
      </w:pPr>
      <w:r>
        <w:rPr>
          <w:sz w:val="22"/>
        </w:rPr>
        <w:t>D. Bắc Triều Tiên và Trung Quốc</w:t>
      </w:r>
    </w:p>
    <w:p/>
    <w:p>
      <w:r>
        <w:rPr>
          <w:b/>
          <w:sz w:val="24"/>
        </w:rPr>
        <w:t>Câu 8: Tháng 3/1947, Mỹ phát động Chiến tranh lạnh chống Liên Xô và các nước xã hội chủ nghĩa bằng</w:t>
      </w:r>
    </w:p>
    <w:p>
      <w:pPr>
        <w:pStyle w:val="ListParagraph"/>
      </w:pPr>
      <w:r>
        <w:rPr>
          <w:sz w:val="22"/>
        </w:rPr>
        <w:t>A. Thông điệp của Tổng thống Tru-man</w:t>
      </w:r>
    </w:p>
    <w:p>
      <w:pPr>
        <w:pStyle w:val="ListParagraph"/>
      </w:pPr>
      <w:r>
        <w:rPr>
          <w:sz w:val="22"/>
        </w:rPr>
        <w:t>B. Kế hoạch Mác-san</w:t>
      </w:r>
    </w:p>
    <w:p>
      <w:pPr>
        <w:pStyle w:val="ListParagraph"/>
      </w:pPr>
      <w:r>
        <w:rPr>
          <w:sz w:val="22"/>
        </w:rPr>
        <w:t>C. Học thuyết Ních-xơn</w:t>
      </w:r>
    </w:p>
    <w:p>
      <w:pPr>
        <w:pStyle w:val="ListParagraph"/>
      </w:pPr>
      <w:r>
        <w:rPr>
          <w:sz w:val="22"/>
        </w:rPr>
        <w:t>D. Hiệp ước NATO</w:t>
      </w:r>
    </w:p>
    <w:p/>
    <w:p>
      <w:r>
        <w:rPr>
          <w:b/>
          <w:sz w:val="24"/>
        </w:rPr>
        <w:t>Câu 9: Liên Xô và các nước Đông Âu đã thành lập tổ chức nào sau đây trong thời kỳ Chiến tranh lạnh?</w:t>
      </w:r>
    </w:p>
    <w:p>
      <w:pPr>
        <w:pStyle w:val="ListParagraph"/>
      </w:pPr>
      <w:r>
        <w:rPr>
          <w:sz w:val="22"/>
        </w:rPr>
        <w:t>A. NATO</w:t>
      </w:r>
    </w:p>
    <w:p>
      <w:pPr>
        <w:pStyle w:val="ListParagraph"/>
      </w:pPr>
      <w:r>
        <w:rPr>
          <w:sz w:val="22"/>
        </w:rPr>
        <w:t>B. Hội đồng tương trợ kinh tế (SEV) và Tổ chức Hiệp ước Vác-sa-va</w:t>
      </w:r>
    </w:p>
    <w:p>
      <w:pPr>
        <w:pStyle w:val="ListParagraph"/>
      </w:pPr>
      <w:r>
        <w:rPr>
          <w:sz w:val="22"/>
        </w:rPr>
        <w:t>C. Liên minh châu Âu (EU)</w:t>
      </w:r>
    </w:p>
    <w:p>
      <w:pPr>
        <w:pStyle w:val="ListParagraph"/>
      </w:pPr>
      <w:r>
        <w:rPr>
          <w:sz w:val="22"/>
        </w:rPr>
        <w:t>D. ASEAN</w:t>
      </w:r>
    </w:p>
    <w:p/>
    <w:p>
      <w:r>
        <w:rPr>
          <w:b/>
          <w:sz w:val="24"/>
        </w:rPr>
        <w:t>Câu 10: Sự kiện nào đánh dấu chấm dứt sự tồn tại của Trật tự thế giới hai cực I-an-ta?</w:t>
      </w:r>
    </w:p>
    <w:p>
      <w:pPr>
        <w:pStyle w:val="ListParagraph"/>
      </w:pPr>
      <w:r>
        <w:rPr>
          <w:sz w:val="22"/>
        </w:rPr>
        <w:t>A. Liên Xô và Mỹ tuyên bố chấm dứt Chiến tranh lạnh (1989)</w:t>
      </w:r>
    </w:p>
    <w:p>
      <w:pPr>
        <w:pStyle w:val="ListParagraph"/>
      </w:pPr>
      <w:r>
        <w:rPr>
          <w:sz w:val="22"/>
        </w:rPr>
        <w:t>B. Sự sụp đổ của chủ nghĩa xã hội ở Đông Âu và sự tan rã của Liên Xô (1991)</w:t>
      </w:r>
    </w:p>
    <w:p>
      <w:pPr>
        <w:pStyle w:val="ListParagraph"/>
      </w:pPr>
      <w:r>
        <w:rPr>
          <w:sz w:val="22"/>
        </w:rPr>
        <w:t>C. Kí kết văn kiện hạn chế vũ khí chiến lược (1972)</w:t>
      </w:r>
    </w:p>
    <w:p>
      <w:pPr>
        <w:pStyle w:val="ListParagraph"/>
      </w:pPr>
      <w:r>
        <w:rPr>
          <w:sz w:val="22"/>
        </w:rPr>
        <w:t>D. Thỏa thuận thủ tiêu tên lửa tầm trung ở châu Âu (1987)</w:t>
      </w:r>
    </w:p>
    <w:p/>
    <w:p>
      <w:r>
        <w:rPr>
          <w:b/>
          <w:sz w:val="24"/>
        </w:rPr>
        <w:t>Câu 11: Nội dung nào sau đây không phải là nguyên nhân dẫn đến sự sụp đổ của Trật tự thế giới hai cực I-an-ta?</w:t>
      </w:r>
    </w:p>
    <w:p>
      <w:pPr>
        <w:pStyle w:val="ListParagraph"/>
      </w:pPr>
      <w:r>
        <w:rPr>
          <w:sz w:val="22"/>
        </w:rPr>
        <w:t>A. Sự đối đầu căng thẳng Xô - Mỹ làm suy giảm thế mạnh kinh tế</w:t>
      </w:r>
    </w:p>
    <w:p>
      <w:pPr>
        <w:pStyle w:val="ListParagraph"/>
      </w:pPr>
      <w:r>
        <w:rPr>
          <w:sz w:val="22"/>
        </w:rPr>
        <w:t>B. Sự vươn lên mạnh mẽ của Nhật Bản và các nước Tây Âu</w:t>
      </w:r>
    </w:p>
    <w:p>
      <w:pPr>
        <w:pStyle w:val="ListParagraph"/>
      </w:pPr>
      <w:r>
        <w:rPr>
          <w:sz w:val="22"/>
        </w:rPr>
        <w:t>C. Cuộc khủng hoảng dẫn tới sự tan rã của Liên Xô</w:t>
      </w:r>
    </w:p>
    <w:p>
      <w:pPr>
        <w:pStyle w:val="ListParagraph"/>
      </w:pPr>
      <w:r>
        <w:rPr>
          <w:sz w:val="22"/>
        </w:rPr>
        <w:t>D. Sự thành lập Liên hợp quốc</w:t>
      </w:r>
    </w:p>
    <w:p/>
    <w:p>
      <w:r>
        <w:rPr>
          <w:b/>
          <w:sz w:val="24"/>
        </w:rPr>
        <w:t>Câu 12: Xu thế phát triển chính của thế giới sau Chiến tranh lạnh là</w:t>
      </w:r>
    </w:p>
    <w:p>
      <w:pPr>
        <w:pStyle w:val="ListParagraph"/>
      </w:pPr>
      <w:r>
        <w:rPr>
          <w:sz w:val="22"/>
        </w:rPr>
        <w:t>A. Lấy kinh tế làm trọng tâm</w:t>
      </w:r>
    </w:p>
    <w:p>
      <w:pPr>
        <w:pStyle w:val="ListParagraph"/>
      </w:pPr>
      <w:r>
        <w:rPr>
          <w:sz w:val="22"/>
        </w:rPr>
        <w:t>B. Toàn cầu hóa</w:t>
      </w:r>
    </w:p>
    <w:p>
      <w:pPr>
        <w:pStyle w:val="ListParagraph"/>
      </w:pPr>
      <w:r>
        <w:rPr>
          <w:sz w:val="22"/>
        </w:rPr>
        <w:t>C. Đối thoại, hợp tác</w:t>
      </w:r>
    </w:p>
    <w:p>
      <w:pPr>
        <w:pStyle w:val="ListParagraph"/>
      </w:pPr>
      <w:r>
        <w:rPr>
          <w:sz w:val="22"/>
        </w:rPr>
        <w:t>D. Cả A, B và C</w:t>
      </w:r>
    </w:p>
    <w:p/>
    <w:p>
      <w:r>
        <w:rPr>
          <w:b/>
          <w:sz w:val="24"/>
        </w:rPr>
        <w:t>Câu 13: Khái niệm “đa cực” trong quan hệ quốc tế dùng để chỉ</w:t>
      </w:r>
    </w:p>
    <w:p>
      <w:pPr>
        <w:pStyle w:val="ListParagraph"/>
      </w:pPr>
      <w:r>
        <w:rPr>
          <w:sz w:val="22"/>
        </w:rPr>
        <w:t>A. Trật tự thế giới có sự tham gia của nhiều quốc gia, trung tâm, không một quốc gia nào có quyền lực áp đảo</w:t>
      </w:r>
    </w:p>
    <w:p>
      <w:pPr>
        <w:pStyle w:val="ListParagraph"/>
      </w:pPr>
      <w:r>
        <w:rPr>
          <w:sz w:val="22"/>
        </w:rPr>
        <w:t>B. Trật tự thế giới do một cường quốc duy nhất chi phối</w:t>
      </w:r>
    </w:p>
    <w:p>
      <w:pPr>
        <w:pStyle w:val="ListParagraph"/>
      </w:pPr>
      <w:r>
        <w:rPr>
          <w:sz w:val="22"/>
        </w:rPr>
        <w:t>C. Trật tự thế giới hai cực đối đầu Xô - Mỹ</w:t>
      </w:r>
    </w:p>
    <w:p>
      <w:pPr>
        <w:pStyle w:val="ListParagraph"/>
      </w:pPr>
      <w:r>
        <w:rPr>
          <w:sz w:val="22"/>
        </w:rPr>
        <w:t>D. Trật tự thế giới được Liên hợp quốc quyết định toàn bộ</w:t>
      </w:r>
    </w:p>
    <w:p/>
    <w:p>
      <w:r>
        <w:rPr>
          <w:b/>
          <w:sz w:val="24"/>
        </w:rPr>
        <w:t>Câu 14: Biểu hiện của xu thế đa cực trong quan hệ quốc tế sau Chiến tranh lạnh là</w:t>
      </w:r>
    </w:p>
    <w:p>
      <w:pPr>
        <w:pStyle w:val="ListParagraph"/>
      </w:pPr>
      <w:r>
        <w:rPr>
          <w:sz w:val="22"/>
        </w:rPr>
        <w:t>A. Sự gia tăng sức mạnh và ảnh hưởng của Trung Quốc, Nga, Ấn Độ, Nhật Bản, EU</w:t>
      </w:r>
    </w:p>
    <w:p>
      <w:pPr>
        <w:pStyle w:val="ListParagraph"/>
      </w:pPr>
      <w:r>
        <w:rPr>
          <w:sz w:val="22"/>
        </w:rPr>
        <w:t>B. Sự suy giảm sức mạnh tương đối của Mỹ</w:t>
      </w:r>
    </w:p>
    <w:p>
      <w:pPr>
        <w:pStyle w:val="ListParagraph"/>
      </w:pPr>
      <w:r>
        <w:rPr>
          <w:sz w:val="22"/>
        </w:rPr>
        <w:t>C. Vai trò ngày càng tăng của các trung tâm, tổ chức kinh tế, tài chính quốc tế và khu vực</w:t>
      </w:r>
    </w:p>
    <w:p>
      <w:pPr>
        <w:pStyle w:val="ListParagraph"/>
      </w:pPr>
      <w:r>
        <w:rPr>
          <w:sz w:val="22"/>
        </w:rPr>
        <w:t>D. Cả A, B và C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