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Giá trị của $\sin\left(\frac{\pi}{6}\right)$ là:</w:t>
      </w:r>
    </w:p>
    <w:p>
      <w:pPr>
        <w:pStyle w:val="ListParagraph"/>
      </w:pPr>
      <w:r>
        <w:rPr>
          <w:sz w:val="22"/>
        </w:rPr>
        <w:t>A. $\frac{1}{2}$</w:t>
      </w:r>
    </w:p>
    <w:p>
      <w:pPr>
        <w:pStyle w:val="ListParagraph"/>
      </w:pPr>
      <w:r>
        <w:rPr>
          <w:sz w:val="22"/>
        </w:rPr>
        <w:t>B. $\frac{\sqrt{2}}{2}$</w:t>
      </w:r>
    </w:p>
    <w:p>
      <w:pPr>
        <w:pStyle w:val="ListParagraph"/>
      </w:pPr>
      <w:r>
        <w:rPr>
          <w:sz w:val="22"/>
        </w:rPr>
        <w:t>C. $\frac{\sqrt{3}}{2}$</w:t>
      </w:r>
    </w:p>
    <w:p>
      <w:pPr>
        <w:pStyle w:val="ListParagraph"/>
      </w:pPr>
      <w:r>
        <w:rPr>
          <w:sz w:val="22"/>
        </w:rPr>
        <w:t>D. $1$</w:t>
      </w:r>
    </w:p>
    <w:p/>
    <w:p>
      <w:r>
        <w:rPr>
          <w:b/>
          <w:sz w:val="24"/>
        </w:rPr>
        <w:t>Câu 2: Giá trị của $\cos\left(\frac{\pi}{3}\right)$ là:</w:t>
      </w:r>
    </w:p>
    <w:p>
      <w:pPr>
        <w:pStyle w:val="ListParagraph"/>
      </w:pPr>
      <w:r>
        <w:rPr>
          <w:sz w:val="22"/>
        </w:rPr>
        <w:t>A. $\frac{1}{2}$</w:t>
      </w:r>
    </w:p>
    <w:p>
      <w:pPr>
        <w:pStyle w:val="ListParagraph"/>
      </w:pPr>
      <w:r>
        <w:rPr>
          <w:sz w:val="22"/>
        </w:rPr>
        <w:t>B. $\frac{\sqrt{2}}{2}$</w:t>
      </w:r>
    </w:p>
    <w:p>
      <w:pPr>
        <w:pStyle w:val="ListParagraph"/>
      </w:pPr>
      <w:r>
        <w:rPr>
          <w:sz w:val="22"/>
        </w:rPr>
        <w:t>C. $\frac{\sqrt{3}}{2}$</w:t>
      </w:r>
    </w:p>
    <w:p>
      <w:pPr>
        <w:pStyle w:val="ListParagraph"/>
      </w:pPr>
      <w:r>
        <w:rPr>
          <w:sz w:val="22"/>
        </w:rPr>
        <w:t>D. $1$</w:t>
      </w:r>
    </w:p>
    <w:p/>
    <w:p>
      <w:r>
        <w:rPr>
          <w:b/>
          <w:sz w:val="24"/>
        </w:rPr>
        <w:t>Câu 3: Giá trị của $\tan\left(\frac{\pi}{4}\right)$ là:</w:t>
      </w:r>
    </w:p>
    <w:p>
      <w:pPr>
        <w:pStyle w:val="ListParagraph"/>
      </w:pPr>
      <w:r>
        <w:rPr>
          <w:sz w:val="22"/>
        </w:rPr>
        <w:t>A. $0$</w:t>
      </w:r>
    </w:p>
    <w:p>
      <w:pPr>
        <w:pStyle w:val="ListParagraph"/>
      </w:pPr>
      <w:r>
        <w:rPr>
          <w:sz w:val="22"/>
        </w:rPr>
        <w:t>B. $1$</w:t>
      </w:r>
    </w:p>
    <w:p>
      <w:pPr>
        <w:pStyle w:val="ListParagraph"/>
      </w:pPr>
      <w:r>
        <w:rPr>
          <w:sz w:val="22"/>
        </w:rPr>
        <w:t>C. $-1$</w:t>
      </w:r>
    </w:p>
    <w:p>
      <w:pPr>
        <w:pStyle w:val="ListParagraph"/>
      </w:pPr>
      <w:r>
        <w:rPr>
          <w:sz w:val="22"/>
        </w:rPr>
        <w:t>D. Không xác định</w:t>
      </w:r>
    </w:p>
    <w:p/>
    <w:p>
      <w:r>
        <w:rPr>
          <w:b/>
          <w:sz w:val="24"/>
        </w:rPr>
        <w:t>Câu 4: Giá trị của $\cot\left(\frac{\pi}{6}\right)$ là:</w:t>
      </w:r>
    </w:p>
    <w:p>
      <w:pPr>
        <w:pStyle w:val="ListParagraph"/>
      </w:pPr>
      <w:r>
        <w:rPr>
          <w:sz w:val="22"/>
        </w:rPr>
        <w:t>A. $\sqrt{3}$</w:t>
      </w:r>
    </w:p>
    <w:p>
      <w:pPr>
        <w:pStyle w:val="ListParagraph"/>
      </w:pPr>
      <w:r>
        <w:rPr>
          <w:sz w:val="22"/>
        </w:rPr>
        <w:t>B. $\frac{1}{\sqrt{3}}$</w:t>
      </w:r>
    </w:p>
    <w:p>
      <w:pPr>
        <w:pStyle w:val="ListParagraph"/>
      </w:pPr>
      <w:r>
        <w:rPr>
          <w:sz w:val="22"/>
        </w:rPr>
        <w:t>C. $1$</w:t>
      </w:r>
    </w:p>
    <w:p>
      <w:pPr>
        <w:pStyle w:val="ListParagraph"/>
      </w:pPr>
      <w:r>
        <w:rPr>
          <w:sz w:val="22"/>
        </w:rPr>
        <w:t>D. $-\sqrt{3}$</w:t>
      </w:r>
    </w:p>
    <w:p/>
    <w:p>
      <w:r>
        <w:rPr>
          <w:b/>
          <w:sz w:val="24"/>
        </w:rPr>
        <w:t>Câu 5: Trong các đẳng thức sau, đẳng thức nào đúng?</w:t>
      </w:r>
    </w:p>
    <w:p>
      <w:pPr>
        <w:pStyle w:val="ListParagraph"/>
      </w:pPr>
      <w:r>
        <w:rPr>
          <w:sz w:val="22"/>
        </w:rPr>
        <w:t>A. $\sin^2 x + \cos^2 x = 1$</w:t>
      </w:r>
    </w:p>
    <w:p>
      <w:pPr>
        <w:pStyle w:val="ListParagraph"/>
      </w:pPr>
      <w:r>
        <w:rPr>
          <w:sz w:val="22"/>
        </w:rPr>
        <w:t>B. $\sin^2 x - \cos^2 x = 1$</w:t>
      </w:r>
    </w:p>
    <w:p>
      <w:pPr>
        <w:pStyle w:val="ListParagraph"/>
      </w:pPr>
      <w:r>
        <w:rPr>
          <w:sz w:val="22"/>
        </w:rPr>
        <w:t>C. $\sin^2 x + \cos^2 x = 0$</w:t>
      </w:r>
    </w:p>
    <w:p>
      <w:pPr>
        <w:pStyle w:val="ListParagraph"/>
      </w:pPr>
      <w:r>
        <w:rPr>
          <w:sz w:val="22"/>
        </w:rPr>
        <w:t>D. $\sin^2 x - \cos^2 x = 0$</w:t>
      </w:r>
    </w:p>
    <w:p/>
    <w:p>
      <w:r>
        <w:rPr>
          <w:b/>
          <w:sz w:val="24"/>
        </w:rPr>
        <w:t>Câu 6: Khẳng định nào sau đây sai?</w:t>
      </w:r>
    </w:p>
    <w:p>
      <w:pPr>
        <w:pStyle w:val="ListParagraph"/>
      </w:pPr>
      <w:r>
        <w:rPr>
          <w:sz w:val="22"/>
        </w:rPr>
        <w:t>A. $-1 \leq \sin x \leq 1$</w:t>
      </w:r>
    </w:p>
    <w:p>
      <w:pPr>
        <w:pStyle w:val="ListParagraph"/>
      </w:pPr>
      <w:r>
        <w:rPr>
          <w:sz w:val="22"/>
        </w:rPr>
        <w:t>B. $-1 \leq \cos x \leq 1$</w:t>
      </w:r>
    </w:p>
    <w:p>
      <w:pPr>
        <w:pStyle w:val="ListParagraph"/>
      </w:pPr>
      <w:r>
        <w:rPr>
          <w:sz w:val="22"/>
        </w:rPr>
        <w:t>C. $\tan x$ xác định với mọi $x$</w:t>
      </w:r>
    </w:p>
    <w:p>
      <w:pPr>
        <w:pStyle w:val="ListParagraph"/>
      </w:pPr>
      <w:r>
        <w:rPr>
          <w:sz w:val="22"/>
        </w:rPr>
        <w:t>D. $\cot x$ xác định với mọi $x \neq k\pi$</w:t>
      </w:r>
    </w:p>
    <w:p/>
    <w:p>
      <w:r>
        <w:rPr>
          <w:b/>
          <w:sz w:val="24"/>
        </w:rPr>
        <w:t>Câu 7: Hàm số $y = \sin x$ là hàm số:</w:t>
      </w:r>
    </w:p>
    <w:p>
      <w:pPr>
        <w:pStyle w:val="ListParagraph"/>
      </w:pPr>
      <w:r>
        <w:rPr>
          <w:sz w:val="22"/>
        </w:rPr>
        <w:t>A. Chẵn</w:t>
      </w:r>
    </w:p>
    <w:p>
      <w:pPr>
        <w:pStyle w:val="ListParagraph"/>
      </w:pPr>
      <w:r>
        <w:rPr>
          <w:sz w:val="22"/>
        </w:rPr>
        <w:t>B. Lẻ</w:t>
      </w:r>
    </w:p>
    <w:p>
      <w:pPr>
        <w:pStyle w:val="ListParagraph"/>
      </w:pPr>
      <w:r>
        <w:rPr>
          <w:sz w:val="22"/>
        </w:rPr>
        <w:t>C. Không chẵn không lẻ</w:t>
      </w:r>
    </w:p>
    <w:p>
      <w:pPr>
        <w:pStyle w:val="ListParagraph"/>
      </w:pPr>
      <w:r>
        <w:rPr>
          <w:sz w:val="22"/>
        </w:rPr>
        <w:t>D. Vừa chẵn vừa lẻ</w:t>
      </w:r>
    </w:p>
    <w:p/>
    <w:p>
      <w:r>
        <w:rPr>
          <w:b/>
          <w:sz w:val="24"/>
        </w:rPr>
        <w:t>Câu 8: Hàm số $y = \cos x$ là hàm số:</w:t>
      </w:r>
    </w:p>
    <w:p>
      <w:pPr>
        <w:pStyle w:val="ListParagraph"/>
      </w:pPr>
      <w:r>
        <w:rPr>
          <w:sz w:val="22"/>
        </w:rPr>
        <w:t>A. Chẵn</w:t>
      </w:r>
    </w:p>
    <w:p>
      <w:pPr>
        <w:pStyle w:val="ListParagraph"/>
      </w:pPr>
      <w:r>
        <w:rPr>
          <w:sz w:val="22"/>
        </w:rPr>
        <w:t>B. Lẻ</w:t>
      </w:r>
    </w:p>
    <w:p>
      <w:pPr>
        <w:pStyle w:val="ListParagraph"/>
      </w:pPr>
      <w:r>
        <w:rPr>
          <w:sz w:val="22"/>
        </w:rPr>
        <w:t>C. Không chẵn không lẻ</w:t>
      </w:r>
    </w:p>
    <w:p>
      <w:pPr>
        <w:pStyle w:val="ListParagraph"/>
      </w:pPr>
      <w:r>
        <w:rPr>
          <w:sz w:val="22"/>
        </w:rPr>
        <w:t>D. Vừa chẵn vừa lẻ</w:t>
      </w:r>
    </w:p>
    <w:p/>
    <w:p>
      <w:r>
        <w:rPr>
          <w:b/>
          <w:sz w:val="24"/>
        </w:rPr>
        <w:t>Câu 9: Tập xác định của hàm số $y = \tan x$ là:</w:t>
      </w:r>
    </w:p>
    <w:p>
      <w:pPr>
        <w:pStyle w:val="ListParagraph"/>
      </w:pPr>
      <w:r>
        <w:rPr>
          <w:sz w:val="22"/>
        </w:rPr>
        <w:t>A. $\mathbb{R} \setminus \left\{ \frac{\pi}{2} + k\pi \mid k \in \mathbb{Z} \right\}$</w:t>
      </w:r>
    </w:p>
    <w:p>
      <w:pPr>
        <w:pStyle w:val="ListParagraph"/>
      </w:pPr>
      <w:r>
        <w:rPr>
          <w:sz w:val="22"/>
        </w:rPr>
        <w:t>B. $\mathbb{R} \setminus \left\{ k\pi \mid k \in \mathbb{Z} \right\}$</w:t>
      </w:r>
    </w:p>
    <w:p>
      <w:pPr>
        <w:pStyle w:val="ListParagraph"/>
      </w:pPr>
      <w:r>
        <w:rPr>
          <w:sz w:val="22"/>
        </w:rPr>
        <w:t>C. $\mathbb{R} \setminus \left\{ \frac{\pi}{2} + k2\pi \mid k \in \mathbb{Z} \right\}$</w:t>
      </w:r>
    </w:p>
    <w:p>
      <w:pPr>
        <w:pStyle w:val="ListParagraph"/>
      </w:pPr>
      <w:r>
        <w:rPr>
          <w:sz w:val="22"/>
        </w:rPr>
        <w:t>D. $\mathbb{R} \setminus \left\{ k2\pi \mid k \in \mathbb{Z} \right\}$</w:t>
      </w:r>
    </w:p>
    <w:p/>
    <w:p>
      <w:r>
        <w:rPr>
          <w:b/>
          <w:sz w:val="24"/>
        </w:rPr>
        <w:t>Câu 10: Tập xác định của hàm số $y = \cot x$ là:</w:t>
      </w:r>
    </w:p>
    <w:p>
      <w:pPr>
        <w:pStyle w:val="ListParagraph"/>
      </w:pPr>
      <w:r>
        <w:rPr>
          <w:sz w:val="22"/>
        </w:rPr>
        <w:t>A. $\mathbb{R} \setminus \left\{ \frac{\pi}{2} + k\pi \mid k \in \mathbb{Z} \right\}$</w:t>
      </w:r>
    </w:p>
    <w:p>
      <w:pPr>
        <w:pStyle w:val="ListParagraph"/>
      </w:pPr>
      <w:r>
        <w:rPr>
          <w:sz w:val="22"/>
        </w:rPr>
        <w:t>B. $\mathbb{R} \setminus \left\{ k\pi \mid k \in \mathbb{Z} \right\}$</w:t>
      </w:r>
    </w:p>
    <w:p>
      <w:pPr>
        <w:pStyle w:val="ListParagraph"/>
      </w:pPr>
      <w:r>
        <w:rPr>
          <w:sz w:val="22"/>
        </w:rPr>
        <w:t>C. $\mathbb{R} \setminus \left\{ \frac{\pi}{2} + k2\pi \mid k \in \mathbb{Z} \right\}$</w:t>
      </w:r>
    </w:p>
    <w:p>
      <w:pPr>
        <w:pStyle w:val="ListParagraph"/>
      </w:pPr>
      <w:r>
        <w:rPr>
          <w:sz w:val="22"/>
        </w:rPr>
        <w:t>D. $\mathbb{R} \setminus \left\{ k2\pi \mid k \in \mathbb{Z} \right\}$</w:t>
      </w:r>
    </w:p>
    <w:p/>
    <w:p>
      <w:r>
        <w:rPr>
          <w:b/>
          <w:sz w:val="24"/>
        </w:rPr>
        <w:t>Câu 11: Giá trị lớn nhất của hàm số $y = 3\sin x + 4$ là:</w:t>
      </w:r>
    </w:p>
    <w:p>
      <w:pPr>
        <w:pStyle w:val="ListParagraph"/>
      </w:pPr>
      <w:r>
        <w:rPr>
          <w:sz w:val="22"/>
        </w:rPr>
        <w:t>A. $1$</w:t>
      </w:r>
    </w:p>
    <w:p>
      <w:pPr>
        <w:pStyle w:val="ListParagraph"/>
      </w:pPr>
      <w:r>
        <w:rPr>
          <w:sz w:val="22"/>
        </w:rPr>
        <w:t>B. $3$</w:t>
      </w:r>
    </w:p>
    <w:p>
      <w:pPr>
        <w:pStyle w:val="ListParagraph"/>
      </w:pPr>
      <w:r>
        <w:rPr>
          <w:sz w:val="22"/>
        </w:rPr>
        <w:t>C. $4$</w:t>
      </w:r>
    </w:p>
    <w:p>
      <w:pPr>
        <w:pStyle w:val="ListParagraph"/>
      </w:pPr>
      <w:r>
        <w:rPr>
          <w:sz w:val="22"/>
        </w:rPr>
        <w:t>D. $7$</w:t>
      </w:r>
    </w:p>
    <w:p/>
    <w:p>
      <w:r>
        <w:rPr>
          <w:b/>
          <w:sz w:val="24"/>
        </w:rPr>
        <w:t>Câu 12: Giá trị nhỏ nhất của hàm số $y = 2\cos x - 1$ là:</w:t>
      </w:r>
    </w:p>
    <w:p>
      <w:pPr>
        <w:pStyle w:val="ListParagraph"/>
      </w:pPr>
      <w:r>
        <w:rPr>
          <w:sz w:val="22"/>
        </w:rPr>
        <w:t>A. $-3$</w:t>
      </w:r>
    </w:p>
    <w:p>
      <w:pPr>
        <w:pStyle w:val="ListParagraph"/>
      </w:pPr>
      <w:r>
        <w:rPr>
          <w:sz w:val="22"/>
        </w:rPr>
        <w:t>B. $-1$</w:t>
      </w:r>
    </w:p>
    <w:p>
      <w:pPr>
        <w:pStyle w:val="ListParagraph"/>
      </w:pPr>
      <w:r>
        <w:rPr>
          <w:sz w:val="22"/>
        </w:rPr>
        <w:t>C. $1$</w:t>
      </w:r>
    </w:p>
    <w:p>
      <w:pPr>
        <w:pStyle w:val="ListParagraph"/>
      </w:pPr>
      <w:r>
        <w:rPr>
          <w:sz w:val="22"/>
        </w:rPr>
        <w:t>D. $3$</w:t>
      </w:r>
    </w:p>
    <w:p/>
    <w:p>
      <w:r>
        <w:rPr>
          <w:b/>
          <w:sz w:val="24"/>
        </w:rPr>
        <w:t>Câu 13: Phương trình $\sin x = \frac{1}{2}$ có nghiệm là:</w:t>
      </w:r>
    </w:p>
    <w:p>
      <w:pPr>
        <w:pStyle w:val="ListParagraph"/>
      </w:pPr>
      <w:r>
        <w:rPr>
          <w:sz w:val="22"/>
        </w:rPr>
        <w:t>A. $x = \frac{\pi}{6} + k2\pi$ hoặc $x = \frac{5\pi}{6} + k2\pi$</w:t>
      </w:r>
    </w:p>
    <w:p>
      <w:pPr>
        <w:pStyle w:val="ListParagraph"/>
      </w:pPr>
      <w:r>
        <w:rPr>
          <w:sz w:val="22"/>
        </w:rPr>
        <w:t>B. $x = \frac{\pi}{3} + k2\pi$ hoặc $x = \frac{2\pi}{3} + k2\pi$</w:t>
      </w:r>
    </w:p>
    <w:p>
      <w:pPr>
        <w:pStyle w:val="ListParagraph"/>
      </w:pPr>
      <w:r>
        <w:rPr>
          <w:sz w:val="22"/>
        </w:rPr>
        <w:t>C. $x = \frac{\pi}{6} + k\pi$ hoặc $x = \frac{5\pi}{6} + k\pi$</w:t>
      </w:r>
    </w:p>
    <w:p>
      <w:pPr>
        <w:pStyle w:val="ListParagraph"/>
      </w:pPr>
      <w:r>
        <w:rPr>
          <w:sz w:val="22"/>
        </w:rPr>
        <w:t>D. $x = \frac{\pi}{3} + k\pi$ hoặc $x = \frac{2\pi}{3} + k\pi$</w:t>
      </w:r>
    </w:p>
    <w:p/>
    <w:p>
      <w:r>
        <w:rPr>
          <w:b/>
          <w:sz w:val="24"/>
        </w:rPr>
        <w:t>Câu 14: Phương trình $\cos x = \frac{\sqrt{2}}{2}$ có nghiệm là:</w:t>
      </w:r>
    </w:p>
    <w:p>
      <w:pPr>
        <w:pStyle w:val="ListParagraph"/>
      </w:pPr>
      <w:r>
        <w:rPr>
          <w:sz w:val="22"/>
        </w:rPr>
        <w:t>A. $x = \frac{\pi}{4} + k2\pi$ hoặc $x = -\frac{\pi}{4} + k2\pi$</w:t>
      </w:r>
    </w:p>
    <w:p>
      <w:pPr>
        <w:pStyle w:val="ListParagraph"/>
      </w:pPr>
      <w:r>
        <w:rPr>
          <w:sz w:val="22"/>
        </w:rPr>
        <w:t>B. $x = \frac{\pi}{3} + k2\pi$ hoặc $x = -\frac{\pi}{3} + k2\pi$</w:t>
      </w:r>
    </w:p>
    <w:p>
      <w:pPr>
        <w:pStyle w:val="ListParagraph"/>
      </w:pPr>
      <w:r>
        <w:rPr>
          <w:sz w:val="22"/>
        </w:rPr>
        <w:t>C. $x = \frac{\pi}{4} + k\pi$ hoặc $x = -\frac{\pi}{4} + k\pi$</w:t>
      </w:r>
    </w:p>
    <w:p>
      <w:pPr>
        <w:pStyle w:val="ListParagraph"/>
      </w:pPr>
      <w:r>
        <w:rPr>
          <w:sz w:val="22"/>
        </w:rPr>
        <w:t>D. $x = \frac{\pi}{3} + k\pi$ hoặc $x = -\frac{\pi}{3} + k\pi$</w:t>
      </w:r>
    </w:p>
    <w:p/>
    <w:p>
      <w:r>
        <w:rPr>
          <w:b/>
          <w:sz w:val="24"/>
        </w:rPr>
        <w:t>Câu 15: Phương trình $\tan x = 1$ có nghiệm là:</w:t>
      </w:r>
    </w:p>
    <w:p>
      <w:pPr>
        <w:pStyle w:val="ListParagraph"/>
      </w:pPr>
      <w:r>
        <w:rPr>
          <w:sz w:val="22"/>
        </w:rPr>
        <w:t>A. $x = \frac{\pi}{4} + k\pi$</w:t>
      </w:r>
    </w:p>
    <w:p>
      <w:pPr>
        <w:pStyle w:val="ListParagraph"/>
      </w:pPr>
      <w:r>
        <w:rPr>
          <w:sz w:val="22"/>
        </w:rPr>
        <w:t>B. $x = \frac{\pi}{4} + k2\pi$</w:t>
      </w:r>
    </w:p>
    <w:p>
      <w:pPr>
        <w:pStyle w:val="ListParagraph"/>
      </w:pPr>
      <w:r>
        <w:rPr>
          <w:sz w:val="22"/>
        </w:rPr>
        <w:t>C. $x = \frac{\pi}{3} + k\pi$</w:t>
      </w:r>
    </w:p>
    <w:p>
      <w:pPr>
        <w:pStyle w:val="ListParagraph"/>
      </w:pPr>
      <w:r>
        <w:rPr>
          <w:sz w:val="22"/>
        </w:rPr>
        <w:t>D. $x = \frac{\pi}{3} + k2\pi$</w:t>
      </w:r>
    </w:p>
    <w:p/>
    <w:p>
      <w:r>
        <w:rPr>
          <w:b/>
          <w:sz w:val="24"/>
        </w:rPr>
        <w:t>Câu 16: Phương trình $\cot x = -1$ có nghiệm là:</w:t>
      </w:r>
    </w:p>
    <w:p>
      <w:pPr>
        <w:pStyle w:val="ListParagraph"/>
      </w:pPr>
      <w:r>
        <w:rPr>
          <w:sz w:val="22"/>
        </w:rPr>
        <w:t>A. $x = -\frac{\pi}{4} + k\pi$</w:t>
      </w:r>
    </w:p>
    <w:p>
      <w:pPr>
        <w:pStyle w:val="ListParagraph"/>
      </w:pPr>
      <w:r>
        <w:rPr>
          <w:sz w:val="22"/>
        </w:rPr>
        <w:t>B. $x = -\frac{\pi}{4} + k2\pi$</w:t>
      </w:r>
    </w:p>
    <w:p>
      <w:pPr>
        <w:pStyle w:val="ListParagraph"/>
      </w:pPr>
      <w:r>
        <w:rPr>
          <w:sz w:val="22"/>
        </w:rPr>
        <w:t>C. $x = \frac{\pi}{4} + k\pi$</w:t>
      </w:r>
    </w:p>
    <w:p>
      <w:pPr>
        <w:pStyle w:val="ListParagraph"/>
      </w:pPr>
      <w:r>
        <w:rPr>
          <w:sz w:val="22"/>
        </w:rPr>
        <w:t>D. $x = \frac{\pi}{4} + k2\pi$</w:t>
      </w:r>
    </w:p>
    <w:p/>
    <w:p>
      <w:r>
        <w:rPr>
          <w:b/>
          <w:sz w:val="24"/>
        </w:rPr>
        <w:t>Câu 17: Phương trình $\sin x = \sin\left(\frac{\pi}{3}\right)$ có nghiệm là:</w:t>
      </w:r>
    </w:p>
    <w:p>
      <w:pPr>
        <w:pStyle w:val="ListParagraph"/>
      </w:pPr>
      <w:r>
        <w:rPr>
          <w:sz w:val="22"/>
        </w:rPr>
        <w:t>A. $x = \frac{\pi}{3} + k2\pi$ hoặc $x = \frac{2\pi}{3} + k2\pi$</w:t>
      </w:r>
    </w:p>
    <w:p>
      <w:pPr>
        <w:pStyle w:val="ListParagraph"/>
      </w:pPr>
      <w:r>
        <w:rPr>
          <w:sz w:val="22"/>
        </w:rPr>
        <w:t>B. $x = \frac{\pi}{3} + k2\pi$ hoặc $x = -\frac{\pi}{3} + k2\pi$</w:t>
      </w:r>
    </w:p>
    <w:p>
      <w:pPr>
        <w:pStyle w:val="ListParagraph"/>
      </w:pPr>
      <w:r>
        <w:rPr>
          <w:sz w:val="22"/>
        </w:rPr>
        <w:t>C. $x = \frac{\pi}{3} + k\pi$ hoặc $x = \frac{2\pi}{3} + k\pi$</w:t>
      </w:r>
    </w:p>
    <w:p>
      <w:pPr>
        <w:pStyle w:val="ListParagraph"/>
      </w:pPr>
      <w:r>
        <w:rPr>
          <w:sz w:val="22"/>
        </w:rPr>
        <w:t>D. $x = \frac{\pi}{3} + k\pi$ hoặc $x = -\frac{\pi}{3} + k\pi$</w:t>
      </w:r>
    </w:p>
    <w:p/>
    <w:p>
      <w:r>
        <w:rPr>
          <w:b/>
          <w:sz w:val="24"/>
        </w:rPr>
        <w:t>Câu 18: Phương trình $\cos x = \cos\left(\frac{\pi}{4}\right)$ có nghiệm là:</w:t>
      </w:r>
    </w:p>
    <w:p>
      <w:pPr>
        <w:pStyle w:val="ListParagraph"/>
      </w:pPr>
      <w:r>
        <w:rPr>
          <w:sz w:val="22"/>
        </w:rPr>
        <w:t>A. $x = \frac{\pi}{4} + k2\pi$ hoặc $x = -\frac{\pi}{4} + k2\pi$</w:t>
      </w:r>
    </w:p>
    <w:p>
      <w:pPr>
        <w:pStyle w:val="ListParagraph"/>
      </w:pPr>
      <w:r>
        <w:rPr>
          <w:sz w:val="22"/>
        </w:rPr>
        <w:t>B. $x = \frac{\pi}{4} + k2\pi$ hoặc $x = \frac{3\pi}{4} + k2\pi$</w:t>
      </w:r>
    </w:p>
    <w:p>
      <w:pPr>
        <w:pStyle w:val="ListParagraph"/>
      </w:pPr>
      <w:r>
        <w:rPr>
          <w:sz w:val="22"/>
        </w:rPr>
        <w:t>C. $x = \frac{\pi}{4} + k\pi$ hoặc $x = -\frac{\pi}{4} + k\pi$</w:t>
      </w:r>
    </w:p>
    <w:p>
      <w:pPr>
        <w:pStyle w:val="ListParagraph"/>
      </w:pPr>
      <w:r>
        <w:rPr>
          <w:sz w:val="22"/>
        </w:rPr>
        <w:t>D. $x = \frac{\pi}{4} + k\pi$ hoặc $x = \frac{3\pi}{4} + k\pi$</w:t>
      </w:r>
    </w:p>
    <w:p/>
    <w:p>
      <w:r>
        <w:rPr>
          <w:b/>
          <w:sz w:val="24"/>
        </w:rPr>
        <w:t>Câu 19: Phương trình $\tan x = \tan\left(\frac{\pi}{5}\right)$ có nghiệm là:</w:t>
      </w:r>
    </w:p>
    <w:p>
      <w:pPr>
        <w:pStyle w:val="ListParagraph"/>
      </w:pPr>
      <w:r>
        <w:rPr>
          <w:sz w:val="22"/>
        </w:rPr>
        <w:t>A. $x = \frac{\pi}{5} + k\pi$</w:t>
      </w:r>
    </w:p>
    <w:p>
      <w:pPr>
        <w:pStyle w:val="ListParagraph"/>
      </w:pPr>
      <w:r>
        <w:rPr>
          <w:sz w:val="22"/>
        </w:rPr>
        <w:t>B. $x = \frac{\pi}{5} + k2\pi$</w:t>
      </w:r>
    </w:p>
    <w:p>
      <w:pPr>
        <w:pStyle w:val="ListParagraph"/>
      </w:pPr>
      <w:r>
        <w:rPr>
          <w:sz w:val="22"/>
        </w:rPr>
        <w:t>C. $x = \frac{4\pi}{5} + k\pi$</w:t>
      </w:r>
    </w:p>
    <w:p>
      <w:pPr>
        <w:pStyle w:val="ListParagraph"/>
      </w:pPr>
      <w:r>
        <w:rPr>
          <w:sz w:val="22"/>
        </w:rPr>
        <w:t>D. $x = \frac{4\pi}{5} + k2\pi$</w:t>
      </w:r>
    </w:p>
    <w:p/>
    <w:p>
      <w:r>
        <w:rPr>
          <w:b/>
          <w:sz w:val="24"/>
        </w:rPr>
        <w:t>Câu 20: Phương trình $\cot x = \cot\left(\frac{\pi}{6}\right)$ có nghiệm là:</w:t>
      </w:r>
    </w:p>
    <w:p>
      <w:pPr>
        <w:pStyle w:val="ListParagraph"/>
      </w:pPr>
      <w:r>
        <w:rPr>
          <w:sz w:val="22"/>
        </w:rPr>
        <w:t>A. $x = \frac{\pi}{6} + k\pi$</w:t>
      </w:r>
    </w:p>
    <w:p>
      <w:pPr>
        <w:pStyle w:val="ListParagraph"/>
      </w:pPr>
      <w:r>
        <w:rPr>
          <w:sz w:val="22"/>
        </w:rPr>
        <w:t>B. $x = \frac{\pi}{6} + k2\pi$</w:t>
      </w:r>
    </w:p>
    <w:p>
      <w:pPr>
        <w:pStyle w:val="ListParagraph"/>
      </w:pPr>
      <w:r>
        <w:rPr>
          <w:sz w:val="22"/>
        </w:rPr>
        <w:t>C. $x = \frac{5\pi}{6} + k\pi$</w:t>
      </w:r>
    </w:p>
    <w:p>
      <w:pPr>
        <w:pStyle w:val="ListParagraph"/>
      </w:pPr>
      <w:r>
        <w:rPr>
          <w:sz w:val="22"/>
        </w:rPr>
        <w:t>D. $x = \frac{5\pi}{6} + k2\pi$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