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địa 8 bài 1 vị trí địa lí hình dạng lãnh thổ việt nam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What is the capital of France?</w:t>
      </w:r>
    </w:p>
    <w:p>
      <w:pPr>
        <w:pStyle w:val="ListParagraph"/>
      </w:pPr>
      <w:r>
        <w:rPr>
          <w:sz w:val="22"/>
        </w:rPr>
        <w:t>A. London</w:t>
      </w:r>
    </w:p>
    <w:p>
      <w:pPr>
        <w:pStyle w:val="ListParagraph"/>
      </w:pPr>
      <w:r>
        <w:rPr>
          <w:sz w:val="22"/>
        </w:rPr>
        <w:t>B. Paris</w:t>
      </w:r>
    </w:p>
    <w:p>
      <w:pPr>
        <w:pStyle w:val="ListParagraph"/>
      </w:pPr>
      <w:r>
        <w:rPr>
          <w:sz w:val="22"/>
        </w:rPr>
        <w:t>C. Berlin</w:t>
      </w:r>
    </w:p>
    <w:p>
      <w:pPr>
        <w:pStyle w:val="ListParagraph"/>
      </w:pPr>
      <w:r>
        <w:rPr>
          <w:sz w:val="22"/>
        </w:rPr>
        <w:t>D. Madrid</w:t>
      </w:r>
    </w:p>
    <w:p/>
    <w:p>
      <w:r>
        <w:rPr>
          <w:b/>
          <w:sz w:val="24"/>
        </w:rPr>
        <w:t>Câu 2: Which planet is known as the Red Planet?</w:t>
      </w:r>
    </w:p>
    <w:p>
      <w:pPr>
        <w:pStyle w:val="ListParagraph"/>
      </w:pPr>
      <w:r>
        <w:rPr>
          <w:sz w:val="22"/>
        </w:rPr>
        <w:t>A. Earth</w:t>
      </w:r>
    </w:p>
    <w:p>
      <w:pPr>
        <w:pStyle w:val="ListParagraph"/>
      </w:pPr>
      <w:r>
        <w:rPr>
          <w:sz w:val="22"/>
        </w:rPr>
        <w:t>B. Mars</w:t>
      </w:r>
    </w:p>
    <w:p>
      <w:pPr>
        <w:pStyle w:val="ListParagraph"/>
      </w:pPr>
      <w:r>
        <w:rPr>
          <w:sz w:val="22"/>
        </w:rPr>
        <w:t>C. Jupiter</w:t>
      </w:r>
    </w:p>
    <w:p>
      <w:pPr>
        <w:pStyle w:val="ListParagraph"/>
      </w:pPr>
      <w:r>
        <w:rPr>
          <w:sz w:val="22"/>
        </w:rPr>
        <w:t>D. Venus</w:t>
      </w:r>
    </w:p>
    <w:p/>
    <w:p>
      <w:r>
        <w:rPr>
          <w:b/>
          <w:sz w:val="24"/>
        </w:rPr>
        <w:t>Câu 3: What is the largest mammal?</w:t>
      </w:r>
    </w:p>
    <w:p>
      <w:pPr>
        <w:pStyle w:val="ListParagraph"/>
      </w:pPr>
      <w:r>
        <w:rPr>
          <w:sz w:val="22"/>
        </w:rPr>
        <w:t>A. Elephant</w:t>
      </w:r>
    </w:p>
    <w:p>
      <w:pPr>
        <w:pStyle w:val="ListParagraph"/>
      </w:pPr>
      <w:r>
        <w:rPr>
          <w:sz w:val="22"/>
        </w:rPr>
        <w:t>B. Blue whale</w:t>
      </w:r>
    </w:p>
    <w:p>
      <w:pPr>
        <w:pStyle w:val="ListParagraph"/>
      </w:pPr>
      <w:r>
        <w:rPr>
          <w:sz w:val="22"/>
        </w:rPr>
        <w:t>C. Giraffe</w:t>
      </w:r>
    </w:p>
    <w:p>
      <w:pPr>
        <w:pStyle w:val="ListParagraph"/>
      </w:pPr>
      <w:r>
        <w:rPr>
          <w:sz w:val="22"/>
        </w:rPr>
        <w:t>D. Hippopotamus</w:t>
      </w:r>
    </w:p>
    <w:p/>
    <w:p>
      <w:r>
        <w:rPr>
          <w:b/>
          <w:sz w:val="24"/>
        </w:rPr>
        <w:t>Câu 4: Who wrote 'Romeo and Juliet'?</w:t>
      </w:r>
    </w:p>
    <w:p>
      <w:pPr>
        <w:pStyle w:val="ListParagraph"/>
      </w:pPr>
      <w:r>
        <w:rPr>
          <w:sz w:val="22"/>
        </w:rPr>
        <w:t>A. Charles Dickens</w:t>
      </w:r>
    </w:p>
    <w:p>
      <w:pPr>
        <w:pStyle w:val="ListParagraph"/>
      </w:pPr>
      <w:r>
        <w:rPr>
          <w:sz w:val="22"/>
        </w:rPr>
        <w:t>B. William Shakespeare</w:t>
      </w:r>
    </w:p>
    <w:p>
      <w:pPr>
        <w:pStyle w:val="ListParagraph"/>
      </w:pPr>
      <w:r>
        <w:rPr>
          <w:sz w:val="22"/>
        </w:rPr>
        <w:t>C. Jane Austen</w:t>
      </w:r>
    </w:p>
    <w:p>
      <w:pPr>
        <w:pStyle w:val="ListParagraph"/>
      </w:pPr>
      <w:r>
        <w:rPr>
          <w:sz w:val="22"/>
        </w:rPr>
        <w:t>D. Mark Twain</w:t>
      </w:r>
    </w:p>
    <w:p/>
    <w:p>
      <w:r>
        <w:rPr>
          <w:b/>
          <w:sz w:val="24"/>
        </w:rPr>
        <w:t>Câu 5: What is the chemical symbol for water?</w:t>
      </w:r>
    </w:p>
    <w:p>
      <w:pPr>
        <w:pStyle w:val="ListParagraph"/>
      </w:pPr>
      <w:r>
        <w:rPr>
          <w:sz w:val="22"/>
        </w:rPr>
        <w:t>A. H2O</w:t>
      </w:r>
    </w:p>
    <w:p>
      <w:pPr>
        <w:pStyle w:val="ListParagraph"/>
      </w:pPr>
      <w:r>
        <w:rPr>
          <w:sz w:val="22"/>
        </w:rPr>
        <w:t>B. CO2</w:t>
      </w:r>
    </w:p>
    <w:p>
      <w:pPr>
        <w:pStyle w:val="ListParagraph"/>
      </w:pPr>
      <w:r>
        <w:rPr>
          <w:sz w:val="22"/>
        </w:rPr>
        <w:t>C. O2</w:t>
      </w:r>
    </w:p>
    <w:p>
      <w:pPr>
        <w:pStyle w:val="ListParagraph"/>
      </w:pPr>
      <w:r>
        <w:rPr>
          <w:sz w:val="22"/>
        </w:rPr>
        <w:t>D. NaCl</w:t>
      </w:r>
    </w:p>
    <w:p/>
    <w:p>
      <w:r>
        <w:rPr>
          <w:b/>
          <w:sz w:val="24"/>
        </w:rPr>
        <w:t>Câu 6: Which is the largest ocean on Earth?</w:t>
      </w:r>
    </w:p>
    <w:p>
      <w:pPr>
        <w:pStyle w:val="ListParagraph"/>
      </w:pPr>
      <w:r>
        <w:rPr>
          <w:sz w:val="22"/>
        </w:rPr>
        <w:t>A. Atlantic Ocean</w:t>
      </w:r>
    </w:p>
    <w:p>
      <w:pPr>
        <w:pStyle w:val="ListParagraph"/>
      </w:pPr>
      <w:r>
        <w:rPr>
          <w:sz w:val="22"/>
        </w:rPr>
        <w:t>B. Indian Ocean</w:t>
      </w:r>
    </w:p>
    <w:p>
      <w:pPr>
        <w:pStyle w:val="ListParagraph"/>
      </w:pPr>
      <w:r>
        <w:rPr>
          <w:sz w:val="22"/>
        </w:rPr>
        <w:t>C. Arctic Ocean</w:t>
      </w:r>
    </w:p>
    <w:p>
      <w:pPr>
        <w:pStyle w:val="ListParagraph"/>
      </w:pPr>
      <w:r>
        <w:rPr>
          <w:sz w:val="22"/>
        </w:rPr>
        <w:t>D. Pacific Ocean</w:t>
      </w:r>
    </w:p>
    <w:p/>
    <w:p>
      <w:r>
        <w:rPr>
          <w:b/>
          <w:sz w:val="24"/>
        </w:rPr>
        <w:t>Câu 7: What is the square root of 144?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11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13</w:t>
      </w:r>
    </w:p>
    <w:p/>
    <w:p>
      <w:r>
        <w:rPr>
          <w:b/>
          <w:sz w:val="24"/>
        </w:rPr>
        <w:t>Câu 8: Who painted the Mona Lisa?</w:t>
      </w:r>
    </w:p>
    <w:p>
      <w:pPr>
        <w:pStyle w:val="ListParagraph"/>
      </w:pPr>
      <w:r>
        <w:rPr>
          <w:sz w:val="22"/>
        </w:rPr>
        <w:t>A. Vincent van Gogh</w:t>
      </w:r>
    </w:p>
    <w:p>
      <w:pPr>
        <w:pStyle w:val="ListParagraph"/>
      </w:pPr>
      <w:r>
        <w:rPr>
          <w:sz w:val="22"/>
        </w:rPr>
        <w:t>B. Pablo Picasso</w:t>
      </w:r>
    </w:p>
    <w:p>
      <w:pPr>
        <w:pStyle w:val="ListParagraph"/>
      </w:pPr>
      <w:r>
        <w:rPr>
          <w:sz w:val="22"/>
        </w:rPr>
        <w:t>C. Leonardo da Vinci</w:t>
      </w:r>
    </w:p>
    <w:p>
      <w:pPr>
        <w:pStyle w:val="ListParagraph"/>
      </w:pPr>
      <w:r>
        <w:rPr>
          <w:sz w:val="22"/>
        </w:rPr>
        <w:t>D. Claude Monet</w:t>
      </w:r>
    </w:p>
    <w:p/>
    <w:p>
      <w:r>
        <w:rPr>
          <w:b/>
          <w:sz w:val="24"/>
        </w:rPr>
        <w:t>Câu 9: What is the hardest natural substance on Earth?</w:t>
      </w:r>
    </w:p>
    <w:p>
      <w:pPr>
        <w:pStyle w:val="ListParagraph"/>
      </w:pPr>
      <w:r>
        <w:rPr>
          <w:sz w:val="22"/>
        </w:rPr>
        <w:t>A. Gold</w:t>
      </w:r>
    </w:p>
    <w:p>
      <w:pPr>
        <w:pStyle w:val="ListParagraph"/>
      </w:pPr>
      <w:r>
        <w:rPr>
          <w:sz w:val="22"/>
        </w:rPr>
        <w:t>B. Iron</w:t>
      </w:r>
    </w:p>
    <w:p>
      <w:pPr>
        <w:pStyle w:val="ListParagraph"/>
      </w:pPr>
      <w:r>
        <w:rPr>
          <w:sz w:val="22"/>
        </w:rPr>
        <w:t>C. Diamond</w:t>
      </w:r>
    </w:p>
    <w:p>
      <w:pPr>
        <w:pStyle w:val="ListParagraph"/>
      </w:pPr>
      <w:r>
        <w:rPr>
          <w:sz w:val="22"/>
        </w:rPr>
        <w:t>D. Platinum</w:t>
      </w:r>
    </w:p>
    <w:p/>
    <w:p>
      <w:r>
        <w:rPr>
          <w:b/>
          <w:sz w:val="24"/>
        </w:rPr>
        <w:t>Câu 10: Which country is known as the Land of the Rising Sun?</w:t>
      </w:r>
    </w:p>
    <w:p>
      <w:pPr>
        <w:pStyle w:val="ListParagraph"/>
      </w:pPr>
      <w:r>
        <w:rPr>
          <w:sz w:val="22"/>
        </w:rPr>
        <w:t>A. China</w:t>
      </w:r>
    </w:p>
    <w:p>
      <w:pPr>
        <w:pStyle w:val="ListParagraph"/>
      </w:pPr>
      <w:r>
        <w:rPr>
          <w:sz w:val="22"/>
        </w:rPr>
        <w:t>B. Japan</w:t>
      </w:r>
    </w:p>
    <w:p>
      <w:pPr>
        <w:pStyle w:val="ListParagraph"/>
      </w:pPr>
      <w:r>
        <w:rPr>
          <w:sz w:val="22"/>
        </w:rPr>
        <w:t>C. South Korea</w:t>
      </w:r>
    </w:p>
    <w:p>
      <w:pPr>
        <w:pStyle w:val="ListParagraph"/>
      </w:pPr>
      <w:r>
        <w:rPr>
          <w:sz w:val="22"/>
        </w:rPr>
        <w:t>D. Thailand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