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TRẮC NGHIỆM 1 – Các lớp Bk27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Đặc điểm nào sau đây là sự khác biệt cơ bản nhất giữa tế bào nhân sơ và tế bào nhân thực?</w:t>
      </w:r>
    </w:p>
    <w:p>
      <w:pPr>
        <w:pStyle w:val="ListParagraph"/>
      </w:pPr>
      <w:r>
        <w:rPr>
          <w:sz w:val="22"/>
        </w:rPr>
        <w:t>A. Tế bào nhân sơ có kích thước nhỏ hơn tế bào nhân thực.</w:t>
      </w:r>
    </w:p>
    <w:p>
      <w:pPr>
        <w:pStyle w:val="ListParagraph"/>
      </w:pPr>
      <w:r>
        <w:rPr>
          <w:sz w:val="22"/>
        </w:rPr>
        <w:t>B. Tế bào nhân sơ chưa có màng nhân, còn tế bào nhân thực đã có màng nhân bao bọc vật chất di truyền.</w:t>
      </w:r>
    </w:p>
    <w:p>
      <w:pPr>
        <w:pStyle w:val="ListParagraph"/>
      </w:pPr>
      <w:r>
        <w:rPr>
          <w:sz w:val="22"/>
        </w:rPr>
        <w:t>C. Tế bào nhân sơ không có thành tế bào.</w:t>
      </w:r>
    </w:p>
    <w:p>
      <w:pPr>
        <w:pStyle w:val="ListParagraph"/>
      </w:pPr>
      <w:r>
        <w:rPr>
          <w:sz w:val="22"/>
        </w:rPr>
        <w:t>D. Tế bào nhân thực không có ribosome.</w:t>
      </w:r>
    </w:p>
    <w:p/>
    <w:p>
      <w:r>
        <w:rPr>
          <w:b/>
          <w:sz w:val="24"/>
        </w:rPr>
        <w:t>Câu 2: Bào quan nào sau đây có mặt ở cả tế bào nhân sơ và tế bào nhân thực?</w:t>
      </w:r>
    </w:p>
    <w:p>
      <w:pPr>
        <w:pStyle w:val="ListParagraph"/>
      </w:pPr>
      <w:r>
        <w:rPr>
          <w:sz w:val="22"/>
        </w:rPr>
        <w:t>A. Ti thể</w:t>
      </w:r>
    </w:p>
    <w:p>
      <w:pPr>
        <w:pStyle w:val="ListParagraph"/>
      </w:pPr>
      <w:r>
        <w:rPr>
          <w:sz w:val="22"/>
        </w:rPr>
        <w:t>B. Lục lạp</w:t>
      </w:r>
    </w:p>
    <w:p>
      <w:pPr>
        <w:pStyle w:val="ListParagraph"/>
      </w:pPr>
      <w:r>
        <w:rPr>
          <w:sz w:val="22"/>
        </w:rPr>
        <w:t>C. Ribosome</w:t>
      </w:r>
    </w:p>
    <w:p>
      <w:pPr>
        <w:pStyle w:val="ListParagraph"/>
      </w:pPr>
      <w:r>
        <w:rPr>
          <w:sz w:val="22"/>
        </w:rPr>
        <w:t>D. Bộ máy Golgi</w:t>
      </w:r>
    </w:p>
    <w:p/>
    <w:p>
      <w:r>
        <w:rPr>
          <w:b/>
          <w:sz w:val="24"/>
        </w:rPr>
        <w:t>Câu 3: Sinh vật nào sau đây được cấu tạo từ tế bào nhân sơ?</w:t>
      </w:r>
    </w:p>
    <w:p>
      <w:pPr>
        <w:pStyle w:val="ListParagraph"/>
      </w:pPr>
      <w:r>
        <w:rPr>
          <w:sz w:val="22"/>
        </w:rPr>
        <w:t>A. Nấm men</w:t>
      </w:r>
    </w:p>
    <w:p>
      <w:pPr>
        <w:pStyle w:val="ListParagraph"/>
      </w:pPr>
      <w:r>
        <w:rPr>
          <w:sz w:val="22"/>
        </w:rPr>
        <w:t>B. Tảo lục</w:t>
      </w:r>
    </w:p>
    <w:p>
      <w:pPr>
        <w:pStyle w:val="ListParagraph"/>
      </w:pPr>
      <w:r>
        <w:rPr>
          <w:sz w:val="22"/>
        </w:rPr>
        <w:t>C. Vi khuẩn E. coli</w:t>
      </w:r>
    </w:p>
    <w:p>
      <w:pPr>
        <w:pStyle w:val="ListParagraph"/>
      </w:pPr>
      <w:r>
        <w:rPr>
          <w:sz w:val="22"/>
        </w:rPr>
        <w:t>D. Trùng roi</w:t>
      </w:r>
    </w:p>
    <w:p/>
    <w:p>
      <w:r>
        <w:rPr>
          <w:b/>
          <w:sz w:val="24"/>
        </w:rPr>
        <w:t>Câu 4: Cơ thể người thuộc nhóm</w:t>
      </w:r>
    </w:p>
    <w:p>
      <w:pPr>
        <w:pStyle w:val="ListParagraph"/>
      </w:pPr>
      <w:r>
        <w:rPr>
          <w:sz w:val="22"/>
        </w:rPr>
        <w:t>A. đa bào, nhân sơ</w:t>
      </w:r>
    </w:p>
    <w:p>
      <w:pPr>
        <w:pStyle w:val="ListParagraph"/>
      </w:pPr>
      <w:r>
        <w:rPr>
          <w:sz w:val="22"/>
        </w:rPr>
        <w:t>B. đa bào, nhân thực</w:t>
      </w:r>
    </w:p>
    <w:p>
      <w:pPr>
        <w:pStyle w:val="ListParagraph"/>
      </w:pPr>
      <w:r>
        <w:rPr>
          <w:sz w:val="22"/>
        </w:rPr>
        <w:t>C. đơn bào, nhân sơ</w:t>
      </w:r>
    </w:p>
    <w:p>
      <w:pPr>
        <w:pStyle w:val="ListParagraph"/>
      </w:pPr>
      <w:r>
        <w:rPr>
          <w:sz w:val="22"/>
        </w:rPr>
        <w:t>D. đơn bào, nhân thực</w:t>
      </w:r>
    </w:p>
    <w:p/>
    <w:p>
      <w:r>
        <w:rPr>
          <w:b/>
          <w:sz w:val="24"/>
        </w:rPr>
        <w:t>Câu 5: Tế bào gồm 3 phần cấu trúc chính:</w:t>
      </w:r>
    </w:p>
    <w:p>
      <w:pPr>
        <w:pStyle w:val="ListParagraph"/>
      </w:pPr>
      <w:r>
        <w:rPr>
          <w:sz w:val="22"/>
        </w:rPr>
        <w:t>A. Tế bào chất, nhân, ribosome</w:t>
      </w:r>
    </w:p>
    <w:p>
      <w:pPr>
        <w:pStyle w:val="ListParagraph"/>
      </w:pPr>
      <w:r>
        <w:rPr>
          <w:sz w:val="22"/>
        </w:rPr>
        <w:t>B. Tế bào chất, nhân, màng nhân</w:t>
      </w:r>
    </w:p>
    <w:p>
      <w:pPr>
        <w:pStyle w:val="ListParagraph"/>
      </w:pPr>
      <w:r>
        <w:rPr>
          <w:sz w:val="22"/>
        </w:rPr>
        <w:t>C. Tế bào chất, nhân, màng tế bào</w:t>
      </w:r>
    </w:p>
    <w:p>
      <w:pPr>
        <w:pStyle w:val="ListParagraph"/>
      </w:pPr>
      <w:r>
        <w:rPr>
          <w:sz w:val="22"/>
        </w:rPr>
        <w:t>D. Tế bào chất, màng tế bào, màng nhân.</w:t>
      </w:r>
    </w:p>
    <w:p/>
    <w:p>
      <w:r>
        <w:rPr>
          <w:b/>
          <w:sz w:val="24"/>
        </w:rPr>
        <w:t>Câu 6: Mô hình cấu trúc của màng sinh chất hiện nay được công nhận rộng rãi là mô hình gì?</w:t>
      </w:r>
    </w:p>
    <w:p>
      <w:pPr>
        <w:pStyle w:val="ListParagraph"/>
      </w:pPr>
      <w:r>
        <w:rPr>
          <w:sz w:val="22"/>
        </w:rPr>
        <w:t>A. Mô hình sandwich</w:t>
      </w:r>
    </w:p>
    <w:p>
      <w:pPr>
        <w:pStyle w:val="ListParagraph"/>
      </w:pPr>
      <w:r>
        <w:rPr>
          <w:sz w:val="22"/>
        </w:rPr>
        <w:t>B. Mô hình khảm động</w:t>
      </w:r>
    </w:p>
    <w:p>
      <w:pPr>
        <w:pStyle w:val="ListParagraph"/>
      </w:pPr>
      <w:r>
        <w:rPr>
          <w:sz w:val="22"/>
        </w:rPr>
        <w:t>C. Mô hình màng đơn</w:t>
      </w:r>
    </w:p>
    <w:p>
      <w:pPr>
        <w:pStyle w:val="ListParagraph"/>
      </w:pPr>
      <w:r>
        <w:rPr>
          <w:sz w:val="22"/>
        </w:rPr>
        <w:t>D. Mô hình mạng lưới</w:t>
      </w:r>
    </w:p>
    <w:p/>
    <w:p>
      <w:r>
        <w:rPr>
          <w:b/>
          <w:sz w:val="24"/>
        </w:rPr>
        <w:t>Câu 7: Hai thành phần hóa học chủ yếu cấu tạo nên màng sinh chất của tế bào nhân thực là:</w:t>
      </w:r>
    </w:p>
    <w:p>
      <w:pPr>
        <w:pStyle w:val="ListParagraph"/>
      </w:pPr>
      <w:r>
        <w:rPr>
          <w:sz w:val="22"/>
        </w:rPr>
        <w:t>A. Phospholipid và carbohydrate</w:t>
      </w:r>
    </w:p>
    <w:p>
      <w:pPr>
        <w:pStyle w:val="ListParagraph"/>
      </w:pPr>
      <w:r>
        <w:rPr>
          <w:sz w:val="22"/>
        </w:rPr>
        <w:t>B. Protein và nucleic acid</w:t>
      </w:r>
    </w:p>
    <w:p>
      <w:pPr>
        <w:pStyle w:val="ListParagraph"/>
      </w:pPr>
      <w:r>
        <w:rPr>
          <w:sz w:val="22"/>
        </w:rPr>
        <w:t>C. Phospholipid và protein</w:t>
      </w:r>
    </w:p>
    <w:p>
      <w:pPr>
        <w:pStyle w:val="ListParagraph"/>
      </w:pPr>
      <w:r>
        <w:rPr>
          <w:sz w:val="22"/>
        </w:rPr>
        <w:t>D. Cholesterol và cellulose</w:t>
      </w:r>
    </w:p>
    <w:p/>
    <w:p>
      <w:r>
        <w:rPr>
          <w:b/>
          <w:sz w:val="24"/>
        </w:rPr>
        <w:t>Câu 8: Trong màng sinh chất, lớp kép phospholipid được sắp xếp như thế nào?</w:t>
      </w:r>
    </w:p>
    <w:p>
      <w:pPr>
        <w:pStyle w:val="ListParagraph"/>
      </w:pPr>
      <w:r>
        <w:rPr>
          <w:sz w:val="22"/>
        </w:rPr>
        <w:t>A. Hai đầu ưa nước quay vào nhau, các đuôi kị nước quay ra ngoài.</w:t>
      </w:r>
    </w:p>
    <w:p>
      <w:pPr>
        <w:pStyle w:val="ListParagraph"/>
      </w:pPr>
      <w:r>
        <w:rPr>
          <w:sz w:val="22"/>
        </w:rPr>
        <w:t>B. Hai đuôi kị nước quay vào nhau, các đầu ưa nước quay ra ngoài môi trường và tế bào chất.</w:t>
      </w:r>
    </w:p>
    <w:p>
      <w:pPr>
        <w:pStyle w:val="ListParagraph"/>
      </w:pPr>
      <w:r>
        <w:rPr>
          <w:sz w:val="22"/>
        </w:rPr>
        <w:t>C. Các phân tử xếp xen kẽ, một đầu ưa nước nối tiếp một đuôi kị nước.</w:t>
      </w:r>
    </w:p>
    <w:p>
      <w:pPr>
        <w:pStyle w:val="ListParagraph"/>
      </w:pPr>
      <w:r>
        <w:rPr>
          <w:sz w:val="22"/>
        </w:rPr>
        <w:t>D. Các đầu ưa nước và đuôi kị nước đều hướng ra ngoài.</w:t>
      </w:r>
    </w:p>
    <w:p/>
    <w:p>
      <w:r>
        <w:rPr>
          <w:b/>
          <w:sz w:val="24"/>
        </w:rPr>
        <w:t>Câu 9: Cấu tạo của một phân tử phospholipid gồm có:</w:t>
      </w:r>
    </w:p>
    <w:p>
      <w:pPr>
        <w:pStyle w:val="ListParagraph"/>
      </w:pPr>
      <w:r>
        <w:rPr>
          <w:sz w:val="22"/>
        </w:rPr>
        <w:t>A. Một đầu ưa nước và một đuôi kị nước.</w:t>
      </w:r>
    </w:p>
    <w:p>
      <w:pPr>
        <w:pStyle w:val="ListParagraph"/>
      </w:pPr>
      <w:r>
        <w:rPr>
          <w:sz w:val="22"/>
        </w:rPr>
        <w:t>B. Một đầu kị nước và hai đuôi ưa nước.</w:t>
      </w:r>
    </w:p>
    <w:p>
      <w:pPr>
        <w:pStyle w:val="ListParagraph"/>
      </w:pPr>
      <w:r>
        <w:rPr>
          <w:sz w:val="22"/>
        </w:rPr>
        <w:t>C. Một đầu ưa nước và hai đuôi kị nước.</w:t>
      </w:r>
    </w:p>
    <w:p>
      <w:pPr>
        <w:pStyle w:val="ListParagraph"/>
      </w:pPr>
      <w:r>
        <w:rPr>
          <w:sz w:val="22"/>
        </w:rPr>
        <w:t>D. Hai đầu ưa nước và hai đuôi kị nước.</w:t>
      </w:r>
    </w:p>
    <w:p/>
    <w:p>
      <w:r>
        <w:rPr>
          <w:b/>
          <w:sz w:val="24"/>
        </w:rPr>
        <w:t>Câu 10: Đặc điểm "khảm" của màng sinh chất được thể hiện ở điểm nào?</w:t>
      </w:r>
    </w:p>
    <w:p>
      <w:pPr>
        <w:pStyle w:val="ListParagraph"/>
      </w:pPr>
      <w:r>
        <w:rPr>
          <w:sz w:val="22"/>
        </w:rPr>
        <w:t>A. Các phân tử phospholipid luôn di chuyển.</w:t>
      </w:r>
    </w:p>
    <w:p>
      <w:pPr>
        <w:pStyle w:val="ListParagraph"/>
      </w:pPr>
      <w:r>
        <w:rPr>
          <w:sz w:val="22"/>
        </w:rPr>
        <w:t>B. Các phân tử protein phân bố rải rác trong và trên bề mặt lớp kép phospholipid.</w:t>
      </w:r>
    </w:p>
    <w:p>
      <w:pPr>
        <w:pStyle w:val="ListParagraph"/>
      </w:pPr>
      <w:r>
        <w:rPr>
          <w:sz w:val="22"/>
        </w:rPr>
        <w:t>C. Có sự kết hợp giữa carbohydrate và lipid.</w:t>
      </w:r>
    </w:p>
    <w:p>
      <w:pPr>
        <w:pStyle w:val="ListParagraph"/>
      </w:pPr>
      <w:r>
        <w:rPr>
          <w:sz w:val="22"/>
        </w:rPr>
        <w:t>D. Lớp màng có thể tự hàn gắn khi bị rách.</w:t>
      </w:r>
    </w:p>
    <w:p/>
    <w:p>
      <w:r>
        <w:rPr>
          <w:b/>
          <w:sz w:val="24"/>
        </w:rPr>
        <w:t>Câu 11: Đặc điểm "động" của màng sinh chất có được chủ yếu là do:</w:t>
      </w:r>
    </w:p>
    <w:p>
      <w:pPr>
        <w:pStyle w:val="ListParagraph"/>
      </w:pPr>
      <w:r>
        <w:rPr>
          <w:sz w:val="22"/>
        </w:rPr>
        <w:t>A. Các phân tử phospholipid và protein có thể di chuyển, trượt lên nhau trong lớp màng.</w:t>
      </w:r>
    </w:p>
    <w:p>
      <w:pPr>
        <w:pStyle w:val="ListParagraph"/>
      </w:pPr>
      <w:r>
        <w:rPr>
          <w:sz w:val="22"/>
        </w:rPr>
        <w:t>B. Lớp màng liên tục hấp thụ nước từ môi trường.</w:t>
      </w:r>
    </w:p>
    <w:p>
      <w:pPr>
        <w:pStyle w:val="ListParagraph"/>
      </w:pPr>
      <w:r>
        <w:rPr>
          <w:sz w:val="22"/>
        </w:rPr>
        <w:t>C. Sự co bóp của các vi ống và vi sợi dưới màng.</w:t>
      </w:r>
    </w:p>
    <w:p>
      <w:pPr>
        <w:pStyle w:val="ListParagraph"/>
      </w:pPr>
      <w:r>
        <w:rPr>
          <w:sz w:val="22"/>
        </w:rPr>
        <w:t>D. Carbohydrate liên tục thay đổi cấu trúc.</w:t>
      </w:r>
    </w:p>
    <w:p/>
    <w:p>
      <w:r>
        <w:rPr>
          <w:b/>
          <w:sz w:val="24"/>
        </w:rPr>
        <w:t>Câu 12: Dựa vào vị trí, protein màng sinh chất được chia thành hai loại chính là:</w:t>
      </w:r>
    </w:p>
    <w:p>
      <w:pPr>
        <w:pStyle w:val="ListParagraph"/>
      </w:pPr>
      <w:r>
        <w:rPr>
          <w:sz w:val="22"/>
        </w:rPr>
        <w:t>A. Protein vận chuyển và protein cấu trúc.</w:t>
      </w:r>
    </w:p>
    <w:p>
      <w:pPr>
        <w:pStyle w:val="ListParagraph"/>
      </w:pPr>
      <w:r>
        <w:rPr>
          <w:sz w:val="22"/>
        </w:rPr>
        <w:t>B. Protein xuyên màng và protein cài màng.</w:t>
      </w:r>
    </w:p>
    <w:p>
      <w:pPr>
        <w:pStyle w:val="ListParagraph"/>
      </w:pPr>
      <w:r>
        <w:rPr>
          <w:sz w:val="22"/>
        </w:rPr>
        <w:t>C. Protein thụ thể và enzym.</w:t>
      </w:r>
    </w:p>
    <w:p>
      <w:pPr>
        <w:pStyle w:val="ListParagraph"/>
      </w:pPr>
      <w:r>
        <w:rPr>
          <w:sz w:val="22"/>
        </w:rPr>
        <w:t>D. Protein ưa nước và protein kị nước.</w:t>
      </w:r>
    </w:p>
    <w:p/>
    <w:p>
      <w:r>
        <w:rPr>
          <w:b/>
          <w:sz w:val="24"/>
        </w:rPr>
        <w:t>Câu 13: Ở màng sinh chất của tế bào động vật, phân tử nào xen kẽ vào lớp kép phospholipid giúp điều hòa tính linh động của màng?</w:t>
      </w:r>
    </w:p>
    <w:p>
      <w:pPr>
        <w:pStyle w:val="ListParagraph"/>
      </w:pPr>
      <w:r>
        <w:rPr>
          <w:sz w:val="22"/>
        </w:rPr>
        <w:t>A. Cellulose</w:t>
      </w:r>
    </w:p>
    <w:p>
      <w:pPr>
        <w:pStyle w:val="ListParagraph"/>
      </w:pPr>
      <w:r>
        <w:rPr>
          <w:sz w:val="22"/>
        </w:rPr>
        <w:t>B. Chitin</w:t>
      </w:r>
    </w:p>
    <w:p>
      <w:pPr>
        <w:pStyle w:val="ListParagraph"/>
      </w:pPr>
      <w:r>
        <w:rPr>
          <w:sz w:val="22"/>
        </w:rPr>
        <w:t>C. Cholesterol</w:t>
      </w:r>
    </w:p>
    <w:p>
      <w:pPr>
        <w:pStyle w:val="ListParagraph"/>
      </w:pPr>
      <w:r>
        <w:rPr>
          <w:sz w:val="22"/>
        </w:rPr>
        <w:t>D. Glycogen</w:t>
      </w:r>
    </w:p>
    <w:p/>
    <w:p>
      <w:r>
        <w:rPr>
          <w:b/>
          <w:sz w:val="24"/>
        </w:rPr>
        <w:t>Câu 14: Chức năng vận chuyển, protein còn có chức năng gì?</w:t>
      </w:r>
    </w:p>
    <w:p>
      <w:pPr>
        <w:pStyle w:val="ListParagraph"/>
      </w:pPr>
      <w:r>
        <w:rPr>
          <w:sz w:val="22"/>
        </w:rPr>
        <w:t>A. Vận chuyển các chất qua màng.</w:t>
      </w:r>
    </w:p>
    <w:p>
      <w:pPr>
        <w:pStyle w:val="ListParagraph"/>
      </w:pPr>
      <w:r>
        <w:rPr>
          <w:sz w:val="22"/>
        </w:rPr>
        <w:t>B. Đóng vai trò giúp các tế bào nhận biết nhau.</w:t>
      </w:r>
    </w:p>
    <w:p>
      <w:pPr>
        <w:pStyle w:val="ListParagraph"/>
      </w:pPr>
      <w:r>
        <w:rPr>
          <w:sz w:val="22"/>
        </w:rPr>
        <w:t>C. Cung cấp năng lượng cho tế bào.</w:t>
      </w:r>
    </w:p>
    <w:p>
      <w:pPr>
        <w:pStyle w:val="ListParagraph"/>
      </w:pPr>
      <w:r>
        <w:rPr>
          <w:sz w:val="22"/>
        </w:rPr>
        <w:t>D. Tạo khung xương nâng đỡ màng.</w:t>
      </w:r>
    </w:p>
    <w:p/>
    <w:p>
      <w:r>
        <w:rPr>
          <w:b/>
          <w:sz w:val="24"/>
        </w:rPr>
        <w:t>Câu 15: Tính thấm chọn lọc của màng sinh chất có nghĩa là gì?</w:t>
      </w:r>
    </w:p>
    <w:p>
      <w:pPr>
        <w:pStyle w:val="ListParagraph"/>
      </w:pPr>
      <w:r>
        <w:rPr>
          <w:sz w:val="22"/>
        </w:rPr>
        <w:t>A. Cho phép tất cả các chất đi qua dễ dàng.</w:t>
      </w:r>
    </w:p>
    <w:p>
      <w:pPr>
        <w:pStyle w:val="ListParagraph"/>
      </w:pPr>
      <w:r>
        <w:rPr>
          <w:sz w:val="22"/>
        </w:rPr>
        <w:t>B. Hoàn toàn không cho chất nào đi qua để bảo vệ tế bào.</w:t>
      </w:r>
    </w:p>
    <w:p>
      <w:pPr>
        <w:pStyle w:val="ListParagraph"/>
      </w:pPr>
      <w:r>
        <w:rPr>
          <w:sz w:val="22"/>
        </w:rPr>
        <w:t>C. Chỉ cho phép một số chất nhất định đi qua màng theo nhu cầu của tế bào.</w:t>
      </w:r>
    </w:p>
    <w:p>
      <w:pPr>
        <w:pStyle w:val="ListParagraph"/>
      </w:pPr>
      <w:r>
        <w:rPr>
          <w:sz w:val="22"/>
        </w:rPr>
        <w:t>D. Chỉ cho phép các chất đi ra khỏi tế bào, không cho đi vào.</w:t>
      </w:r>
    </w:p>
    <w:p/>
    <w:p>
      <w:r>
        <w:rPr>
          <w:b/>
          <w:sz w:val="24"/>
        </w:rPr>
        <w:t>Câu 16: Những chất nào sau đây có thể khuếch tán trực tiếp qua lớp kép phospholipid của màng sinh chất một cách dễ dàng?</w:t>
      </w:r>
    </w:p>
    <w:p>
      <w:pPr>
        <w:pStyle w:val="ListParagraph"/>
      </w:pPr>
      <w:r>
        <w:rPr>
          <w:sz w:val="22"/>
        </w:rPr>
        <w:t>A. Các ion mang điện tích (Na+, K+).</w:t>
      </w:r>
    </w:p>
    <w:p>
      <w:pPr>
        <w:pStyle w:val="ListParagraph"/>
      </w:pPr>
      <w:r>
        <w:rPr>
          <w:sz w:val="22"/>
        </w:rPr>
        <w:t>B. Các phân tử lớn, phân cực như glucose.</w:t>
      </w:r>
    </w:p>
    <w:p>
      <w:pPr>
        <w:pStyle w:val="ListParagraph"/>
      </w:pPr>
      <w:r>
        <w:rPr>
          <w:sz w:val="22"/>
        </w:rPr>
        <w:t>C. Các chất kích thước nhỏ, không phân cực, tan trong lipid (O2, CO2).</w:t>
      </w:r>
    </w:p>
    <w:p>
      <w:pPr>
        <w:pStyle w:val="ListParagraph"/>
      </w:pPr>
      <w:r>
        <w:rPr>
          <w:sz w:val="22"/>
        </w:rPr>
        <w:t>D. Các phân tử protein.</w:t>
      </w:r>
    </w:p>
    <w:p/>
    <w:p>
      <w:r>
        <w:rPr>
          <w:b/>
          <w:sz w:val="24"/>
        </w:rPr>
        <w:t>Câu 17: Vai trò của các kênh protein xuyên màng là gì?</w:t>
      </w:r>
    </w:p>
    <w:p>
      <w:pPr>
        <w:pStyle w:val="ListParagraph"/>
      </w:pPr>
      <w:r>
        <w:rPr>
          <w:sz w:val="22"/>
        </w:rPr>
        <w:t>A. Tạo đường dẫn đặc hiệu cho các ion và các phân tử phân cực đi qua màng.</w:t>
      </w:r>
    </w:p>
    <w:p>
      <w:pPr>
        <w:pStyle w:val="ListParagraph"/>
      </w:pPr>
      <w:r>
        <w:rPr>
          <w:sz w:val="22"/>
        </w:rPr>
        <w:t>B. Cung cấp năng lượng ATP cho tế bào.</w:t>
      </w:r>
    </w:p>
    <w:p>
      <w:pPr>
        <w:pStyle w:val="ListParagraph"/>
      </w:pPr>
      <w:r>
        <w:rPr>
          <w:sz w:val="22"/>
        </w:rPr>
        <w:t>C. Nhận biết các tín hiệu hóa học từ môi trường.</w:t>
      </w:r>
    </w:p>
    <w:p>
      <w:pPr>
        <w:pStyle w:val="ListParagraph"/>
      </w:pPr>
      <w:r>
        <w:rPr>
          <w:sz w:val="22"/>
        </w:rPr>
        <w:t>D. Liên kết với bộ khung xương tế bào.</w:t>
      </w:r>
    </w:p>
    <w:p/>
    <w:p>
      <w:r>
        <w:rPr>
          <w:b/>
          <w:sz w:val="24"/>
        </w:rPr>
        <w:t>Câu 18: Tại sao lớp kép phospholipid của màng sinh chất lại tạo ra rào cản đối với các chất phân cực và ion?</w:t>
      </w:r>
    </w:p>
    <w:p>
      <w:pPr>
        <w:pStyle w:val="ListParagraph"/>
      </w:pPr>
      <w:r>
        <w:rPr>
          <w:sz w:val="22"/>
        </w:rPr>
        <w:t>A. Vì các đầu ưa nước của phospholipid đẩy các chất này ra xa.</w:t>
      </w:r>
    </w:p>
    <w:p>
      <w:pPr>
        <w:pStyle w:val="ListParagraph"/>
      </w:pPr>
      <w:r>
        <w:rPr>
          <w:sz w:val="22"/>
        </w:rPr>
        <w:t>B. Vì vùng lõi của màng bao gồm các đuôi acid béo có tính kị nước mạnh.</w:t>
      </w:r>
    </w:p>
    <w:p>
      <w:pPr>
        <w:pStyle w:val="ListParagraph"/>
      </w:pPr>
      <w:r>
        <w:rPr>
          <w:sz w:val="22"/>
        </w:rPr>
        <w:t>C. Vì các chất này có kích thước quá lớn.</w:t>
      </w:r>
    </w:p>
    <w:p>
      <w:pPr>
        <w:pStyle w:val="ListParagraph"/>
      </w:pPr>
      <w:r>
        <w:rPr>
          <w:sz w:val="22"/>
        </w:rPr>
        <w:t>D. Vì không có năng lượng ATP cung cấp.</w:t>
      </w:r>
    </w:p>
    <w:p/>
    <w:p>
      <w:r>
        <w:rPr>
          <w:b/>
          <w:sz w:val="24"/>
        </w:rPr>
        <w:t>Câu 19: Phân tử nào sau đây KHÔNG phải là thành phần cấu tạo nên màng sinh chất của tế bào nhân thực?</w:t>
      </w:r>
    </w:p>
    <w:p>
      <w:pPr>
        <w:pStyle w:val="ListParagraph"/>
      </w:pPr>
      <w:r>
        <w:rPr>
          <w:sz w:val="22"/>
        </w:rPr>
        <w:t>A. RNA</w:t>
      </w:r>
    </w:p>
    <w:p>
      <w:pPr>
        <w:pStyle w:val="ListParagraph"/>
      </w:pPr>
      <w:r>
        <w:rPr>
          <w:sz w:val="22"/>
        </w:rPr>
        <w:t>B. Glycolipid</w:t>
      </w:r>
    </w:p>
    <w:p>
      <w:pPr>
        <w:pStyle w:val="ListParagraph"/>
      </w:pPr>
      <w:r>
        <w:rPr>
          <w:sz w:val="22"/>
        </w:rPr>
        <w:t>C. Protein ngoại vi</w:t>
      </w:r>
    </w:p>
    <w:p>
      <w:pPr>
        <w:pStyle w:val="ListParagraph"/>
      </w:pPr>
      <w:r>
        <w:rPr>
          <w:sz w:val="22"/>
        </w:rPr>
        <w:t>D. Phospholipid</w:t>
      </w:r>
    </w:p>
    <w:p/>
    <w:p>
      <w:r>
        <w:rPr>
          <w:b/>
          <w:sz w:val="24"/>
        </w:rPr>
        <w:t>Câu 20: Màng sinh chất có cấu trúc không đối xứng. Nguyên nhân chính của sự không đối xứng này là:</w:t>
      </w:r>
    </w:p>
    <w:p>
      <w:pPr>
        <w:pStyle w:val="ListParagraph"/>
      </w:pPr>
      <w:r>
        <w:rPr>
          <w:sz w:val="22"/>
        </w:rPr>
        <w:t>A. Màng chỉ có một lớp phospholipid.</w:t>
      </w:r>
    </w:p>
    <w:p>
      <w:pPr>
        <w:pStyle w:val="ListParagraph"/>
      </w:pPr>
      <w:r>
        <w:rPr>
          <w:sz w:val="22"/>
        </w:rPr>
        <w:t>B. Carbohydrate chỉ phân bố ở mặt ngoài, còn protein liên kết với khung tế bào ở mặt trong.</w:t>
      </w:r>
    </w:p>
    <w:p>
      <w:pPr>
        <w:pStyle w:val="ListParagraph"/>
      </w:pPr>
      <w:r>
        <w:rPr>
          <w:sz w:val="22"/>
        </w:rPr>
        <w:t>C. Protein chỉ có ở một nửa lớp màng.</w:t>
      </w:r>
    </w:p>
    <w:p>
      <w:pPr>
        <w:pStyle w:val="ListParagraph"/>
      </w:pPr>
      <w:r>
        <w:rPr>
          <w:sz w:val="22"/>
        </w:rPr>
        <w:t>D. Nửa màng phía ngoài không có phospholipid.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