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12 - Tenses Revision (12 Tenses)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is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 TV when I came in.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watched</w:t>
      </w:r>
    </w:p>
    <w:p>
      <w:pPr>
        <w:pStyle w:val="ListParagraph"/>
      </w:pPr>
      <w:r>
        <w:rPr>
          <w:sz w:val="22"/>
        </w:rPr>
        <w:t>C. were watching</w:t>
      </w:r>
    </w:p>
    <w:p>
      <w:pPr>
        <w:pStyle w:val="ListParagraph"/>
      </w:pPr>
      <w:r>
        <w:rPr>
          <w:sz w:val="22"/>
        </w:rPr>
        <w:t>D. have watched</w:t>
      </w:r>
    </w:p>
    <w:p/>
    <w:p>
      <w:r>
        <w:rPr>
          <w:b/>
          <w:sz w:val="24"/>
        </w:rPr>
        <w:t>Câu 3: I ___ my homework already.</w:t>
      </w:r>
    </w:p>
    <w:p>
      <w:pPr>
        <w:pStyle w:val="ListParagraph"/>
      </w:pPr>
      <w:r>
        <w:rPr>
          <w:sz w:val="22"/>
        </w:rPr>
        <w:t>A. finish</w:t>
      </w:r>
    </w:p>
    <w:p>
      <w:pPr>
        <w:pStyle w:val="ListParagraph"/>
      </w:pPr>
      <w:r>
        <w:rPr>
          <w:sz w:val="22"/>
        </w:rPr>
        <w:t>B. finished</w:t>
      </w:r>
    </w:p>
    <w:p>
      <w:pPr>
        <w:pStyle w:val="ListParagraph"/>
      </w:pPr>
      <w:r>
        <w:rPr>
          <w:sz w:val="22"/>
        </w:rPr>
        <w:t>C. have finished</w:t>
      </w:r>
    </w:p>
    <w:p>
      <w:pPr>
        <w:pStyle w:val="ListParagraph"/>
      </w:pPr>
      <w:r>
        <w:rPr>
          <w:sz w:val="22"/>
        </w:rPr>
        <w:t>D. will finish</w:t>
      </w:r>
    </w:p>
    <w:p/>
    <w:p>
      <w:r>
        <w:rPr>
          <w:b/>
          <w:sz w:val="24"/>
        </w:rPr>
        <w:t>Câu 4: By the time you arrive, we ___ the meeting.</w:t>
      </w:r>
    </w:p>
    <w:p>
      <w:pPr>
        <w:pStyle w:val="ListParagraph"/>
      </w:pPr>
      <w:r>
        <w:rPr>
          <w:sz w:val="22"/>
        </w:rPr>
        <w:t>A. will start</w:t>
      </w:r>
    </w:p>
    <w:p>
      <w:pPr>
        <w:pStyle w:val="ListParagraph"/>
      </w:pPr>
      <w:r>
        <w:rPr>
          <w:sz w:val="22"/>
        </w:rPr>
        <w:t>B. will have started</w:t>
      </w:r>
    </w:p>
    <w:p>
      <w:pPr>
        <w:pStyle w:val="ListParagraph"/>
      </w:pPr>
      <w:r>
        <w:rPr>
          <w:sz w:val="22"/>
        </w:rPr>
        <w:t>C. start</w:t>
      </w:r>
    </w:p>
    <w:p>
      <w:pPr>
        <w:pStyle w:val="ListParagraph"/>
      </w:pPr>
      <w:r>
        <w:rPr>
          <w:sz w:val="22"/>
        </w:rPr>
        <w:t>D. have started</w:t>
      </w:r>
    </w:p>
    <w:p/>
    <w:p>
      <w:r>
        <w:rPr>
          <w:b/>
          <w:sz w:val="24"/>
        </w:rPr>
        <w:t>Câu 5: He ___ in London for five years before he moved to Paris.</w:t>
      </w:r>
    </w:p>
    <w:p>
      <w:pPr>
        <w:pStyle w:val="ListParagraph"/>
      </w:pPr>
      <w:r>
        <w:rPr>
          <w:sz w:val="22"/>
        </w:rPr>
        <w:t>A. lived</w:t>
      </w:r>
    </w:p>
    <w:p>
      <w:pPr>
        <w:pStyle w:val="ListParagraph"/>
      </w:pPr>
      <w:r>
        <w:rPr>
          <w:sz w:val="22"/>
        </w:rPr>
        <w:t>B. has lived</w:t>
      </w:r>
    </w:p>
    <w:p>
      <w:pPr>
        <w:pStyle w:val="ListParagraph"/>
      </w:pPr>
      <w:r>
        <w:rPr>
          <w:sz w:val="22"/>
        </w:rPr>
        <w:t>C. had lived</w:t>
      </w:r>
    </w:p>
    <w:p>
      <w:pPr>
        <w:pStyle w:val="ListParagraph"/>
      </w:pPr>
      <w:r>
        <w:rPr>
          <w:sz w:val="22"/>
        </w:rPr>
        <w:t>D. was living</w:t>
      </w:r>
    </w:p>
    <w:p/>
    <w:p>
      <w:r>
        <w:rPr>
          <w:b/>
          <w:sz w:val="24"/>
        </w:rPr>
        <w:t>Câu 6: Look! The bus ___.</w:t>
      </w:r>
    </w:p>
    <w:p>
      <w:pPr>
        <w:pStyle w:val="ListParagraph"/>
      </w:pPr>
      <w:r>
        <w:rPr>
          <w:sz w:val="22"/>
        </w:rPr>
        <w:t>A. comes</w:t>
      </w:r>
    </w:p>
    <w:p>
      <w:pPr>
        <w:pStyle w:val="ListParagraph"/>
      </w:pPr>
      <w:r>
        <w:rPr>
          <w:sz w:val="22"/>
        </w:rPr>
        <w:t>B. is coming</w:t>
      </w:r>
    </w:p>
    <w:p>
      <w:pPr>
        <w:pStyle w:val="ListParagraph"/>
      </w:pPr>
      <w:r>
        <w:rPr>
          <w:sz w:val="22"/>
        </w:rPr>
        <w:t>C. came</w:t>
      </w:r>
    </w:p>
    <w:p>
      <w:pPr>
        <w:pStyle w:val="ListParagraph"/>
      </w:pPr>
      <w:r>
        <w:rPr>
          <w:sz w:val="22"/>
        </w:rPr>
        <w:t>D. has come</w:t>
      </w:r>
    </w:p>
    <w:p/>
    <w:p>
      <w:r>
        <w:rPr>
          <w:b/>
          <w:sz w:val="24"/>
        </w:rPr>
        <w:t>Câu 7: I ___ to the cinema tonight.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am going</w:t>
      </w:r>
    </w:p>
    <w:p>
      <w:pPr>
        <w:pStyle w:val="ListParagraph"/>
      </w:pPr>
      <w:r>
        <w:rPr>
          <w:sz w:val="22"/>
        </w:rPr>
        <w:t>C. went</w:t>
      </w:r>
    </w:p>
    <w:p>
      <w:pPr>
        <w:pStyle w:val="ListParagraph"/>
      </w:pPr>
      <w:r>
        <w:rPr>
          <w:sz w:val="22"/>
        </w:rPr>
        <w:t>D. have gone</w:t>
      </w:r>
    </w:p>
    <w:p/>
    <w:p>
      <w:r>
        <w:rPr>
          <w:b/>
          <w:sz w:val="24"/>
        </w:rPr>
        <w:t>Câu 8: She ___ her keys, so she can't open the door.</w:t>
      </w:r>
    </w:p>
    <w:p>
      <w:pPr>
        <w:pStyle w:val="ListParagraph"/>
      </w:pPr>
      <w:r>
        <w:rPr>
          <w:sz w:val="22"/>
        </w:rPr>
        <w:t>A. loses</w:t>
      </w:r>
    </w:p>
    <w:p>
      <w:pPr>
        <w:pStyle w:val="ListParagraph"/>
      </w:pPr>
      <w:r>
        <w:rPr>
          <w:sz w:val="22"/>
        </w:rPr>
        <w:t>B. lost</w:t>
      </w:r>
    </w:p>
    <w:p>
      <w:pPr>
        <w:pStyle w:val="ListParagraph"/>
      </w:pPr>
      <w:r>
        <w:rPr>
          <w:sz w:val="22"/>
        </w:rPr>
        <w:t>C. has lost</w:t>
      </w:r>
    </w:p>
    <w:p>
      <w:pPr>
        <w:pStyle w:val="ListParagraph"/>
      </w:pPr>
      <w:r>
        <w:rPr>
          <w:sz w:val="22"/>
        </w:rPr>
        <w:t>D. had lost</w:t>
      </w:r>
    </w:p>
    <w:p/>
    <w:p>
      <w:r>
        <w:rPr>
          <w:b/>
          <w:sz w:val="24"/>
        </w:rPr>
        <w:t>Câu 9: When I was a child, I ___ swimming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have gone</w:t>
      </w:r>
    </w:p>
    <w:p>
      <w:pPr>
        <w:pStyle w:val="ListParagraph"/>
      </w:pPr>
      <w:r>
        <w:rPr>
          <w:sz w:val="22"/>
        </w:rPr>
        <w:t>D. had gone</w:t>
      </w:r>
    </w:p>
    <w:p/>
    <w:p>
      <w:r>
        <w:rPr>
          <w:b/>
          <w:sz w:val="24"/>
        </w:rPr>
        <w:t>Câu 10: This time next week, I ___ on the beach.</w:t>
      </w:r>
    </w:p>
    <w:p>
      <w:pPr>
        <w:pStyle w:val="ListParagraph"/>
      </w:pPr>
      <w:r>
        <w:rPr>
          <w:sz w:val="22"/>
        </w:rPr>
        <w:t>A. lie</w:t>
      </w:r>
    </w:p>
    <w:p>
      <w:pPr>
        <w:pStyle w:val="ListParagraph"/>
      </w:pPr>
      <w:r>
        <w:rPr>
          <w:sz w:val="22"/>
        </w:rPr>
        <w:t>B. will lie</w:t>
      </w:r>
    </w:p>
    <w:p>
      <w:pPr>
        <w:pStyle w:val="ListParagraph"/>
      </w:pPr>
      <w:r>
        <w:rPr>
          <w:sz w:val="22"/>
        </w:rPr>
        <w:t>C. will be lying</w:t>
      </w:r>
    </w:p>
    <w:p>
      <w:pPr>
        <w:pStyle w:val="ListParagraph"/>
      </w:pPr>
      <w:r>
        <w:rPr>
          <w:sz w:val="22"/>
        </w:rPr>
        <w:t>D. am lying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