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Cho biết phần mềm nào sau đây KHÔNG là phần m...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Câu 31: Cho biết phần mềm nào sau đây KHÔNG là phần mềm ứng dụng?</w:t>
      </w:r>
    </w:p>
    <w:p>
      <w:pPr>
        <w:pStyle w:val="ListParagraph"/>
      </w:pPr>
      <w:r>
        <w:rPr>
          <w:sz w:val="22"/>
        </w:rPr>
        <w:t>A. Hệ điều hành</w:t>
      </w:r>
    </w:p>
    <w:p>
      <w:pPr>
        <w:pStyle w:val="ListParagraph"/>
      </w:pPr>
      <w:r>
        <w:rPr>
          <w:sz w:val="22"/>
        </w:rPr>
        <w:t>B. Microsoft Office 2007</w:t>
      </w:r>
    </w:p>
    <w:p>
      <w:pPr>
        <w:pStyle w:val="ListParagraph"/>
      </w:pPr>
      <w:r>
        <w:rPr>
          <w:sz w:val="22"/>
        </w:rPr>
        <w:t>C. AutoCad</w:t>
      </w:r>
    </w:p>
    <w:p>
      <w:pPr>
        <w:pStyle w:val="ListParagraph"/>
      </w:pPr>
      <w:r>
        <w:rPr>
          <w:sz w:val="22"/>
        </w:rPr>
        <w:t>D. Acrobat Reader</w:t>
      </w:r>
    </w:p>
    <w:p/>
    <w:p>
      <w:r>
        <w:rPr>
          <w:b/>
          <w:sz w:val="24"/>
        </w:rPr>
        <w:t>Câu 2: Câu 32: Bộ xử lý trung tâm (CPU) gồm có các thành phần chính nào sau đây?</w:t>
      </w:r>
    </w:p>
    <w:p>
      <w:pPr>
        <w:pStyle w:val="ListParagraph"/>
      </w:pPr>
      <w:r>
        <w:rPr>
          <w:sz w:val="22"/>
        </w:rPr>
        <w:t>A. Bộ điều khiển, các thanh ghi</w:t>
      </w:r>
    </w:p>
    <w:p>
      <w:pPr>
        <w:pStyle w:val="ListParagraph"/>
      </w:pPr>
      <w:r>
        <w:rPr>
          <w:sz w:val="22"/>
        </w:rPr>
        <w:t>B. Bộ xử lý số học, các thanh ghi</w:t>
      </w:r>
    </w:p>
    <w:p>
      <w:pPr>
        <w:pStyle w:val="ListParagraph"/>
      </w:pPr>
      <w:r>
        <w:rPr>
          <w:sz w:val="22"/>
        </w:rPr>
        <w:t>C. Bộ điều khiển, bộ xử lý số học và logic</w:t>
      </w:r>
    </w:p>
    <w:p>
      <w:pPr>
        <w:pStyle w:val="ListParagraph"/>
      </w:pPr>
      <w:r>
        <w:rPr>
          <w:sz w:val="22"/>
        </w:rPr>
        <w:t>D. Bộ điều khiển, bộ xử lý số học và logic, các thanh ghi</w:t>
      </w:r>
    </w:p>
    <w:p/>
    <w:p>
      <w:r>
        <w:rPr>
          <w:b/>
          <w:sz w:val="24"/>
        </w:rPr>
        <w:t>Câu 3: Câu 33: Cho biết đơn vị nào sau đây KHÔNG là đơn vị lưu trữ dữ liệu?</w:t>
      </w:r>
    </w:p>
    <w:p>
      <w:pPr>
        <w:pStyle w:val="ListParagraph"/>
      </w:pPr>
      <w:r>
        <w:rPr>
          <w:sz w:val="22"/>
        </w:rPr>
        <w:t>A. Bit</w:t>
      </w:r>
    </w:p>
    <w:p>
      <w:pPr>
        <w:pStyle w:val="ListParagraph"/>
      </w:pPr>
      <w:r>
        <w:rPr>
          <w:sz w:val="22"/>
        </w:rPr>
        <w:t>B. Byte</w:t>
      </w:r>
    </w:p>
    <w:p>
      <w:pPr>
        <w:pStyle w:val="ListParagraph"/>
      </w:pPr>
      <w:r>
        <w:rPr>
          <w:sz w:val="22"/>
        </w:rPr>
        <w:t>C. Giga Byte</w:t>
      </w:r>
    </w:p>
    <w:p>
      <w:pPr>
        <w:pStyle w:val="ListParagraph"/>
      </w:pPr>
      <w:r>
        <w:rPr>
          <w:sz w:val="22"/>
        </w:rPr>
        <w:t>D. GHz</w:t>
      </w:r>
    </w:p>
    <w:p/>
    <w:p>
      <w:r>
        <w:rPr>
          <w:b/>
          <w:sz w:val="24"/>
        </w:rPr>
        <w:t>Câu 4: Câu 34: Hệ điều hành Windows 7 là sản phẩm của công ty nào?</w:t>
      </w:r>
    </w:p>
    <w:p>
      <w:pPr>
        <w:pStyle w:val="ListParagraph"/>
      </w:pPr>
      <w:r>
        <w:rPr>
          <w:sz w:val="22"/>
        </w:rPr>
        <w:t>A. Apple</w:t>
      </w:r>
    </w:p>
    <w:p>
      <w:pPr>
        <w:pStyle w:val="ListParagraph"/>
      </w:pPr>
      <w:r>
        <w:rPr>
          <w:sz w:val="22"/>
        </w:rPr>
        <w:t>B. Microsoft</w:t>
      </w:r>
    </w:p>
    <w:p>
      <w:pPr>
        <w:pStyle w:val="ListParagraph"/>
      </w:pPr>
      <w:r>
        <w:rPr>
          <w:sz w:val="22"/>
        </w:rPr>
        <w:t>C. FPT</w:t>
      </w:r>
    </w:p>
    <w:p>
      <w:pPr>
        <w:pStyle w:val="ListParagraph"/>
      </w:pPr>
      <w:r>
        <w:rPr>
          <w:sz w:val="22"/>
        </w:rPr>
        <w:t>D. Google</w:t>
      </w:r>
    </w:p>
    <w:p/>
    <w:p>
      <w:r>
        <w:rPr>
          <w:b/>
          <w:sz w:val="24"/>
        </w:rPr>
        <w:t>Câu 5: Câu 35: Loại nào dùng để lưu trữ dữ liệu tạm thời cho hệ điều hành?</w:t>
      </w:r>
    </w:p>
    <w:p>
      <w:pPr>
        <w:pStyle w:val="ListParagraph"/>
      </w:pPr>
      <w:r>
        <w:rPr>
          <w:sz w:val="22"/>
        </w:rPr>
        <w:t>A. Đĩa CD</w:t>
      </w:r>
    </w:p>
    <w:p>
      <w:pPr>
        <w:pStyle w:val="ListParagraph"/>
      </w:pPr>
      <w:r>
        <w:rPr>
          <w:sz w:val="22"/>
        </w:rPr>
        <w:t>B. RAM</w:t>
      </w:r>
    </w:p>
    <w:p>
      <w:pPr>
        <w:pStyle w:val="ListParagraph"/>
      </w:pPr>
      <w:r>
        <w:rPr>
          <w:sz w:val="22"/>
        </w:rPr>
        <w:t>C. Đĩa cứng</w:t>
      </w:r>
    </w:p>
    <w:p>
      <w:pPr>
        <w:pStyle w:val="ListParagraph"/>
      </w:pPr>
      <w:r>
        <w:rPr>
          <w:sz w:val="22"/>
        </w:rPr>
        <w:t>D. USB Flash Drive</w:t>
      </w:r>
    </w:p>
    <w:p/>
    <w:p>
      <w:r>
        <w:rPr>
          <w:b/>
          <w:sz w:val="24"/>
        </w:rPr>
        <w:t>Câu 6: Câu 36: Yếu tố nào là khuyết điểm của giáo dục trực tuyến (e-learning)?</w:t>
      </w:r>
    </w:p>
    <w:p>
      <w:pPr>
        <w:pStyle w:val="ListParagraph"/>
      </w:pPr>
      <w:r>
        <w:rPr>
          <w:sz w:val="22"/>
        </w:rPr>
        <w:t>A. Tiết kiệm chi phí</w:t>
      </w:r>
    </w:p>
    <w:p>
      <w:pPr>
        <w:pStyle w:val="ListParagraph"/>
      </w:pPr>
      <w:r>
        <w:rPr>
          <w:sz w:val="22"/>
        </w:rPr>
        <w:t>B. Tiết kiệm thời gian</w:t>
      </w:r>
    </w:p>
    <w:p>
      <w:pPr>
        <w:pStyle w:val="ListParagraph"/>
      </w:pPr>
      <w:r>
        <w:rPr>
          <w:sz w:val="22"/>
        </w:rPr>
        <w:t>C. Học tại nhà</w:t>
      </w:r>
    </w:p>
    <w:p>
      <w:pPr>
        <w:pStyle w:val="ListParagraph"/>
      </w:pPr>
      <w:r>
        <w:rPr>
          <w:sz w:val="22"/>
        </w:rPr>
        <w:t>D. Phải biết sử dụng máy tính</w:t>
      </w:r>
    </w:p>
    <w:p/>
    <w:p>
      <w:r>
        <w:rPr>
          <w:b/>
          <w:sz w:val="24"/>
        </w:rPr>
        <w:t>Câu 7: Câu 37: Từ viết tắt của Khối tính toán số học và logic là gì?</w:t>
      </w:r>
    </w:p>
    <w:p>
      <w:pPr>
        <w:pStyle w:val="ListParagraph"/>
      </w:pPr>
      <w:r>
        <w:rPr>
          <w:sz w:val="22"/>
        </w:rPr>
        <w:t>A. ALU</w:t>
      </w:r>
    </w:p>
    <w:p>
      <w:pPr>
        <w:pStyle w:val="ListParagraph"/>
      </w:pPr>
      <w:r>
        <w:rPr>
          <w:sz w:val="22"/>
        </w:rPr>
        <w:t>B. CPU</w:t>
      </w:r>
    </w:p>
    <w:p>
      <w:pPr>
        <w:pStyle w:val="ListParagraph"/>
      </w:pPr>
      <w:r>
        <w:rPr>
          <w:sz w:val="22"/>
        </w:rPr>
        <w:t>C. CU</w:t>
      </w:r>
    </w:p>
    <w:p>
      <w:pPr>
        <w:pStyle w:val="ListParagraph"/>
      </w:pPr>
      <w:r>
        <w:rPr>
          <w:sz w:val="22"/>
        </w:rPr>
        <w:t>D. AU</w:t>
      </w:r>
    </w:p>
    <w:p/>
    <w:p>
      <w:r>
        <w:rPr>
          <w:b/>
          <w:sz w:val="24"/>
        </w:rPr>
        <w:t>Câu 8: Câu 38: Phát biểu nào sau đây là KHÔNG đúng?</w:t>
      </w:r>
    </w:p>
    <w:p>
      <w:pPr>
        <w:pStyle w:val="ListParagraph"/>
      </w:pPr>
      <w:r>
        <w:rPr>
          <w:sz w:val="22"/>
        </w:rPr>
        <w:t>A. Email chỉ gửi được văn bản</w:t>
      </w:r>
    </w:p>
    <w:p>
      <w:pPr>
        <w:pStyle w:val="ListParagraph"/>
      </w:pPr>
      <w:r>
        <w:rPr>
          <w:sz w:val="22"/>
        </w:rPr>
        <w:t>B. Email gửi được hình ảnh</w:t>
      </w:r>
    </w:p>
    <w:p>
      <w:pPr>
        <w:pStyle w:val="ListParagraph"/>
      </w:pPr>
      <w:r>
        <w:rPr>
          <w:sz w:val="22"/>
        </w:rPr>
        <w:t>C. Email gửi được tập tin âm thanh</w:t>
      </w:r>
    </w:p>
    <w:p>
      <w:pPr>
        <w:pStyle w:val="ListParagraph"/>
      </w:pPr>
      <w:r>
        <w:rPr>
          <w:sz w:val="22"/>
        </w:rPr>
        <w:t>D. Email có thể gồm văn bản, hình ảnh</w:t>
      </w:r>
    </w:p>
    <w:p/>
    <w:p>
      <w:r>
        <w:rPr>
          <w:b/>
          <w:sz w:val="24"/>
        </w:rPr>
        <w:t>Câu 9: Câu 39: Tin nhắn tức thời (IM) là từ viết tắt của cụm từ nào sau đây?</w:t>
      </w:r>
    </w:p>
    <w:p>
      <w:pPr>
        <w:pStyle w:val="ListParagraph"/>
      </w:pPr>
      <w:r>
        <w:rPr>
          <w:sz w:val="22"/>
        </w:rPr>
        <w:t>A. Instant Messaging</w:t>
      </w:r>
    </w:p>
    <w:p>
      <w:pPr>
        <w:pStyle w:val="ListParagraph"/>
      </w:pPr>
      <w:r>
        <w:rPr>
          <w:sz w:val="22"/>
        </w:rPr>
        <w:t>B. Internet Manager</w:t>
      </w:r>
    </w:p>
    <w:p>
      <w:pPr>
        <w:pStyle w:val="ListParagraph"/>
      </w:pPr>
      <w:r>
        <w:rPr>
          <w:sz w:val="22"/>
        </w:rPr>
        <w:t>C. Short Message Services</w:t>
      </w:r>
    </w:p>
    <w:p>
      <w:pPr>
        <w:pStyle w:val="ListParagraph"/>
      </w:pPr>
      <w:r>
        <w:rPr>
          <w:sz w:val="22"/>
        </w:rPr>
        <w:t>D. Voice over Internet Protocol</w:t>
      </w:r>
    </w:p>
    <w:p/>
    <w:p>
      <w:r>
        <w:rPr>
          <w:b/>
          <w:sz w:val="24"/>
        </w:rPr>
        <w:t>Câu 10: Câu 40: Tin nhắn tức thời (SMS) là từ viết tắt của cụm từ nào sau đây?</w:t>
      </w:r>
    </w:p>
    <w:p>
      <w:pPr>
        <w:pStyle w:val="ListParagraph"/>
      </w:pPr>
      <w:r>
        <w:rPr>
          <w:sz w:val="22"/>
        </w:rPr>
        <w:t>A. Instant Messaging</w:t>
      </w:r>
    </w:p>
    <w:p>
      <w:pPr>
        <w:pStyle w:val="ListParagraph"/>
      </w:pPr>
      <w:r>
        <w:rPr>
          <w:sz w:val="22"/>
        </w:rPr>
        <w:t>B. Personal Digital Assistant</w:t>
      </w:r>
    </w:p>
    <w:p>
      <w:pPr>
        <w:pStyle w:val="ListParagraph"/>
      </w:pPr>
      <w:r>
        <w:rPr>
          <w:sz w:val="22"/>
        </w:rPr>
        <w:t>C. Short Message Services</w:t>
      </w:r>
    </w:p>
    <w:p>
      <w:pPr>
        <w:pStyle w:val="ListParagraph"/>
      </w:pPr>
      <w:r>
        <w:rPr>
          <w:sz w:val="22"/>
        </w:rPr>
        <w:t>D. Voice over Internet Protocol</w:t>
      </w:r>
    </w:p>
    <w:p/>
    <w:p>
      <w:r>
        <w:rPr>
          <w:b/>
          <w:sz w:val="24"/>
        </w:rPr>
        <w:t>Câu 11: Câu 41: Dữ liệu không thể lưu trữ trong thiết bị nào sau đây?</w:t>
      </w:r>
    </w:p>
    <w:p>
      <w:pPr>
        <w:pStyle w:val="ListParagraph"/>
      </w:pPr>
      <w:r>
        <w:rPr>
          <w:sz w:val="22"/>
        </w:rPr>
        <w:t>A. Đầu đọc đĩa CD</w:t>
      </w:r>
    </w:p>
    <w:p>
      <w:pPr>
        <w:pStyle w:val="ListParagraph"/>
      </w:pPr>
      <w:r>
        <w:rPr>
          <w:sz w:val="22"/>
        </w:rPr>
        <w:t>B. USB Flash Drive</w:t>
      </w:r>
    </w:p>
    <w:p>
      <w:pPr>
        <w:pStyle w:val="ListParagraph"/>
      </w:pPr>
      <w:r>
        <w:rPr>
          <w:sz w:val="22"/>
        </w:rPr>
        <w:t>C. Ổ đĩa cứng</w:t>
      </w:r>
    </w:p>
    <w:p>
      <w:pPr>
        <w:pStyle w:val="ListParagraph"/>
      </w:pPr>
      <w:r>
        <w:rPr>
          <w:sz w:val="22"/>
        </w:rPr>
        <w:t>D. Đĩa quang</w:t>
      </w:r>
    </w:p>
    <w:p/>
    <w:p>
      <w:r>
        <w:rPr>
          <w:b/>
          <w:sz w:val="24"/>
        </w:rPr>
        <w:t>Câu 12: Câu 42: Phát biểu nào SAI khi tắt nút Num Lock?</w:t>
      </w:r>
    </w:p>
    <w:p>
      <w:pPr>
        <w:pStyle w:val="ListParagraph"/>
      </w:pPr>
      <w:r>
        <w:rPr>
          <w:sz w:val="22"/>
        </w:rPr>
        <w:t>A. Sử dụng được phím số</w:t>
      </w:r>
    </w:p>
    <w:p>
      <w:pPr>
        <w:pStyle w:val="ListParagraph"/>
      </w:pPr>
      <w:r>
        <w:rPr>
          <w:sz w:val="22"/>
        </w:rPr>
        <w:t>B. Sử dụng được các phím mũi tên ở các số</w:t>
      </w:r>
    </w:p>
    <w:p>
      <w:pPr>
        <w:pStyle w:val="ListParagraph"/>
      </w:pPr>
      <w:r>
        <w:rPr>
          <w:sz w:val="22"/>
        </w:rPr>
        <w:t>C. Sử dụng được các phím toán tử</w:t>
      </w:r>
    </w:p>
    <w:p>
      <w:pPr>
        <w:pStyle w:val="ListParagraph"/>
      </w:pPr>
      <w:r>
        <w:rPr>
          <w:sz w:val="22"/>
        </w:rPr>
        <w:t>D. Sử dụng được phím Enter</w:t>
      </w:r>
    </w:p>
    <w:p/>
    <w:p>
      <w:r>
        <w:rPr>
          <w:b/>
          <w:sz w:val="24"/>
        </w:rPr>
        <w:t>Câu 13: Câu 43: Phát biểu nào SAI khi bật nút Num Lock?</w:t>
      </w:r>
    </w:p>
    <w:p>
      <w:pPr>
        <w:pStyle w:val="ListParagraph"/>
      </w:pPr>
      <w:r>
        <w:rPr>
          <w:sz w:val="22"/>
        </w:rPr>
        <w:t>A. Không sử dụng được phím số</w:t>
      </w:r>
    </w:p>
    <w:p>
      <w:pPr>
        <w:pStyle w:val="ListParagraph"/>
      </w:pPr>
      <w:r>
        <w:rPr>
          <w:sz w:val="22"/>
        </w:rPr>
        <w:t>B. Không sử dụng được các phím mũi tên ở các số</w:t>
      </w:r>
    </w:p>
    <w:p>
      <w:pPr>
        <w:pStyle w:val="ListParagraph"/>
      </w:pPr>
      <w:r>
        <w:rPr>
          <w:sz w:val="22"/>
        </w:rPr>
        <w:t>C. Không sử dụng được các phím toán tử</w:t>
      </w:r>
    </w:p>
    <w:p>
      <w:pPr>
        <w:pStyle w:val="ListParagraph"/>
      </w:pPr>
      <w:r>
        <w:rPr>
          <w:sz w:val="22"/>
        </w:rPr>
        <w:t>D. Không sử dụng được phím Enter</w:t>
      </w:r>
    </w:p>
    <w:p/>
    <w:p>
      <w:r>
        <w:rPr>
          <w:b/>
          <w:sz w:val="24"/>
        </w:rPr>
        <w:t>Câu 14: Câu 44: Chuột máy tính (Mouse) là?</w:t>
      </w:r>
    </w:p>
    <w:p>
      <w:pPr>
        <w:pStyle w:val="ListParagraph"/>
      </w:pPr>
      <w:r>
        <w:rPr>
          <w:sz w:val="22"/>
        </w:rPr>
        <w:t>A. Thiết bị nhập</w:t>
      </w:r>
    </w:p>
    <w:p>
      <w:pPr>
        <w:pStyle w:val="ListParagraph"/>
      </w:pPr>
      <w:r>
        <w:rPr>
          <w:sz w:val="22"/>
        </w:rPr>
        <w:t>B. Thiết bị xuất</w:t>
      </w:r>
    </w:p>
    <w:p>
      <w:pPr>
        <w:pStyle w:val="ListParagraph"/>
      </w:pPr>
      <w:r>
        <w:rPr>
          <w:sz w:val="22"/>
        </w:rPr>
        <w:t>C. Bộ nhớ trong</w:t>
      </w:r>
    </w:p>
    <w:p>
      <w:pPr>
        <w:pStyle w:val="ListParagraph"/>
      </w:pPr>
      <w:r>
        <w:rPr>
          <w:sz w:val="22"/>
        </w:rPr>
        <w:t>D. Bộ nhớ ngoài</w:t>
      </w:r>
    </w:p>
    <w:p/>
    <w:p>
      <w:r>
        <w:rPr>
          <w:b/>
          <w:sz w:val="24"/>
        </w:rPr>
        <w:t>Câu 15: Câu 45: LINUX là gì?</w:t>
      </w:r>
    </w:p>
    <w:p>
      <w:pPr>
        <w:pStyle w:val="ListParagraph"/>
      </w:pPr>
      <w:r>
        <w:rPr>
          <w:sz w:val="22"/>
        </w:rPr>
        <w:t>A. Hệ điều hành mã nguồn mở</w:t>
      </w:r>
    </w:p>
    <w:p>
      <w:pPr>
        <w:pStyle w:val="ListParagraph"/>
      </w:pPr>
      <w:r>
        <w:rPr>
          <w:sz w:val="22"/>
        </w:rPr>
        <w:t>B. Phần mềm ứng dụng</w:t>
      </w:r>
    </w:p>
    <w:p>
      <w:pPr>
        <w:pStyle w:val="ListParagraph"/>
      </w:pPr>
      <w:r>
        <w:rPr>
          <w:sz w:val="22"/>
        </w:rPr>
        <w:t>C. Trình duyệt web</w:t>
      </w:r>
    </w:p>
    <w:p>
      <w:pPr>
        <w:pStyle w:val="ListParagraph"/>
      </w:pPr>
      <w:r>
        <w:rPr>
          <w:sz w:val="22"/>
        </w:rPr>
        <w:t>D. Hệ điều hành mã nguồn đóng</w:t>
      </w:r>
    </w:p>
    <w:p/>
    <w:p>
      <w:r>
        <w:rPr>
          <w:b/>
          <w:sz w:val="24"/>
        </w:rPr>
        <w:t>Câu 16: Câu 46: Đơn vị đo của bộ nhớ RAM là gì?</w:t>
      </w:r>
    </w:p>
    <w:p>
      <w:pPr>
        <w:pStyle w:val="ListParagraph"/>
      </w:pPr>
      <w:r>
        <w:rPr>
          <w:sz w:val="22"/>
        </w:rPr>
        <w:t>A. MB</w:t>
      </w:r>
    </w:p>
    <w:p>
      <w:pPr>
        <w:pStyle w:val="ListParagraph"/>
      </w:pPr>
      <w:r>
        <w:rPr>
          <w:sz w:val="22"/>
        </w:rPr>
        <w:t>B. GB</w:t>
      </w:r>
    </w:p>
    <w:p>
      <w:pPr>
        <w:pStyle w:val="ListParagraph"/>
      </w:pPr>
      <w:r>
        <w:rPr>
          <w:sz w:val="22"/>
        </w:rPr>
        <w:t>C. Byte</w:t>
      </w:r>
    </w:p>
    <w:p>
      <w:pPr>
        <w:pStyle w:val="ListParagraph"/>
      </w:pPr>
      <w:r>
        <w:rPr>
          <w:sz w:val="22"/>
        </w:rPr>
        <w:t>D. MHZ</w:t>
      </w:r>
    </w:p>
    <w:p/>
    <w:p>
      <w:r>
        <w:rPr>
          <w:b/>
          <w:sz w:val="24"/>
        </w:rPr>
        <w:t>Câu 17: Câu 47: Đâu KHÔNG phải giải pháp để kiểm soát việc truy nhập tự động?</w:t>
      </w:r>
    </w:p>
    <w:p>
      <w:pPr>
        <w:pStyle w:val="ListParagraph"/>
      </w:pPr>
      <w:r>
        <w:rPr>
          <w:sz w:val="22"/>
        </w:rPr>
        <w:t>A. Tường lửa</w:t>
      </w:r>
    </w:p>
    <w:p>
      <w:pPr>
        <w:pStyle w:val="ListParagraph"/>
      </w:pPr>
      <w:r>
        <w:rPr>
          <w:sz w:val="22"/>
        </w:rPr>
        <w:t>B. Mạng riêng ảo</w:t>
      </w:r>
    </w:p>
    <w:p>
      <w:pPr>
        <w:pStyle w:val="ListParagraph"/>
      </w:pPr>
      <w:r>
        <w:rPr>
          <w:sz w:val="22"/>
        </w:rPr>
        <w:t>C. Hạ tầng cơ sở khóa công khai</w:t>
      </w:r>
    </w:p>
    <w:p>
      <w:pPr>
        <w:pStyle w:val="ListParagraph"/>
      </w:pPr>
      <w:r>
        <w:rPr>
          <w:sz w:val="22"/>
        </w:rPr>
        <w:t>D. Thư điện tử</w:t>
      </w:r>
    </w:p>
    <w:p/>
    <w:p>
      <w:r>
        <w:rPr>
          <w:b/>
          <w:sz w:val="24"/>
        </w:rPr>
        <w:t>Câu 18: Câu 48: Tường lửa (Firewall) dùng để làm gì?</w:t>
      </w:r>
    </w:p>
    <w:p>
      <w:pPr>
        <w:pStyle w:val="ListParagraph"/>
      </w:pPr>
      <w:r>
        <w:rPr>
          <w:sz w:val="22"/>
        </w:rPr>
        <w:t>A. Kiểm soát truy cập tự động</w:t>
      </w:r>
    </w:p>
    <w:p>
      <w:pPr>
        <w:pStyle w:val="ListParagraph"/>
      </w:pPr>
      <w:r>
        <w:rPr>
          <w:sz w:val="22"/>
        </w:rPr>
        <w:t>B. Kiểm tra thư điện tử</w:t>
      </w:r>
    </w:p>
    <w:p>
      <w:pPr>
        <w:pStyle w:val="ListParagraph"/>
      </w:pPr>
      <w:r>
        <w:rPr>
          <w:sz w:val="22"/>
        </w:rPr>
        <w:t>C. Kiểm tra tài khoản đăng nhập</w:t>
      </w:r>
    </w:p>
    <w:p>
      <w:pPr>
        <w:pStyle w:val="ListParagraph"/>
      </w:pPr>
      <w:r>
        <w:rPr>
          <w:sz w:val="22"/>
        </w:rPr>
        <w:t>D. Kiểm tra kết nối mạng</w:t>
      </w:r>
    </w:p>
    <w:p/>
    <w:p>
      <w:r>
        <w:rPr>
          <w:b/>
          <w:sz w:val="24"/>
        </w:rPr>
        <w:t>Câu 19: Câu 49: Phím Page Up (PgUp) dùng để làm gì?</w:t>
      </w:r>
    </w:p>
    <w:p>
      <w:pPr>
        <w:pStyle w:val="ListParagraph"/>
      </w:pPr>
      <w:r>
        <w:rPr>
          <w:sz w:val="22"/>
        </w:rPr>
        <w:t>A. Di chuyển lên trang màn hình</w:t>
      </w:r>
    </w:p>
    <w:p>
      <w:pPr>
        <w:pStyle w:val="ListParagraph"/>
      </w:pPr>
      <w:r>
        <w:rPr>
          <w:sz w:val="22"/>
        </w:rPr>
        <w:t>B. Di chuyển xuống trang màn hình</w:t>
      </w:r>
    </w:p>
    <w:p>
      <w:pPr>
        <w:pStyle w:val="ListParagraph"/>
      </w:pPr>
      <w:r>
        <w:rPr>
          <w:sz w:val="22"/>
        </w:rPr>
        <w:t>C. Chèn biểu tượng vào màn hình</w:t>
      </w:r>
    </w:p>
    <w:p>
      <w:pPr>
        <w:pStyle w:val="ListParagraph"/>
      </w:pPr>
      <w:r>
        <w:rPr>
          <w:sz w:val="22"/>
        </w:rPr>
        <w:t>D. Xóa biểu tượng ra khỏi màn hình</w:t>
      </w:r>
    </w:p>
    <w:p/>
    <w:p>
      <w:r>
        <w:rPr>
          <w:b/>
          <w:sz w:val="24"/>
        </w:rPr>
        <w:t>Câu 20: Câu 50: Phím Page Down (PgDn) dùng để làm gì?</w:t>
      </w:r>
    </w:p>
    <w:p>
      <w:pPr>
        <w:pStyle w:val="ListParagraph"/>
      </w:pPr>
      <w:r>
        <w:rPr>
          <w:sz w:val="22"/>
        </w:rPr>
        <w:t>A. Di chuyển lên trang màn hình</w:t>
      </w:r>
    </w:p>
    <w:p>
      <w:pPr>
        <w:pStyle w:val="ListParagraph"/>
      </w:pPr>
      <w:r>
        <w:rPr>
          <w:sz w:val="22"/>
        </w:rPr>
        <w:t>B. Di chuyển xuống trang màn hình</w:t>
      </w:r>
    </w:p>
    <w:p>
      <w:pPr>
        <w:pStyle w:val="ListParagraph"/>
      </w:pPr>
      <w:r>
        <w:rPr>
          <w:sz w:val="22"/>
        </w:rPr>
        <w:t>C. Chèn biểu tượng vào màn hình</w:t>
      </w:r>
    </w:p>
    <w:p>
      <w:pPr>
        <w:pStyle w:val="ListParagraph"/>
      </w:pPr>
      <w:r>
        <w:rPr>
          <w:sz w:val="22"/>
        </w:rPr>
        <w:t>D. Xóa biểu tượng ra khỏi màn hình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