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**NỘI DUNG ÔN TẬP GIỮA HK 1 – LỚP 12**</w:t>
      </w:r>
    </w:p>
    <w:p>
      <w:pPr>
        <w:jc w:val="center"/>
      </w:pPr>
      <w:r>
        <w:rPr>
          <w:sz w:val="22"/>
        </w:rPr>
        <w:t>Số câu: 22    Thời gian: _____ phút    Họ và tên: _________________________</w:t>
      </w:r>
    </w:p>
    <w:p/>
    <w:p>
      <w:r>
        <w:rPr>
          <w:b/>
          <w:sz w:val="24"/>
        </w:rPr>
        <w:t>Câu 1: Mark the letter A, B, C, or D on your answer sheet to indicate the word whose underlined part is pronounced differently from the others: A. devoted /ɪd/ B. recycled /d/ C. attended /ɪd/ D. adopted /ɪd/</w:t>
      </w:r>
    </w:p>
    <w:p>
      <w:pPr>
        <w:pStyle w:val="ListParagraph"/>
      </w:pPr>
      <w:r>
        <w:rPr>
          <w:sz w:val="22"/>
        </w:rPr>
        <w:t>A. devoted /ɪd/</w:t>
      </w:r>
    </w:p>
    <w:p>
      <w:pPr>
        <w:pStyle w:val="ListParagraph"/>
      </w:pPr>
      <w:r>
        <w:rPr>
          <w:sz w:val="22"/>
        </w:rPr>
        <w:t>B. recycled /d/</w:t>
      </w:r>
    </w:p>
    <w:p>
      <w:pPr>
        <w:pStyle w:val="ListParagraph"/>
      </w:pPr>
      <w:r>
        <w:rPr>
          <w:sz w:val="22"/>
        </w:rPr>
        <w:t>C. attended /ɪd/</w:t>
      </w:r>
    </w:p>
    <w:p>
      <w:pPr>
        <w:pStyle w:val="ListParagraph"/>
      </w:pPr>
      <w:r>
        <w:rPr>
          <w:sz w:val="22"/>
        </w:rPr>
        <w:t>D. adopted /ɪd/</w:t>
      </w:r>
    </w:p>
    <w:p/>
    <w:p>
      <w:r>
        <w:rPr>
          <w:b/>
          <w:sz w:val="24"/>
        </w:rPr>
        <w:t>Câu 2: Mark the letter A, B, C, or D on your answer sheet to indicate the word whose underlined part is pronounced differently from the others: A. reduced /t/ B. attended /ɪd/ C. used /d/ D. recharged /d/</w:t>
      </w:r>
    </w:p>
    <w:p>
      <w:pPr>
        <w:pStyle w:val="ListParagraph"/>
      </w:pPr>
      <w:r>
        <w:rPr>
          <w:sz w:val="22"/>
        </w:rPr>
        <w:t>A. reduced /t/</w:t>
      </w:r>
    </w:p>
    <w:p>
      <w:pPr>
        <w:pStyle w:val="ListParagraph"/>
      </w:pPr>
      <w:r>
        <w:rPr>
          <w:sz w:val="22"/>
        </w:rPr>
        <w:t>B. attended /ɪd/</w:t>
      </w:r>
    </w:p>
    <w:p>
      <w:pPr>
        <w:pStyle w:val="ListParagraph"/>
      </w:pPr>
      <w:r>
        <w:rPr>
          <w:sz w:val="22"/>
        </w:rPr>
        <w:t>C. used /d/</w:t>
      </w:r>
    </w:p>
    <w:p>
      <w:pPr>
        <w:pStyle w:val="ListParagraph"/>
      </w:pPr>
      <w:r>
        <w:rPr>
          <w:sz w:val="22"/>
        </w:rPr>
        <w:t>D. recharged /d/</w:t>
      </w:r>
    </w:p>
    <w:p/>
    <w:p>
      <w:r>
        <w:rPr>
          <w:b/>
          <w:sz w:val="24"/>
        </w:rPr>
        <w:t>Câu 3: Mark the letter A, B, C, or D on your answer sheet to indicate the word whose underlined part is pronounced differently from the others: A. devoted /ɪd/ B. overcome /ʌ/ C. admired /d/ D. adopted /ɪd/</w:t>
      </w:r>
    </w:p>
    <w:p>
      <w:pPr>
        <w:pStyle w:val="ListParagraph"/>
      </w:pPr>
      <w:r>
        <w:rPr>
          <w:sz w:val="22"/>
        </w:rPr>
        <w:t>A. devoted /ɪd/</w:t>
      </w:r>
    </w:p>
    <w:p>
      <w:pPr>
        <w:pStyle w:val="ListParagraph"/>
      </w:pPr>
      <w:r>
        <w:rPr>
          <w:sz w:val="22"/>
        </w:rPr>
        <w:t>B. overcome /ʌ/</w:t>
      </w:r>
    </w:p>
    <w:p>
      <w:pPr>
        <w:pStyle w:val="ListParagraph"/>
      </w:pPr>
      <w:r>
        <w:rPr>
          <w:sz w:val="22"/>
        </w:rPr>
        <w:t>C. admired /d/</w:t>
      </w:r>
    </w:p>
    <w:p>
      <w:pPr>
        <w:pStyle w:val="ListParagraph"/>
      </w:pPr>
      <w:r>
        <w:rPr>
          <w:sz w:val="22"/>
        </w:rPr>
        <w:t>D. adopted /ɪd/</w:t>
      </w:r>
    </w:p>
    <w:p/>
    <w:p>
      <w:r>
        <w:rPr>
          <w:b/>
          <w:sz w:val="24"/>
        </w:rPr>
        <w:t>Câu 4: Mark the letter A, B, C, or D on your answer sheet to indicate the word whose underlined part is pronounced differently from the others: A. global /əʊ/ B. soldier /əʊ/ C. promote /əʊ/ D. destroy /ɔɪ/</w:t>
      </w:r>
    </w:p>
    <w:p>
      <w:pPr>
        <w:pStyle w:val="ListParagraph"/>
      </w:pPr>
      <w:r>
        <w:rPr>
          <w:sz w:val="22"/>
        </w:rPr>
        <w:t>A. global /əʊ/</w:t>
      </w:r>
    </w:p>
    <w:p>
      <w:pPr>
        <w:pStyle w:val="ListParagraph"/>
      </w:pPr>
      <w:r>
        <w:rPr>
          <w:sz w:val="22"/>
        </w:rPr>
        <w:t>B. soldier /əʊ/</w:t>
      </w:r>
    </w:p>
    <w:p>
      <w:pPr>
        <w:pStyle w:val="ListParagraph"/>
      </w:pPr>
      <w:r>
        <w:rPr>
          <w:sz w:val="22"/>
        </w:rPr>
        <w:t>C. promote /əʊ/</w:t>
      </w:r>
    </w:p>
    <w:p>
      <w:pPr>
        <w:pStyle w:val="ListParagraph"/>
      </w:pPr>
      <w:r>
        <w:rPr>
          <w:sz w:val="22"/>
        </w:rPr>
        <w:t>D. destroy /ɔɪ/</w:t>
      </w:r>
    </w:p>
    <w:p/>
    <w:p>
      <w:r>
        <w:rPr>
          <w:b/>
          <w:sz w:val="24"/>
        </w:rPr>
        <w:t>Câu 5: Mark the letter A, B, C, or D on your answer sheet to indicate the word whose underlined part is pronounced differently from the others: A. society /ə/ B. admired /ə/ C. household /aʊ/ D. leftover /e/</w:t>
      </w:r>
    </w:p>
    <w:p>
      <w:pPr>
        <w:pStyle w:val="ListParagraph"/>
      </w:pPr>
      <w:r>
        <w:rPr>
          <w:sz w:val="22"/>
        </w:rPr>
        <w:t>A. society /ə/</w:t>
      </w:r>
    </w:p>
    <w:p>
      <w:pPr>
        <w:pStyle w:val="ListParagraph"/>
      </w:pPr>
      <w:r>
        <w:rPr>
          <w:sz w:val="22"/>
        </w:rPr>
        <w:t>B. admired /ə/</w:t>
      </w:r>
    </w:p>
    <w:p>
      <w:pPr>
        <w:pStyle w:val="ListParagraph"/>
      </w:pPr>
      <w:r>
        <w:rPr>
          <w:sz w:val="22"/>
        </w:rPr>
        <w:t>C. household /aʊ/</w:t>
      </w:r>
    </w:p>
    <w:p>
      <w:pPr>
        <w:pStyle w:val="ListParagraph"/>
      </w:pPr>
      <w:r>
        <w:rPr>
          <w:sz w:val="22"/>
        </w:rPr>
        <w:t>D. leftover /e/</w:t>
      </w:r>
    </w:p>
    <w:p/>
    <w:p>
      <w:r>
        <w:rPr>
          <w:b/>
          <w:sz w:val="24"/>
        </w:rPr>
        <w:t>Câu 6: Mark the letter A, B, C, or D on your answer sheet to indicate the word that differs from the other three in the position of stress: A. compost (1) B. layer (1) C. balloon (2) D. landfill (1)</w:t>
      </w:r>
    </w:p>
    <w:p>
      <w:pPr>
        <w:pStyle w:val="ListParagraph"/>
      </w:pPr>
      <w:r>
        <w:rPr>
          <w:sz w:val="22"/>
        </w:rPr>
        <w:t>A. compost (1)</w:t>
      </w:r>
    </w:p>
    <w:p>
      <w:pPr>
        <w:pStyle w:val="ListParagraph"/>
      </w:pPr>
      <w:r>
        <w:rPr>
          <w:sz w:val="22"/>
        </w:rPr>
        <w:t>B. layer (1)</w:t>
      </w:r>
    </w:p>
    <w:p>
      <w:pPr>
        <w:pStyle w:val="ListParagraph"/>
      </w:pPr>
      <w:r>
        <w:rPr>
          <w:sz w:val="22"/>
        </w:rPr>
        <w:t>C. balloon (2)</w:t>
      </w:r>
    </w:p>
    <w:p>
      <w:pPr>
        <w:pStyle w:val="ListParagraph"/>
      </w:pPr>
      <w:r>
        <w:rPr>
          <w:sz w:val="22"/>
        </w:rPr>
        <w:t>D. landfill (1)</w:t>
      </w:r>
    </w:p>
    <w:p/>
    <w:p>
      <w:r>
        <w:rPr>
          <w:b/>
          <w:sz w:val="24"/>
        </w:rPr>
        <w:t>Câu 7: Mark the letter A, B, C, or D on your answer sheet to indicate the word that differs from the other three in the position of stress: A. custom (1) B. reduce (2) C. culture (1) D. leaflet (1)</w:t>
      </w:r>
    </w:p>
    <w:p>
      <w:pPr>
        <w:pStyle w:val="ListParagraph"/>
      </w:pPr>
      <w:r>
        <w:rPr>
          <w:sz w:val="22"/>
        </w:rPr>
        <w:t>A. custom (1)</w:t>
      </w:r>
    </w:p>
    <w:p>
      <w:pPr>
        <w:pStyle w:val="ListParagraph"/>
      </w:pPr>
      <w:r>
        <w:rPr>
          <w:sz w:val="22"/>
        </w:rPr>
        <w:t>B. reduce (2)</w:t>
      </w:r>
    </w:p>
    <w:p>
      <w:pPr>
        <w:pStyle w:val="ListParagraph"/>
      </w:pPr>
      <w:r>
        <w:rPr>
          <w:sz w:val="22"/>
        </w:rPr>
        <w:t>C. culture (1)</w:t>
      </w:r>
    </w:p>
    <w:p>
      <w:pPr>
        <w:pStyle w:val="ListParagraph"/>
      </w:pPr>
      <w:r>
        <w:rPr>
          <w:sz w:val="22"/>
        </w:rPr>
        <w:t>D. leaflet (1)</w:t>
      </w:r>
    </w:p>
    <w:p/>
    <w:p>
      <w:r>
        <w:rPr>
          <w:b/>
          <w:sz w:val="24"/>
        </w:rPr>
        <w:t>Câu 8: Mark the letter A, B, C, or D on your answer sheet to indicate the word that differs from the other three in the position of stress: A. decompose (3) B. introduce (3) C. interact (3) D. remember (3)</w:t>
      </w:r>
    </w:p>
    <w:p>
      <w:pPr>
        <w:pStyle w:val="ListParagraph"/>
      </w:pPr>
      <w:r>
        <w:rPr>
          <w:sz w:val="22"/>
        </w:rPr>
        <w:t>A. decompose (3)</w:t>
      </w:r>
    </w:p>
    <w:p>
      <w:pPr>
        <w:pStyle w:val="ListParagraph"/>
      </w:pPr>
      <w:r>
        <w:rPr>
          <w:sz w:val="22"/>
        </w:rPr>
        <w:t>B. introduce (3)</w:t>
      </w:r>
    </w:p>
    <w:p>
      <w:pPr>
        <w:pStyle w:val="ListParagraph"/>
      </w:pPr>
      <w:r>
        <w:rPr>
          <w:sz w:val="22"/>
        </w:rPr>
        <w:t>C. interact (3)</w:t>
      </w:r>
    </w:p>
    <w:p>
      <w:pPr>
        <w:pStyle w:val="ListParagraph"/>
      </w:pPr>
      <w:r>
        <w:rPr>
          <w:sz w:val="22"/>
        </w:rPr>
        <w:t>D. remember (3)</w:t>
      </w:r>
    </w:p>
    <w:p/>
    <w:p>
      <w:r>
        <w:rPr>
          <w:b/>
          <w:sz w:val="24"/>
        </w:rPr>
        <w:t>Câu 9: Mark the letter A, B, C, or D on your answer sheet to indicate the word that differs from the other three in the position of stress: A. cultural (1) B. popular (1) C. effective (2) D. typical (1)</w:t>
      </w:r>
    </w:p>
    <w:p>
      <w:pPr>
        <w:pStyle w:val="ListParagraph"/>
      </w:pPr>
      <w:r>
        <w:rPr>
          <w:sz w:val="22"/>
        </w:rPr>
        <w:t>A. cultural (1)</w:t>
      </w:r>
    </w:p>
    <w:p>
      <w:pPr>
        <w:pStyle w:val="ListParagraph"/>
      </w:pPr>
      <w:r>
        <w:rPr>
          <w:sz w:val="22"/>
        </w:rPr>
        <w:t>B. popular (1)</w:t>
      </w:r>
    </w:p>
    <w:p>
      <w:pPr>
        <w:pStyle w:val="ListParagraph"/>
      </w:pPr>
      <w:r>
        <w:rPr>
          <w:sz w:val="22"/>
        </w:rPr>
        <w:t>C. effective (2)</w:t>
      </w:r>
    </w:p>
    <w:p>
      <w:pPr>
        <w:pStyle w:val="ListParagraph"/>
      </w:pPr>
      <w:r>
        <w:rPr>
          <w:sz w:val="22"/>
        </w:rPr>
        <w:t>D. typical (1)</w:t>
      </w:r>
    </w:p>
    <w:p/>
    <w:p>
      <w:r>
        <w:rPr>
          <w:b/>
          <w:sz w:val="24"/>
        </w:rPr>
        <w:t>Câu 10: Mark the letter A, B, C, or D on your answer sheet to indicate the word that differs from the other three in the position of stress: A. decompose (3) B. impressive (2) C. encourage (2) D. pollutant (2)</w:t>
      </w:r>
    </w:p>
    <w:p>
      <w:pPr>
        <w:pStyle w:val="ListParagraph"/>
      </w:pPr>
      <w:r>
        <w:rPr>
          <w:sz w:val="22"/>
        </w:rPr>
        <w:t>A. decompose (3)</w:t>
      </w:r>
    </w:p>
    <w:p>
      <w:pPr>
        <w:pStyle w:val="ListParagraph"/>
      </w:pPr>
      <w:r>
        <w:rPr>
          <w:sz w:val="22"/>
        </w:rPr>
        <w:t>B. impressive (2)</w:t>
      </w:r>
    </w:p>
    <w:p>
      <w:pPr>
        <w:pStyle w:val="ListParagraph"/>
      </w:pPr>
      <w:r>
        <w:rPr>
          <w:sz w:val="22"/>
        </w:rPr>
        <w:t>C. encourage (2)</w:t>
      </w:r>
    </w:p>
    <w:p>
      <w:pPr>
        <w:pStyle w:val="ListParagraph"/>
      </w:pPr>
      <w:r>
        <w:rPr>
          <w:sz w:val="22"/>
        </w:rPr>
        <w:t>D. pollutant (2)</w:t>
      </w:r>
    </w:p>
    <w:p/>
    <w:p>
      <w:r>
        <w:rPr>
          <w:b/>
          <w:sz w:val="24"/>
        </w:rPr>
        <w:t>Câu 11: The children ______ football when their mother ______ back home.</w:t>
      </w:r>
    </w:p>
    <w:p>
      <w:pPr>
        <w:pStyle w:val="ListParagraph"/>
      </w:pPr>
      <w:r>
        <w:rPr>
          <w:sz w:val="22"/>
        </w:rPr>
        <w:t>A. was playing/come</w:t>
      </w:r>
    </w:p>
    <w:p>
      <w:pPr>
        <w:pStyle w:val="ListParagraph"/>
      </w:pPr>
      <w:r>
        <w:rPr>
          <w:sz w:val="22"/>
        </w:rPr>
        <w:t>B. was playing/ entered</w:t>
      </w:r>
    </w:p>
    <w:p>
      <w:pPr>
        <w:pStyle w:val="ListParagraph"/>
      </w:pPr>
      <w:r>
        <w:rPr>
          <w:sz w:val="22"/>
        </w:rPr>
        <w:t>C. played / entered</w:t>
      </w:r>
    </w:p>
    <w:p>
      <w:pPr>
        <w:pStyle w:val="ListParagraph"/>
      </w:pPr>
      <w:r>
        <w:rPr>
          <w:sz w:val="22"/>
        </w:rPr>
        <w:t>D. were playing/came</w:t>
      </w:r>
    </w:p>
    <w:p/>
    <w:p>
      <w:r>
        <w:rPr>
          <w:b/>
          <w:sz w:val="24"/>
        </w:rPr>
        <w:t>Câu 12: Peter ______ a video game when his brother ______ the room.</w:t>
      </w:r>
    </w:p>
    <w:p>
      <w:pPr>
        <w:pStyle w:val="ListParagraph"/>
      </w:pPr>
      <w:r>
        <w:rPr>
          <w:sz w:val="22"/>
        </w:rPr>
        <w:t>A. played / was entering</w:t>
      </w:r>
    </w:p>
    <w:p>
      <w:pPr>
        <w:pStyle w:val="ListParagraph"/>
      </w:pPr>
      <w:r>
        <w:rPr>
          <w:sz w:val="22"/>
        </w:rPr>
        <w:t>B. has played / came</w:t>
      </w:r>
    </w:p>
    <w:p>
      <w:pPr>
        <w:pStyle w:val="ListParagraph"/>
      </w:pPr>
      <w:r>
        <w:rPr>
          <w:sz w:val="22"/>
        </w:rPr>
        <w:t>C. played / come</w:t>
      </w:r>
    </w:p>
    <w:p>
      <w:pPr>
        <w:pStyle w:val="ListParagraph"/>
      </w:pPr>
      <w:r>
        <w:rPr>
          <w:sz w:val="22"/>
        </w:rPr>
        <w:t>D. were playing / was entering</w:t>
      </w:r>
    </w:p>
    <w:p/>
    <w:p>
      <w:r>
        <w:rPr>
          <w:b/>
          <w:sz w:val="24"/>
        </w:rPr>
        <w:t>Câu 13: While John's parents ______ a delicious meal in the kitchen, he and his siblings came home from school.</w:t>
      </w:r>
    </w:p>
    <w:p>
      <w:pPr>
        <w:pStyle w:val="ListParagraph"/>
      </w:pPr>
      <w:r>
        <w:rPr>
          <w:sz w:val="22"/>
        </w:rPr>
        <w:t>A. were preparing</w:t>
      </w:r>
    </w:p>
    <w:p>
      <w:pPr>
        <w:pStyle w:val="ListParagraph"/>
      </w:pPr>
      <w:r>
        <w:rPr>
          <w:sz w:val="22"/>
        </w:rPr>
        <w:t>B. had prepared</w:t>
      </w:r>
    </w:p>
    <w:p>
      <w:pPr>
        <w:pStyle w:val="ListParagraph"/>
      </w:pPr>
      <w:r>
        <w:rPr>
          <w:sz w:val="22"/>
        </w:rPr>
        <w:t>C. prepared</w:t>
      </w:r>
    </w:p>
    <w:p>
      <w:pPr>
        <w:pStyle w:val="ListParagraph"/>
      </w:pPr>
      <w:r>
        <w:rPr>
          <w:sz w:val="22"/>
        </w:rPr>
        <w:t>D. are preparing</w:t>
      </w:r>
    </w:p>
    <w:p/>
    <w:p>
      <w:r>
        <w:rPr>
          <w:b/>
          <w:sz w:val="24"/>
        </w:rPr>
        <w:t>Câu 14: Lily wants to travel around ______ world and experience new cultures.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an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Ø</w:t>
      </w:r>
    </w:p>
    <w:p/>
    <w:p>
      <w:r>
        <w:rPr>
          <w:b/>
          <w:sz w:val="24"/>
        </w:rPr>
        <w:t>Câu 15: Nam used to play ______ badminton with his friends every afternoon.</w:t>
      </w:r>
    </w:p>
    <w:p>
      <w:pPr>
        <w:pStyle w:val="ListParagraph"/>
      </w:pPr>
      <w:r>
        <w:rPr>
          <w:sz w:val="22"/>
        </w:rPr>
        <w:t>A. an</w:t>
      </w:r>
    </w:p>
    <w:p>
      <w:pPr>
        <w:pStyle w:val="ListParagraph"/>
      </w:pPr>
      <w:r>
        <w:rPr>
          <w:sz w:val="22"/>
        </w:rPr>
        <w:t>B. a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Ø</w:t>
      </w:r>
    </w:p>
    <w:p/>
    <w:p>
      <w:r>
        <w:rPr>
          <w:b/>
          <w:sz w:val="24"/>
        </w:rPr>
        <w:t>Câu 16: My school organized ______ cross-cultural exchange program to promote understanding among students.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an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Ø</w:t>
      </w:r>
    </w:p>
    <w:p/>
    <w:p>
      <w:r>
        <w:rPr>
          <w:b/>
          <w:sz w:val="24"/>
        </w:rPr>
        <w:t>Câu 17: The painting ______ Ms. Wallace bought was very expensive.</w:t>
      </w:r>
    </w:p>
    <w:p>
      <w:pPr>
        <w:pStyle w:val="ListParagraph"/>
      </w:pPr>
      <w:r>
        <w:rPr>
          <w:sz w:val="22"/>
        </w:rPr>
        <w:t>A. whom</w:t>
      </w:r>
    </w:p>
    <w:p>
      <w:pPr>
        <w:pStyle w:val="ListParagraph"/>
      </w:pPr>
      <w:r>
        <w:rPr>
          <w:sz w:val="22"/>
        </w:rPr>
        <w:t>B. whose</w:t>
      </w:r>
    </w:p>
    <w:p>
      <w:pPr>
        <w:pStyle w:val="ListParagraph"/>
      </w:pPr>
      <w:r>
        <w:rPr>
          <w:sz w:val="22"/>
        </w:rPr>
        <w:t>C. which</w:t>
      </w:r>
    </w:p>
    <w:p>
      <w:pPr>
        <w:pStyle w:val="ListParagraph"/>
      </w:pPr>
      <w:r>
        <w:rPr>
          <w:sz w:val="22"/>
        </w:rPr>
        <w:t>D. Ø</w:t>
      </w:r>
    </w:p>
    <w:p/>
    <w:p>
      <w:r>
        <w:rPr>
          <w:b/>
          <w:sz w:val="24"/>
        </w:rPr>
        <w:t>Câu 18: Plastic takes hundreds of years to decompose in the ground, ______ is harmful to the environment.</w:t>
      </w:r>
    </w:p>
    <w:p>
      <w:pPr>
        <w:pStyle w:val="ListParagraph"/>
      </w:pPr>
      <w:r>
        <w:rPr>
          <w:sz w:val="22"/>
        </w:rPr>
        <w:t>A. which</w:t>
      </w:r>
    </w:p>
    <w:p>
      <w:pPr>
        <w:pStyle w:val="ListParagraph"/>
      </w:pPr>
      <w:r>
        <w:rPr>
          <w:sz w:val="22"/>
        </w:rPr>
        <w:t>B. when</w:t>
      </w:r>
    </w:p>
    <w:p>
      <w:pPr>
        <w:pStyle w:val="ListParagraph"/>
      </w:pPr>
      <w:r>
        <w:rPr>
          <w:sz w:val="22"/>
        </w:rPr>
        <w:t>C. who</w:t>
      </w:r>
    </w:p>
    <w:p>
      <w:pPr>
        <w:pStyle w:val="ListParagraph"/>
      </w:pPr>
      <w:r>
        <w:rPr>
          <w:sz w:val="22"/>
        </w:rPr>
        <w:t>D. where</w:t>
      </w:r>
    </w:p>
    <w:p/>
    <w:p>
      <w:r>
        <w:rPr>
          <w:b/>
          <w:sz w:val="24"/>
        </w:rPr>
        <w:t>Câu 19: Dave is the person ______ told me how to spot false news.</w:t>
      </w:r>
    </w:p>
    <w:p>
      <w:pPr>
        <w:pStyle w:val="ListParagraph"/>
      </w:pPr>
      <w:r>
        <w:rPr>
          <w:sz w:val="22"/>
        </w:rPr>
        <w:t>A. which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whose</w:t>
      </w:r>
    </w:p>
    <w:p>
      <w:pPr>
        <w:pStyle w:val="ListParagraph"/>
      </w:pPr>
      <w:r>
        <w:rPr>
          <w:sz w:val="22"/>
        </w:rPr>
        <w:t>D. that</w:t>
      </w:r>
    </w:p>
    <w:p/>
    <w:p>
      <w:r>
        <w:rPr>
          <w:b/>
          <w:sz w:val="24"/>
        </w:rPr>
        <w:t>Câu 20: It is now easier for people to keep ______ fashion trends from different cultures and regions, and express their identities in new and exciting ways.</w:t>
      </w:r>
    </w:p>
    <w:p>
      <w:pPr>
        <w:pStyle w:val="ListParagraph"/>
      </w:pPr>
      <w:r>
        <w:rPr>
          <w:sz w:val="22"/>
        </w:rPr>
        <w:t>A. up with</w:t>
      </w:r>
    </w:p>
    <w:p>
      <w:pPr>
        <w:pStyle w:val="ListParagraph"/>
      </w:pPr>
      <w:r>
        <w:rPr>
          <w:sz w:val="22"/>
        </w:rPr>
        <w:t>B. on with</w:t>
      </w:r>
    </w:p>
    <w:p>
      <w:pPr>
        <w:pStyle w:val="ListParagraph"/>
      </w:pPr>
      <w:r>
        <w:rPr>
          <w:sz w:val="22"/>
        </w:rPr>
        <w:t>C. up to</w:t>
      </w:r>
    </w:p>
    <w:p>
      <w:pPr>
        <w:pStyle w:val="ListParagraph"/>
      </w:pPr>
      <w:r>
        <w:rPr>
          <w:sz w:val="22"/>
        </w:rPr>
        <w:t>D. forward to</w:t>
      </w:r>
    </w:p>
    <w:p/>
    <w:p>
      <w:r>
        <w:rPr>
          <w:b/>
          <w:sz w:val="24"/>
        </w:rPr>
        <w:t>Câu 21: You can ______ up information on sustainable living practices online to get started.</w:t>
      </w:r>
    </w:p>
    <w:p>
      <w:pPr>
        <w:pStyle w:val="ListParagraph"/>
      </w:pPr>
      <w:r>
        <w:rPr>
          <w:sz w:val="22"/>
        </w:rPr>
        <w:t>A. work</w:t>
      </w:r>
    </w:p>
    <w:p>
      <w:pPr>
        <w:pStyle w:val="ListParagraph"/>
      </w:pPr>
      <w:r>
        <w:rPr>
          <w:sz w:val="22"/>
        </w:rPr>
        <w:t>B. explain</w:t>
      </w:r>
    </w:p>
    <w:p>
      <w:pPr>
        <w:pStyle w:val="ListParagraph"/>
      </w:pPr>
      <w:r>
        <w:rPr>
          <w:sz w:val="22"/>
        </w:rPr>
        <w:t>C. agree</w:t>
      </w:r>
    </w:p>
    <w:p>
      <w:pPr>
        <w:pStyle w:val="ListParagraph"/>
      </w:pPr>
      <w:r>
        <w:rPr>
          <w:sz w:val="22"/>
        </w:rPr>
        <w:t>D. look</w:t>
      </w:r>
    </w:p>
    <w:p/>
    <w:p>
      <w:r>
        <w:rPr>
          <w:b/>
          <w:sz w:val="24"/>
        </w:rPr>
        <w:t>Câu 22: Remember to ______ out the food containers before recycling them.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