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TIN HỌC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CPU là từ viết tắt của cụm từ nào?</w:t>
      </w:r>
    </w:p>
    <w:p>
      <w:pPr>
        <w:pStyle w:val="ListParagraph"/>
      </w:pPr>
      <w:r>
        <w:rPr>
          <w:sz w:val="22"/>
        </w:rPr>
        <w:t>A. Central Processing Unit</w:t>
      </w:r>
    </w:p>
    <w:p>
      <w:pPr>
        <w:pStyle w:val="ListParagraph"/>
      </w:pPr>
      <w:r>
        <w:rPr>
          <w:sz w:val="22"/>
        </w:rPr>
        <w:t>B. Control Processing Unit</w:t>
      </w:r>
    </w:p>
    <w:p>
      <w:pPr>
        <w:pStyle w:val="ListParagraph"/>
      </w:pPr>
      <w:r>
        <w:rPr>
          <w:sz w:val="22"/>
        </w:rPr>
        <w:t>C. Arithmetic Logic Unit</w:t>
      </w:r>
    </w:p>
    <w:p>
      <w:pPr>
        <w:pStyle w:val="ListParagraph"/>
      </w:pPr>
      <w:r>
        <w:rPr>
          <w:sz w:val="22"/>
        </w:rPr>
        <w:t>D. Control Unit</w:t>
      </w:r>
    </w:p>
    <w:p/>
    <w:p>
      <w:r>
        <w:rPr>
          <w:b/>
          <w:sz w:val="24"/>
        </w:rPr>
        <w:t>Câu 2: ROM là từ viết tắt của cụm từ nào?</w:t>
      </w:r>
    </w:p>
    <w:p>
      <w:pPr>
        <w:pStyle w:val="ListParagraph"/>
      </w:pPr>
      <w:r>
        <w:rPr>
          <w:sz w:val="22"/>
        </w:rPr>
        <w:t>A. Read Only Memory</w:t>
      </w:r>
    </w:p>
    <w:p>
      <w:pPr>
        <w:pStyle w:val="ListParagraph"/>
      </w:pPr>
      <w:r>
        <w:rPr>
          <w:sz w:val="22"/>
        </w:rPr>
        <w:t>B. Random Access Memory</w:t>
      </w:r>
    </w:p>
    <w:p>
      <w:pPr>
        <w:pStyle w:val="ListParagraph"/>
      </w:pPr>
      <w:r>
        <w:rPr>
          <w:sz w:val="22"/>
        </w:rPr>
        <w:t>C. Read On Memory</w:t>
      </w:r>
    </w:p>
    <w:p>
      <w:pPr>
        <w:pStyle w:val="ListParagraph"/>
      </w:pPr>
      <w:r>
        <w:rPr>
          <w:sz w:val="22"/>
        </w:rPr>
        <w:t>D. Random An Memory</w:t>
      </w:r>
    </w:p>
    <w:p/>
    <w:p>
      <w:r>
        <w:rPr>
          <w:b/>
          <w:sz w:val="24"/>
        </w:rPr>
        <w:t>Câu 3: Bộ nhớ nào chỉ cho phép đọc thông tin?</w:t>
      </w:r>
    </w:p>
    <w:p>
      <w:pPr>
        <w:pStyle w:val="ListParagraph"/>
      </w:pPr>
      <w:r>
        <w:rPr>
          <w:sz w:val="22"/>
        </w:rPr>
        <w:t>A. Read Only Memory</w:t>
      </w:r>
    </w:p>
    <w:p>
      <w:pPr>
        <w:pStyle w:val="ListParagraph"/>
      </w:pPr>
      <w:r>
        <w:rPr>
          <w:sz w:val="22"/>
        </w:rPr>
        <w:t>B. Random Access Memory</w:t>
      </w:r>
    </w:p>
    <w:p>
      <w:pPr>
        <w:pStyle w:val="ListParagraph"/>
      </w:pPr>
      <w:r>
        <w:rPr>
          <w:sz w:val="22"/>
        </w:rPr>
        <w:t>C. Read On Memory</w:t>
      </w:r>
    </w:p>
    <w:p>
      <w:pPr>
        <w:pStyle w:val="ListParagraph"/>
      </w:pPr>
      <w:r>
        <w:rPr>
          <w:sz w:val="22"/>
        </w:rPr>
        <w:t>D. Random An Memory</w:t>
      </w:r>
    </w:p>
    <w:p/>
    <w:p>
      <w:r>
        <w:rPr>
          <w:b/>
          <w:sz w:val="24"/>
        </w:rPr>
        <w:t>Câu 4: Bộ nhớ ROM là loại bộ nhớ gì?</w:t>
      </w:r>
    </w:p>
    <w:p>
      <w:pPr>
        <w:pStyle w:val="ListParagraph"/>
      </w:pPr>
      <w:r>
        <w:rPr>
          <w:sz w:val="22"/>
        </w:rPr>
        <w:t>A. Bộ nhớ chỉ đọc thông tin</w:t>
      </w:r>
    </w:p>
    <w:p>
      <w:pPr>
        <w:pStyle w:val="ListParagraph"/>
      </w:pPr>
      <w:r>
        <w:rPr>
          <w:sz w:val="22"/>
        </w:rPr>
        <w:t>B. Bộ nhớ truy xuất ngẫu nhiên</w:t>
      </w:r>
    </w:p>
    <w:p>
      <w:pPr>
        <w:pStyle w:val="ListParagraph"/>
      </w:pPr>
      <w:r>
        <w:rPr>
          <w:sz w:val="22"/>
        </w:rPr>
        <w:t>C. Bộ nhớ ngoài</w:t>
      </w:r>
    </w:p>
    <w:p>
      <w:pPr>
        <w:pStyle w:val="ListParagraph"/>
      </w:pPr>
      <w:r>
        <w:rPr>
          <w:sz w:val="22"/>
        </w:rPr>
        <w:t>D. Bộ nhớ tạm thời</w:t>
      </w:r>
    </w:p>
    <w:p/>
    <w:p>
      <w:r>
        <w:rPr>
          <w:b/>
          <w:sz w:val="24"/>
        </w:rPr>
        <w:t>Câu 5: Yếu tố nào đúng với ROM?</w:t>
      </w:r>
    </w:p>
    <w:p>
      <w:pPr>
        <w:pStyle w:val="ListParagraph"/>
      </w:pPr>
      <w:r>
        <w:rPr>
          <w:sz w:val="22"/>
        </w:rPr>
        <w:t>A. Dữ liệu trên ROM sẽ bị mất khi ngắt điện</w:t>
      </w:r>
    </w:p>
    <w:p>
      <w:pPr>
        <w:pStyle w:val="ListParagraph"/>
      </w:pPr>
      <w:r>
        <w:rPr>
          <w:sz w:val="22"/>
        </w:rPr>
        <w:t>B. Dữ liệu trên ROM không bị mất khi ngắt điện</w:t>
      </w:r>
    </w:p>
    <w:p>
      <w:pPr>
        <w:pStyle w:val="ListParagraph"/>
      </w:pPr>
      <w:r>
        <w:rPr>
          <w:sz w:val="22"/>
        </w:rPr>
        <w:t>C. Hệ điều hành có thể đọc và ghi trên ROM</w:t>
      </w:r>
    </w:p>
    <w:p>
      <w:pPr>
        <w:pStyle w:val="ListParagraph"/>
      </w:pPr>
      <w:r>
        <w:rPr>
          <w:sz w:val="22"/>
        </w:rPr>
        <w:t>D. Hệ điều hành có thể ghi dữ liệu trên ROM</w:t>
      </w:r>
    </w:p>
    <w:p/>
    <w:p>
      <w:r>
        <w:rPr>
          <w:b/>
          <w:sz w:val="24"/>
        </w:rPr>
        <w:t>Câu 6: RAM là từ viết tắt của cụm từ nào?</w:t>
      </w:r>
    </w:p>
    <w:p>
      <w:pPr>
        <w:pStyle w:val="ListParagraph"/>
      </w:pPr>
      <w:r>
        <w:rPr>
          <w:sz w:val="22"/>
        </w:rPr>
        <w:t>A. Read Only Memory</w:t>
      </w:r>
    </w:p>
    <w:p>
      <w:pPr>
        <w:pStyle w:val="ListParagraph"/>
      </w:pPr>
      <w:r>
        <w:rPr>
          <w:sz w:val="22"/>
        </w:rPr>
        <w:t>B. Random Access Memory</w:t>
      </w:r>
    </w:p>
    <w:p>
      <w:pPr>
        <w:pStyle w:val="ListParagraph"/>
      </w:pPr>
      <w:r>
        <w:rPr>
          <w:sz w:val="22"/>
        </w:rPr>
        <w:t>C. Read Accept Memory</w:t>
      </w:r>
    </w:p>
    <w:p>
      <w:pPr>
        <w:pStyle w:val="ListParagraph"/>
      </w:pPr>
      <w:r>
        <w:rPr>
          <w:sz w:val="22"/>
        </w:rPr>
        <w:t>D. Random An Memory</w:t>
      </w:r>
    </w:p>
    <w:p/>
    <w:p>
      <w:r>
        <w:rPr>
          <w:b/>
          <w:sz w:val="24"/>
        </w:rPr>
        <w:t>Câu 7: Bộ nhớ RAM là loại bộ nhớ gì?</w:t>
      </w:r>
    </w:p>
    <w:p>
      <w:pPr>
        <w:pStyle w:val="ListParagraph"/>
      </w:pPr>
      <w:r>
        <w:rPr>
          <w:sz w:val="22"/>
        </w:rPr>
        <w:t>A. Bộ nhớ chỉ đọc thông tin</w:t>
      </w:r>
    </w:p>
    <w:p>
      <w:pPr>
        <w:pStyle w:val="ListParagraph"/>
      </w:pPr>
      <w:r>
        <w:rPr>
          <w:sz w:val="22"/>
        </w:rPr>
        <w:t>B. Bộ nhớ truy xuất ngẫu nhiên</w:t>
      </w:r>
    </w:p>
    <w:p>
      <w:pPr>
        <w:pStyle w:val="ListParagraph"/>
      </w:pPr>
      <w:r>
        <w:rPr>
          <w:sz w:val="22"/>
        </w:rPr>
        <w:t>C. Bộ nhớ ngoài</w:t>
      </w:r>
    </w:p>
    <w:p>
      <w:pPr>
        <w:pStyle w:val="ListParagraph"/>
      </w:pPr>
      <w:r>
        <w:rPr>
          <w:sz w:val="22"/>
        </w:rPr>
        <w:t>D. Bộ nhớ tạm thời</w:t>
      </w:r>
    </w:p>
    <w:p/>
    <w:p>
      <w:r>
        <w:rPr>
          <w:b/>
          <w:sz w:val="24"/>
        </w:rPr>
        <w:t>Câu 8: Yếu tố nào đúng với RAM?</w:t>
      </w:r>
    </w:p>
    <w:p>
      <w:pPr>
        <w:pStyle w:val="ListParagraph"/>
      </w:pPr>
      <w:r>
        <w:rPr>
          <w:sz w:val="22"/>
        </w:rPr>
        <w:t>A. Dữ liệu trên RAM sẽ bị mất khi ngắt điện</w:t>
      </w:r>
    </w:p>
    <w:p>
      <w:pPr>
        <w:pStyle w:val="ListParagraph"/>
      </w:pPr>
      <w:r>
        <w:rPr>
          <w:sz w:val="22"/>
        </w:rPr>
        <w:t>B. Dữ liệu trên RAM không bị mất khi ngắt điện</w:t>
      </w:r>
    </w:p>
    <w:p>
      <w:pPr>
        <w:pStyle w:val="ListParagraph"/>
      </w:pPr>
      <w:r>
        <w:rPr>
          <w:sz w:val="22"/>
        </w:rPr>
        <w:t>C. Hệ điều hành không thể đọc dữ liệu trên RAM</w:t>
      </w:r>
    </w:p>
    <w:p>
      <w:pPr>
        <w:pStyle w:val="ListParagraph"/>
      </w:pPr>
      <w:r>
        <w:rPr>
          <w:sz w:val="22"/>
        </w:rPr>
        <w:t>D. Hệ điều hành không thể ghi dữ liệu trên RAM</w:t>
      </w:r>
    </w:p>
    <w:p/>
    <w:p>
      <w:r>
        <w:rPr>
          <w:b/>
          <w:sz w:val="24"/>
        </w:rPr>
        <w:t>Câu 9: Ổ đĩa cứng là gì?</w:t>
      </w:r>
    </w:p>
    <w:p>
      <w:pPr>
        <w:pStyle w:val="ListParagraph"/>
      </w:pPr>
      <w:r>
        <w:rPr>
          <w:sz w:val="22"/>
        </w:rPr>
        <w:t>A. Bộ nhớ trong</w:t>
      </w:r>
    </w:p>
    <w:p>
      <w:pPr>
        <w:pStyle w:val="ListParagraph"/>
      </w:pPr>
      <w:r>
        <w:rPr>
          <w:sz w:val="22"/>
        </w:rPr>
        <w:t>B. Bộ nhớ ngoài</w:t>
      </w:r>
    </w:p>
    <w:p>
      <w:pPr>
        <w:pStyle w:val="ListParagraph"/>
      </w:pPr>
      <w:r>
        <w:rPr>
          <w:sz w:val="22"/>
        </w:rPr>
        <w:t>C. Bộ nhớ truy xuất ngẫu nhiên</w:t>
      </w:r>
    </w:p>
    <w:p>
      <w:pPr>
        <w:pStyle w:val="ListParagraph"/>
      </w:pPr>
      <w:r>
        <w:rPr>
          <w:sz w:val="22"/>
        </w:rPr>
        <w:t>D. Bộ nhớ chỉ đọc</w:t>
      </w:r>
    </w:p>
    <w:p/>
    <w:p>
      <w:r>
        <w:rPr>
          <w:b/>
          <w:sz w:val="24"/>
        </w:rPr>
        <w:t>Câu 10: Đơn vị xử lý trung tâm (CPU) gồm bao nhiêu bộ phận chính?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11: Control Unit (CU) là gì?</w:t>
      </w:r>
    </w:p>
    <w:p>
      <w:pPr>
        <w:pStyle w:val="ListParagraph"/>
      </w:pPr>
      <w:r>
        <w:rPr>
          <w:sz w:val="22"/>
        </w:rPr>
        <w:t>A. Khối điều khiển</w:t>
      </w:r>
    </w:p>
    <w:p>
      <w:pPr>
        <w:pStyle w:val="ListParagraph"/>
      </w:pPr>
      <w:r>
        <w:rPr>
          <w:sz w:val="22"/>
        </w:rPr>
        <w:t>B. Khối tính toán số học</w:t>
      </w:r>
    </w:p>
    <w:p>
      <w:pPr>
        <w:pStyle w:val="ListParagraph"/>
      </w:pPr>
      <w:r>
        <w:rPr>
          <w:sz w:val="22"/>
        </w:rPr>
        <w:t>C. Khối logic</w:t>
      </w:r>
    </w:p>
    <w:p>
      <w:pPr>
        <w:pStyle w:val="ListParagraph"/>
      </w:pPr>
      <w:r>
        <w:rPr>
          <w:sz w:val="22"/>
        </w:rPr>
        <w:t>D. Các thanh ghi</w:t>
      </w:r>
    </w:p>
    <w:p/>
    <w:p>
      <w:r>
        <w:rPr>
          <w:b/>
          <w:sz w:val="24"/>
        </w:rPr>
        <w:t>Câu 12: ALU (Arithmetic-Logic Unit) là gì?</w:t>
      </w:r>
    </w:p>
    <w:p>
      <w:pPr>
        <w:pStyle w:val="ListParagraph"/>
      </w:pPr>
      <w:r>
        <w:rPr>
          <w:sz w:val="22"/>
        </w:rPr>
        <w:t>A. Khối điều khiển</w:t>
      </w:r>
    </w:p>
    <w:p>
      <w:pPr>
        <w:pStyle w:val="ListParagraph"/>
      </w:pPr>
      <w:r>
        <w:rPr>
          <w:sz w:val="22"/>
        </w:rPr>
        <w:t>B. Khối tính toán số học</w:t>
      </w:r>
    </w:p>
    <w:p>
      <w:pPr>
        <w:pStyle w:val="ListParagraph"/>
      </w:pPr>
      <w:r>
        <w:rPr>
          <w:sz w:val="22"/>
        </w:rPr>
        <w:t>C. Khối logic</w:t>
      </w:r>
    </w:p>
    <w:p>
      <w:pPr>
        <w:pStyle w:val="ListParagraph"/>
      </w:pPr>
      <w:r>
        <w:rPr>
          <w:sz w:val="22"/>
        </w:rPr>
        <w:t>D. Khối làm tính</w:t>
      </w:r>
    </w:p>
    <w:p/>
    <w:p>
      <w:r>
        <w:rPr>
          <w:b/>
          <w:sz w:val="24"/>
        </w:rPr>
        <w:t>Câu 13: Bàn phím là thiết bị gì?</w:t>
      </w:r>
    </w:p>
    <w:p>
      <w:pPr>
        <w:pStyle w:val="ListParagraph"/>
      </w:pPr>
      <w:r>
        <w:rPr>
          <w:sz w:val="22"/>
        </w:rPr>
        <w:t>A. Thiết bị lưu trữ ngoài</w:t>
      </w:r>
    </w:p>
    <w:p>
      <w:pPr>
        <w:pStyle w:val="ListParagraph"/>
      </w:pPr>
      <w:r>
        <w:rPr>
          <w:sz w:val="22"/>
        </w:rPr>
        <w:t>B. Thiết bị nhập</w:t>
      </w:r>
    </w:p>
    <w:p>
      <w:pPr>
        <w:pStyle w:val="ListParagraph"/>
      </w:pPr>
      <w:r>
        <w:rPr>
          <w:sz w:val="22"/>
        </w:rPr>
        <w:t>C. Thiết bị xuất</w:t>
      </w:r>
    </w:p>
    <w:p>
      <w:pPr>
        <w:pStyle w:val="ListParagraph"/>
      </w:pPr>
      <w:r>
        <w:rPr>
          <w:sz w:val="22"/>
        </w:rPr>
        <w:t>D. Thiết bị lưu trữ trong</w:t>
      </w:r>
    </w:p>
    <w:p/>
    <w:p>
      <w:r>
        <w:rPr>
          <w:b/>
          <w:sz w:val="24"/>
        </w:rPr>
        <w:t>Câu 14: Màn hình là thiết bị gì?</w:t>
      </w:r>
    </w:p>
    <w:p>
      <w:pPr>
        <w:pStyle w:val="ListParagraph"/>
      </w:pPr>
      <w:r>
        <w:rPr>
          <w:sz w:val="22"/>
        </w:rPr>
        <w:t>A. Thiết bị lưu trữ ngoài</w:t>
      </w:r>
    </w:p>
    <w:p>
      <w:pPr>
        <w:pStyle w:val="ListParagraph"/>
      </w:pPr>
      <w:r>
        <w:rPr>
          <w:sz w:val="22"/>
        </w:rPr>
        <w:t>B. Thiết bị nhập</w:t>
      </w:r>
    </w:p>
    <w:p>
      <w:pPr>
        <w:pStyle w:val="ListParagraph"/>
      </w:pPr>
      <w:r>
        <w:rPr>
          <w:sz w:val="22"/>
        </w:rPr>
        <w:t>C. Thiết bị xuất</w:t>
      </w:r>
    </w:p>
    <w:p>
      <w:pPr>
        <w:pStyle w:val="ListParagraph"/>
      </w:pPr>
      <w:r>
        <w:rPr>
          <w:sz w:val="22"/>
        </w:rPr>
        <w:t>D. Thiết bị lưu trữ trong</w:t>
      </w:r>
    </w:p>
    <w:p/>
    <w:p>
      <w:r>
        <w:rPr>
          <w:b/>
          <w:sz w:val="24"/>
        </w:rPr>
        <w:t>Câu 15: Những thiết bị nào sau đây là thiết bị nhập?</w:t>
      </w:r>
    </w:p>
    <w:p>
      <w:pPr>
        <w:pStyle w:val="ListParagraph"/>
      </w:pPr>
      <w:r>
        <w:rPr>
          <w:sz w:val="22"/>
        </w:rPr>
        <w:t>A. Chuột, màn hình, bàn phím</w:t>
      </w:r>
    </w:p>
    <w:p>
      <w:pPr>
        <w:pStyle w:val="ListParagraph"/>
      </w:pPr>
      <w:r>
        <w:rPr>
          <w:sz w:val="22"/>
        </w:rPr>
        <w:t>B. Bàn phím, máy in, máy quét hình</w:t>
      </w:r>
    </w:p>
    <w:p>
      <w:pPr>
        <w:pStyle w:val="ListParagraph"/>
      </w:pPr>
      <w:r>
        <w:rPr>
          <w:sz w:val="22"/>
        </w:rPr>
        <w:t>C. Chuột, bàn phím, máy quét hình</w:t>
      </w:r>
    </w:p>
    <w:p>
      <w:pPr>
        <w:pStyle w:val="ListParagraph"/>
      </w:pPr>
      <w:r>
        <w:rPr>
          <w:sz w:val="22"/>
        </w:rPr>
        <w:t>D. Bàn phím, máy in, chuột</w:t>
      </w:r>
    </w:p>
    <w:p/>
    <w:p>
      <w:r>
        <w:rPr>
          <w:b/>
          <w:sz w:val="24"/>
        </w:rPr>
        <w:t>Câu 16: Những thiết bị nào sau đây là thiết bị xuất?</w:t>
      </w:r>
    </w:p>
    <w:p>
      <w:pPr>
        <w:pStyle w:val="ListParagraph"/>
      </w:pPr>
      <w:r>
        <w:rPr>
          <w:sz w:val="22"/>
        </w:rPr>
        <w:t>A. Chuột, màn hình, máy in</w:t>
      </w:r>
    </w:p>
    <w:p>
      <w:pPr>
        <w:pStyle w:val="ListParagraph"/>
      </w:pPr>
      <w:r>
        <w:rPr>
          <w:sz w:val="22"/>
        </w:rPr>
        <w:t>B. Máy chiếu, máy in, máy quét hình</w:t>
      </w:r>
    </w:p>
    <w:p>
      <w:pPr>
        <w:pStyle w:val="ListParagraph"/>
      </w:pPr>
      <w:r>
        <w:rPr>
          <w:sz w:val="22"/>
        </w:rPr>
        <w:t>C. Máy in, màn hình, máy quét hình</w:t>
      </w:r>
    </w:p>
    <w:p>
      <w:pPr>
        <w:pStyle w:val="ListParagraph"/>
      </w:pPr>
      <w:r>
        <w:rPr>
          <w:sz w:val="22"/>
        </w:rPr>
        <w:t>D. Máy chiếu, máy in, màn hình</w:t>
      </w:r>
    </w:p>
    <w:p/>
    <w:p>
      <w:r>
        <w:rPr>
          <w:b/>
          <w:sz w:val="24"/>
        </w:rPr>
        <w:t>Câu 17: Hệ điều hành là gì?</w:t>
      </w:r>
    </w:p>
    <w:p>
      <w:pPr>
        <w:pStyle w:val="ListParagraph"/>
      </w:pPr>
      <w:r>
        <w:rPr>
          <w:sz w:val="22"/>
        </w:rPr>
        <w:t>A. Phần mềm hệ thống</w:t>
      </w:r>
    </w:p>
    <w:p>
      <w:pPr>
        <w:pStyle w:val="ListParagraph"/>
      </w:pPr>
      <w:r>
        <w:rPr>
          <w:sz w:val="22"/>
        </w:rPr>
        <w:t>B. Phần mềm ứng dụng</w:t>
      </w:r>
    </w:p>
    <w:p>
      <w:pPr>
        <w:pStyle w:val="ListParagraph"/>
      </w:pPr>
      <w:r>
        <w:rPr>
          <w:sz w:val="22"/>
        </w:rPr>
        <w:t>C. Trình duyệt web</w:t>
      </w:r>
    </w:p>
    <w:p>
      <w:pPr>
        <w:pStyle w:val="ListParagraph"/>
      </w:pPr>
      <w:r>
        <w:rPr>
          <w:sz w:val="22"/>
        </w:rPr>
        <w:t>D. Phần mềm diệt virus</w:t>
      </w:r>
    </w:p>
    <w:p/>
    <w:p>
      <w:r>
        <w:rPr>
          <w:b/>
          <w:sz w:val="24"/>
        </w:rPr>
        <w:t>Câu 18: LAN là từ viết tắt của cụm từ nào sau đây?</w:t>
      </w:r>
    </w:p>
    <w:p>
      <w:pPr>
        <w:pStyle w:val="ListParagraph"/>
      </w:pPr>
      <w:r>
        <w:rPr>
          <w:sz w:val="22"/>
        </w:rPr>
        <w:t>A. Local Area Network</w:t>
      </w:r>
    </w:p>
    <w:p>
      <w:pPr>
        <w:pStyle w:val="ListParagraph"/>
      </w:pPr>
      <w:r>
        <w:rPr>
          <w:sz w:val="22"/>
        </w:rPr>
        <w:t>B. Metropolitan Area Network</w:t>
      </w:r>
    </w:p>
    <w:p>
      <w:pPr>
        <w:pStyle w:val="ListParagraph"/>
      </w:pPr>
      <w:r>
        <w:rPr>
          <w:sz w:val="22"/>
        </w:rPr>
        <w:t>C. Logic An Network</w:t>
      </w:r>
    </w:p>
    <w:p>
      <w:pPr>
        <w:pStyle w:val="ListParagraph"/>
      </w:pPr>
      <w:r>
        <w:rPr>
          <w:sz w:val="22"/>
        </w:rPr>
        <w:t>D. Link Area Network</w:t>
      </w:r>
    </w:p>
    <w:p/>
    <w:p>
      <w:r>
        <w:rPr>
          <w:b/>
          <w:sz w:val="24"/>
        </w:rPr>
        <w:t>Câu 19: MAN là từ viết tắt của cụm từ nào sau đây?</w:t>
      </w:r>
    </w:p>
    <w:p>
      <w:pPr>
        <w:pStyle w:val="ListParagraph"/>
      </w:pPr>
      <w:r>
        <w:rPr>
          <w:sz w:val="22"/>
        </w:rPr>
        <w:t>A. Metropolitan Area Network</w:t>
      </w:r>
    </w:p>
    <w:p>
      <w:pPr>
        <w:pStyle w:val="ListParagraph"/>
      </w:pPr>
      <w:r>
        <w:rPr>
          <w:sz w:val="22"/>
        </w:rPr>
        <w:t>B. Local Area Network</w:t>
      </w:r>
    </w:p>
    <w:p>
      <w:pPr>
        <w:pStyle w:val="ListParagraph"/>
      </w:pPr>
      <w:r>
        <w:rPr>
          <w:sz w:val="22"/>
        </w:rPr>
        <w:t>C. Logic An Network</w:t>
      </w:r>
    </w:p>
    <w:p>
      <w:pPr>
        <w:pStyle w:val="ListParagraph"/>
      </w:pPr>
      <w:r>
        <w:rPr>
          <w:sz w:val="22"/>
        </w:rPr>
        <w:t>D. Link Area Network</w:t>
      </w:r>
    </w:p>
    <w:p/>
    <w:p>
      <w:r>
        <w:rPr>
          <w:b/>
          <w:sz w:val="24"/>
        </w:rPr>
        <w:t>Câu 20: WAN là từ viết tắt của cụm từ nào sau đây?</w:t>
      </w:r>
    </w:p>
    <w:p>
      <w:pPr>
        <w:pStyle w:val="ListParagraph"/>
      </w:pPr>
      <w:r>
        <w:rPr>
          <w:sz w:val="22"/>
        </w:rPr>
        <w:t>A. Wide Area Network</w:t>
      </w:r>
    </w:p>
    <w:p>
      <w:pPr>
        <w:pStyle w:val="ListParagraph"/>
      </w:pPr>
      <w:r>
        <w:rPr>
          <w:sz w:val="22"/>
        </w:rPr>
        <w:t>B. Metropolitan Area Network</w:t>
      </w:r>
    </w:p>
    <w:p>
      <w:pPr>
        <w:pStyle w:val="ListParagraph"/>
      </w:pPr>
      <w:r>
        <w:rPr>
          <w:sz w:val="22"/>
        </w:rPr>
        <w:t>C. Local Area Network</w:t>
      </w:r>
    </w:p>
    <w:p>
      <w:pPr>
        <w:pStyle w:val="ListParagraph"/>
      </w:pPr>
      <w:r>
        <w:rPr>
          <w:sz w:val="22"/>
        </w:rPr>
        <w:t>D. Logic An Network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