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LTTCTT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rPr>
          <w:b/>
          <w:sz w:val="24"/>
        </w:rPr>
        <w:t>Câu 2: Số nguyên tố nhỏ nhất là?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3: Hành tinh nào lớn nhất trong hệ Mặt Trời?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Thổ</w:t>
      </w:r>
    </w:p>
    <w:p/>
    <w:p>
      <w:r>
        <w:rPr>
          <w:b/>
          <w:sz w:val="24"/>
        </w:rPr>
        <w:t>Câu 4: Tác giả của 'Truyện Kiều' là ai?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Xuân Diệu</w:t>
      </w:r>
    </w:p>
    <w:p/>
    <w:p>
      <w:r>
        <w:rPr>
          <w:b/>
          <w:sz w:val="24"/>
        </w:rPr>
        <w:t>Câu 5: Trong toán học, giá trị của $\pi$ xấp xỉ bằng?</w:t>
      </w:r>
    </w:p>
    <w:p>
      <w:pPr>
        <w:pStyle w:val="ListParagraph"/>
      </w:pPr>
      <w:r>
        <w:rPr>
          <w:sz w:val="22"/>
        </w:rPr>
        <w:t>A. 2.14</w:t>
      </w:r>
    </w:p>
    <w:p>
      <w:pPr>
        <w:pStyle w:val="ListParagraph"/>
      </w:pPr>
      <w:r>
        <w:rPr>
          <w:sz w:val="22"/>
        </w:rPr>
        <w:t>B. 3.14</w:t>
      </w:r>
    </w:p>
    <w:p>
      <w:pPr>
        <w:pStyle w:val="ListParagraph"/>
      </w:pPr>
      <w:r>
        <w:rPr>
          <w:sz w:val="22"/>
        </w:rPr>
        <w:t>C. 4.14</w:t>
      </w:r>
    </w:p>
    <w:p>
      <w:pPr>
        <w:pStyle w:val="ListParagraph"/>
      </w:pPr>
      <w:r>
        <w:rPr>
          <w:sz w:val="22"/>
        </w:rPr>
        <w:t>D. 5.14</w:t>
      </w:r>
    </w:p>
    <w:p/>
    <w:p>
      <w:r>
        <w:rPr>
          <w:b/>
          <w:sz w:val="24"/>
        </w:rPr>
        <w:t>Câu 6: Nguyên tố hóa học nào có ký hiệu là O?</w:t>
      </w:r>
    </w:p>
    <w:p>
      <w:pPr>
        <w:pStyle w:val="ListParagraph"/>
      </w:pPr>
      <w:r>
        <w:rPr>
          <w:sz w:val="22"/>
        </w:rPr>
        <w:t>A. Vàng</w:t>
      </w:r>
    </w:p>
    <w:p>
      <w:pPr>
        <w:pStyle w:val="ListParagraph"/>
      </w:pPr>
      <w:r>
        <w:rPr>
          <w:sz w:val="22"/>
        </w:rPr>
        <w:t>B. Oxy</w:t>
      </w:r>
    </w:p>
    <w:p>
      <w:pPr>
        <w:pStyle w:val="ListParagraph"/>
      </w:pPr>
      <w:r>
        <w:rPr>
          <w:sz w:val="22"/>
        </w:rPr>
        <w:t>C. Osmium</w:t>
      </w:r>
    </w:p>
    <w:p>
      <w:pPr>
        <w:pStyle w:val="ListParagraph"/>
      </w:pPr>
      <w:r>
        <w:rPr>
          <w:sz w:val="22"/>
        </w:rPr>
        <w:t>D. Sắt</w:t>
      </w:r>
    </w:p>
    <w:p/>
    <w:p>
      <w:r>
        <w:rPr>
          <w:b/>
          <w:sz w:val="24"/>
        </w:rPr>
        <w:t>Câu 7: Quốc gia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Mỹ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Canada</w:t>
      </w:r>
    </w:p>
    <w:p/>
    <w:p>
      <w:r>
        <w:rPr>
          <w:b/>
          <w:sz w:val="24"/>
        </w:rPr>
        <w:t>Câu 8: Động vật nào được mệnh danh là 'chúa sơn lâm'?</w:t>
      </w:r>
    </w:p>
    <w:p>
      <w:pPr>
        <w:pStyle w:val="ListParagraph"/>
      </w:pPr>
      <w:r>
        <w:rPr>
          <w:sz w:val="22"/>
        </w:rPr>
        <w:t>A. Hổ</w:t>
      </w:r>
    </w:p>
    <w:p>
      <w:pPr>
        <w:pStyle w:val="ListParagraph"/>
      </w:pPr>
      <w:r>
        <w:rPr>
          <w:sz w:val="22"/>
        </w:rPr>
        <w:t>B. Sư tử</w:t>
      </w:r>
    </w:p>
    <w:p>
      <w:pPr>
        <w:pStyle w:val="ListParagraph"/>
      </w:pPr>
      <w:r>
        <w:rPr>
          <w:sz w:val="22"/>
        </w:rPr>
        <w:t>C. Báo</w:t>
      </w:r>
    </w:p>
    <w:p>
      <w:pPr>
        <w:pStyle w:val="ListParagraph"/>
      </w:pPr>
      <w:r>
        <w:rPr>
          <w:sz w:val="22"/>
        </w:rPr>
        <w:t>D. Gấu</w:t>
      </w:r>
    </w:p>
    <w:p/>
    <w:p>
      <w:r>
        <w:rPr>
          <w:b/>
          <w:sz w:val="24"/>
        </w:rPr>
        <w:t>Câu 9: Trong tiếng Anh, từ 'book' có nghĩa là gì?</w:t>
      </w:r>
    </w:p>
    <w:p>
      <w:pPr>
        <w:pStyle w:val="ListParagraph"/>
      </w:pPr>
      <w:r>
        <w:rPr>
          <w:sz w:val="22"/>
        </w:rPr>
        <w:t>A. Cái bàn</w:t>
      </w:r>
    </w:p>
    <w:p>
      <w:pPr>
        <w:pStyle w:val="ListParagraph"/>
      </w:pPr>
      <w:r>
        <w:rPr>
          <w:sz w:val="22"/>
        </w:rPr>
        <w:t>B. Quyển sách</w:t>
      </w:r>
    </w:p>
    <w:p>
      <w:pPr>
        <w:pStyle w:val="ListParagraph"/>
      </w:pPr>
      <w:r>
        <w:rPr>
          <w:sz w:val="22"/>
        </w:rPr>
        <w:t>C. Cái ghế</w:t>
      </w:r>
    </w:p>
    <w:p>
      <w:pPr>
        <w:pStyle w:val="ListParagraph"/>
      </w:pPr>
      <w:r>
        <w:rPr>
          <w:sz w:val="22"/>
        </w:rPr>
        <w:t>D. Cây bút</w:t>
      </w:r>
    </w:p>
    <w:p/>
    <w:p>
      <w:r>
        <w:rPr>
          <w:b/>
          <w:sz w:val="24"/>
        </w:rPr>
        <w:t>Câu 10: Ai là người phát minh ra bóng đèn điện?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Nikola Tesla</w:t>
      </w:r>
    </w:p>
    <w:p>
      <w:pPr>
        <w:pStyle w:val="ListParagraph"/>
      </w:pPr>
      <w:r>
        <w:rPr>
          <w:sz w:val="22"/>
        </w:rPr>
        <w:t>C. Alexander Graham Bell</w:t>
      </w:r>
    </w:p>
    <w:p>
      <w:pPr>
        <w:pStyle w:val="ListParagraph"/>
      </w:pPr>
      <w:r>
        <w:rPr>
          <w:sz w:val="22"/>
        </w:rPr>
        <w:t>D. Albert Einstein</w:t>
      </w:r>
    </w:p>
    <w:p/>
    <w:p>
      <w:r>
        <w:rPr>
          <w:b/>
          <w:sz w:val="24"/>
        </w:rPr>
        <w:t>Câu 11: Công thức hóa học của nước là gì?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H2O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12: Hành tinh nào được gọi là 'Hành tinh Đỏ'?</w:t>
      </w:r>
    </w:p>
    <w:p>
      <w:pPr>
        <w:pStyle w:val="ListParagraph"/>
      </w:pPr>
      <w:r>
        <w:rPr>
          <w:sz w:val="22"/>
        </w:rPr>
        <w:t>A. Sao Kim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Thủy</w:t>
      </w:r>
    </w:p>
    <w:p>
      <w:pPr>
        <w:pStyle w:val="ListParagraph"/>
      </w:pPr>
      <w:r>
        <w:rPr>
          <w:sz w:val="22"/>
        </w:rPr>
        <w:t>D. Sao Mộc</w:t>
      </w:r>
    </w:p>
    <w:p/>
    <w:p>
      <w:r>
        <w:rPr>
          <w:b/>
          <w:sz w:val="24"/>
        </w:rPr>
        <w:t>Câu 13: Trong toán học, $2^3$ bằng bao nhiêu?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14: Đại dương nào lớn nhất trên Trái Đất?</w:t>
      </w:r>
    </w:p>
    <w:p>
      <w:pPr>
        <w:pStyle w:val="ListParagraph"/>
      </w:pPr>
      <w:r>
        <w:rPr>
          <w:sz w:val="22"/>
        </w:rPr>
        <w:t>A. Đại Tây Dương</w:t>
      </w:r>
    </w:p>
    <w:p>
      <w:pPr>
        <w:pStyle w:val="ListParagraph"/>
      </w:pPr>
      <w:r>
        <w:rPr>
          <w:sz w:val="22"/>
        </w:rPr>
        <w:t>B. Ấn Độ Dương</w:t>
      </w:r>
    </w:p>
    <w:p>
      <w:pPr>
        <w:pStyle w:val="ListParagraph"/>
      </w:pPr>
      <w:r>
        <w:rPr>
          <w:sz w:val="22"/>
        </w:rPr>
        <w:t>C. Thái Bình Dương</w:t>
      </w:r>
    </w:p>
    <w:p>
      <w:pPr>
        <w:pStyle w:val="ListParagraph"/>
      </w:pPr>
      <w:r>
        <w:rPr>
          <w:sz w:val="22"/>
        </w:rPr>
        <w:t>D. Bắc Băng Dương</w:t>
      </w:r>
    </w:p>
    <w:p/>
    <w:p>
      <w:r>
        <w:rPr>
          <w:b/>
          <w:sz w:val="24"/>
        </w:rPr>
        <w:t>Câu 15: Tác phẩm 'Romeo và Juliet' của tác giả nào?</w:t>
      </w:r>
    </w:p>
    <w:p>
      <w:pPr>
        <w:pStyle w:val="ListParagraph"/>
      </w:pPr>
      <w:r>
        <w:rPr>
          <w:sz w:val="22"/>
        </w:rPr>
        <w:t>A. William Shakespeare</w:t>
      </w:r>
    </w:p>
    <w:p>
      <w:pPr>
        <w:pStyle w:val="ListParagraph"/>
      </w:pPr>
      <w:r>
        <w:rPr>
          <w:sz w:val="22"/>
        </w:rPr>
        <w:t>B. Charles Dickens</w:t>
      </w:r>
    </w:p>
    <w:p>
      <w:pPr>
        <w:pStyle w:val="ListParagraph"/>
      </w:pPr>
      <w:r>
        <w:rPr>
          <w:sz w:val="22"/>
        </w:rPr>
        <w:t>C. Mark Twain</w:t>
      </w:r>
    </w:p>
    <w:p>
      <w:pPr>
        <w:pStyle w:val="ListParagraph"/>
      </w:pPr>
      <w:r>
        <w:rPr>
          <w:sz w:val="22"/>
        </w:rPr>
        <w:t>D. Jane Austen</w:t>
      </w:r>
    </w:p>
    <w:p/>
    <w:p>
      <w:r>
        <w:rPr>
          <w:b/>
          <w:sz w:val="24"/>
        </w:rPr>
        <w:t>Câu 16: Trong vật lý, đơn vị đo cường độ dòng điện là gì?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Ôm (Ω)</w:t>
      </w:r>
    </w:p>
    <w:p/>
    <w:p>
      <w:r>
        <w:rPr>
          <w:b/>
          <w:sz w:val="24"/>
        </w:rPr>
        <w:t>Câu 17: Quốc gia nào có dân số đông nhất thế giới tính đến năm 2023?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Mỹ</w:t>
      </w:r>
    </w:p>
    <w:p>
      <w:pPr>
        <w:pStyle w:val="ListParagraph"/>
      </w:pPr>
      <w:r>
        <w:rPr>
          <w:sz w:val="22"/>
        </w:rPr>
        <w:t>D. Indonesia</w:t>
      </w:r>
    </w:p>
    <w:p/>
    <w:p>
      <w:r>
        <w:rPr>
          <w:b/>
          <w:sz w:val="24"/>
        </w:rPr>
        <w:t>Câu 18: Trong âm nhạc, nốt 'Do' tương ứng với ký hiệu nào?</w:t>
      </w:r>
    </w:p>
    <w:p>
      <w:pPr>
        <w:pStyle w:val="ListParagraph"/>
      </w:pPr>
      <w:r>
        <w:rPr>
          <w:sz w:val="22"/>
        </w:rPr>
        <w:t>A. C</w:t>
      </w:r>
    </w:p>
    <w:p>
      <w:pPr>
        <w:pStyle w:val="ListParagraph"/>
      </w:pPr>
      <w:r>
        <w:rPr>
          <w:sz w:val="22"/>
        </w:rPr>
        <w:t>B. D</w:t>
      </w:r>
    </w:p>
    <w:p>
      <w:pPr>
        <w:pStyle w:val="ListParagraph"/>
      </w:pPr>
      <w:r>
        <w:rPr>
          <w:sz w:val="22"/>
        </w:rPr>
        <w:t>C. E</w:t>
      </w:r>
    </w:p>
    <w:p>
      <w:pPr>
        <w:pStyle w:val="ListParagraph"/>
      </w:pPr>
      <w:r>
        <w:rPr>
          <w:sz w:val="22"/>
        </w:rPr>
        <w:t>D. F</w:t>
      </w:r>
    </w:p>
    <w:p/>
    <w:p>
      <w:r>
        <w:rPr>
          <w:b/>
          <w:sz w:val="24"/>
        </w:rPr>
        <w:t>Câu 19: Loài chim nào không biết bay?</w:t>
      </w:r>
    </w:p>
    <w:p>
      <w:pPr>
        <w:pStyle w:val="ListParagraph"/>
      </w:pPr>
      <w:r>
        <w:rPr>
          <w:sz w:val="22"/>
        </w:rPr>
        <w:t>A. Đại bàng</w:t>
      </w:r>
    </w:p>
    <w:p>
      <w:pPr>
        <w:pStyle w:val="ListParagraph"/>
      </w:pPr>
      <w:r>
        <w:rPr>
          <w:sz w:val="22"/>
        </w:rPr>
        <w:t>B. Chim cánh cụt</w:t>
      </w:r>
    </w:p>
    <w:p>
      <w:pPr>
        <w:pStyle w:val="ListParagraph"/>
      </w:pPr>
      <w:r>
        <w:rPr>
          <w:sz w:val="22"/>
        </w:rPr>
        <w:t>C. Chim sẻ</w:t>
      </w:r>
    </w:p>
    <w:p>
      <w:pPr>
        <w:pStyle w:val="ListParagraph"/>
      </w:pPr>
      <w:r>
        <w:rPr>
          <w:sz w:val="22"/>
        </w:rPr>
        <w:t>D. Chim bồ câu</w:t>
      </w:r>
    </w:p>
    <w:p/>
    <w:p>
      <w:r>
        <w:rPr>
          <w:b/>
          <w:sz w:val="24"/>
        </w:rPr>
        <w:t>Câu 20: Trong lập trình, HTML là viết tắt của gì?</w:t>
      </w:r>
    </w:p>
    <w:p>
      <w:pPr>
        <w:pStyle w:val="ListParagraph"/>
      </w:pPr>
      <w:r>
        <w:rPr>
          <w:sz w:val="22"/>
        </w:rPr>
        <w:t>A. HyperText Markup Language</w:t>
      </w:r>
    </w:p>
    <w:p>
      <w:pPr>
        <w:pStyle w:val="ListParagraph"/>
      </w:pPr>
      <w:r>
        <w:rPr>
          <w:sz w:val="22"/>
        </w:rPr>
        <w:t>B. HighText Machine Language</w:t>
      </w:r>
    </w:p>
    <w:p>
      <w:pPr>
        <w:pStyle w:val="ListParagraph"/>
      </w:pPr>
      <w:r>
        <w:rPr>
          <w:sz w:val="22"/>
        </w:rPr>
        <w:t>C. HyperTool Markup Language</w:t>
      </w:r>
    </w:p>
    <w:p>
      <w:pPr>
        <w:pStyle w:val="ListParagraph"/>
      </w:pPr>
      <w:r>
        <w:rPr>
          <w:sz w:val="22"/>
        </w:rPr>
        <w:t>D. Home Tool Markup Language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