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PHÀN I: Trắc nghiệm nhiều phương án lựa chọn....</w:t>
      </w:r>
    </w:p>
    <w:p>
      <w:pPr>
        <w:jc w:val="center"/>
      </w:pPr>
      <w:r>
        <w:rPr>
          <w:sz w:val="22"/>
        </w:rPr>
        <w:t>Số câu: 9    Thời gian: _____ phút    Họ và tên: _________________________</w:t>
      </w:r>
    </w:p>
    <w:p/>
    <w:p>
      <w:r>
        <w:rPr>
          <w:b/>
          <w:sz w:val="24"/>
        </w:rPr>
        <w:t>Câu 1: Phát biểu nào sau đây không đúng với nhóm nước phát triển?</w:t>
      </w:r>
    </w:p>
    <w:p>
      <w:pPr>
        <w:pStyle w:val="ListParagraph"/>
      </w:pPr>
      <w:r>
        <w:rPr>
          <w:sz w:val="22"/>
        </w:rPr>
        <w:t>A. GNI bình quân đầu người cao.</w:t>
      </w:r>
    </w:p>
    <w:p>
      <w:pPr>
        <w:pStyle w:val="ListParagraph"/>
      </w:pPr>
      <w:r>
        <w:rPr>
          <w:sz w:val="22"/>
        </w:rPr>
        <w:t>B. Đầu tư trực tiếp nước ngoài (FDI) nhiều.</w:t>
      </w:r>
    </w:p>
    <w:p>
      <w:pPr>
        <w:pStyle w:val="ListParagraph"/>
      </w:pPr>
      <w:r>
        <w:rPr>
          <w:sz w:val="22"/>
        </w:rPr>
        <w:t>C. Chỉ số phát triển con người cao.</w:t>
      </w:r>
    </w:p>
    <w:p>
      <w:pPr>
        <w:pStyle w:val="ListParagraph"/>
      </w:pPr>
      <w:r>
        <w:rPr>
          <w:sz w:val="22"/>
        </w:rPr>
        <w:t>D. Chiếm tỉ trọng nhỏ trong GDP toàn cầu.</w:t>
      </w:r>
    </w:p>
    <w:p/>
    <w:p>
      <w:r>
        <w:rPr>
          <w:b/>
          <w:sz w:val="24"/>
        </w:rPr>
        <w:t>Câu 2: Khu vực nào sau đây có GNI/người cao nhất?</w:t>
      </w:r>
    </w:p>
    <w:p>
      <w:pPr>
        <w:pStyle w:val="ListParagraph"/>
      </w:pPr>
      <w:r>
        <w:rPr>
          <w:sz w:val="22"/>
        </w:rPr>
        <w:t>A. Đông Á.</w:t>
      </w:r>
    </w:p>
    <w:p>
      <w:pPr>
        <w:pStyle w:val="ListParagraph"/>
      </w:pPr>
      <w:r>
        <w:rPr>
          <w:sz w:val="22"/>
        </w:rPr>
        <w:t>B. Trung Đông.</w:t>
      </w:r>
    </w:p>
    <w:p>
      <w:pPr>
        <w:pStyle w:val="ListParagraph"/>
      </w:pPr>
      <w:r>
        <w:rPr>
          <w:sz w:val="22"/>
        </w:rPr>
        <w:t>C. Bắc Mỹ.</w:t>
      </w:r>
    </w:p>
    <w:p>
      <w:pPr>
        <w:pStyle w:val="ListParagraph"/>
      </w:pPr>
      <w:r>
        <w:rPr>
          <w:sz w:val="22"/>
        </w:rPr>
        <w:t>D. Đông Âu.</w:t>
      </w:r>
    </w:p>
    <w:p/>
    <w:p>
      <w:r>
        <w:rPr>
          <w:b/>
          <w:sz w:val="24"/>
        </w:rPr>
        <w:t>Câu 3: Các nước phát triển có đặc điểm là</w:t>
      </w:r>
    </w:p>
    <w:p>
      <w:pPr>
        <w:pStyle w:val="ListParagraph"/>
      </w:pPr>
      <w:r>
        <w:rPr>
          <w:sz w:val="22"/>
        </w:rPr>
        <w:t>A. GNI bình quân đầu người thấp.</w:t>
      </w:r>
    </w:p>
    <w:p>
      <w:pPr>
        <w:pStyle w:val="ListParagraph"/>
      </w:pPr>
      <w:r>
        <w:rPr>
          <w:sz w:val="22"/>
        </w:rPr>
        <w:t>B. Chỉ số phát triển con người thấp.</w:t>
      </w:r>
    </w:p>
    <w:p>
      <w:pPr>
        <w:pStyle w:val="ListParagraph"/>
      </w:pPr>
      <w:r>
        <w:rPr>
          <w:sz w:val="22"/>
        </w:rPr>
        <w:t>C. Đầu tư trực tiếp nước ngoài (FDI) nhỏ.</w:t>
      </w:r>
    </w:p>
    <w:p>
      <w:pPr>
        <w:pStyle w:val="ListParagraph"/>
      </w:pPr>
      <w:r>
        <w:rPr>
          <w:sz w:val="22"/>
        </w:rPr>
        <w:t>D. Đang chuyển sang nền kinh tế tri thức.</w:t>
      </w:r>
    </w:p>
    <w:p/>
    <w:p>
      <w:r>
        <w:rPr>
          <w:b/>
          <w:sz w:val="24"/>
        </w:rPr>
        <w:t>Câu 4: Các quốc gia đang phát triển thường</w:t>
      </w:r>
    </w:p>
    <w:p>
      <w:pPr>
        <w:pStyle w:val="ListParagraph"/>
      </w:pPr>
      <w:r>
        <w:rPr>
          <w:sz w:val="22"/>
        </w:rPr>
        <w:t>A. Đang đẩy mạnh công nghiệp hóa.</w:t>
      </w:r>
    </w:p>
    <w:p>
      <w:pPr>
        <w:pStyle w:val="ListParagraph"/>
      </w:pPr>
      <w:r>
        <w:rPr>
          <w:sz w:val="22"/>
        </w:rPr>
        <w:t>B. Có nền công nghiệp phát triển rất sớm.</w:t>
      </w:r>
    </w:p>
    <w:p>
      <w:pPr>
        <w:pStyle w:val="ListParagraph"/>
      </w:pPr>
      <w:r>
        <w:rPr>
          <w:sz w:val="22"/>
        </w:rPr>
        <w:t>C. GNI bình quân đầu người rất cao.</w:t>
      </w:r>
    </w:p>
    <w:p>
      <w:pPr>
        <w:pStyle w:val="ListParagraph"/>
      </w:pPr>
      <w:r>
        <w:rPr>
          <w:sz w:val="22"/>
        </w:rPr>
        <w:t>D. Tuổi thọ trung bình của người dân cao.</w:t>
      </w:r>
    </w:p>
    <w:p/>
    <w:p>
      <w:r>
        <w:rPr>
          <w:b/>
          <w:sz w:val="24"/>
        </w:rPr>
        <w:t>Câu 5: Phát biểu nào sau đây đúng về sự thay đổi tỉ trọng các ngành trong cơ cấu nền kinh tế của các nước đang phát triển?</w:t>
      </w:r>
    </w:p>
    <w:p>
      <w:pPr>
        <w:pStyle w:val="ListParagraph"/>
      </w:pPr>
      <w:r>
        <w:rPr>
          <w:sz w:val="22"/>
        </w:rPr>
        <w:t>A. Nông - lâm - ngư có xu hướng giảm.</w:t>
      </w:r>
    </w:p>
    <w:p>
      <w:pPr>
        <w:pStyle w:val="ListParagraph"/>
      </w:pPr>
      <w:r>
        <w:rPr>
          <w:sz w:val="22"/>
        </w:rPr>
        <w:t>B. Công nghiệp và xây dựng giảm nhanh.</w:t>
      </w:r>
    </w:p>
    <w:p>
      <w:pPr>
        <w:pStyle w:val="ListParagraph"/>
      </w:pPr>
      <w:r>
        <w:rPr>
          <w:sz w:val="22"/>
        </w:rPr>
        <w:t>C. Tỉ trọng dịch vụ có biến động lớn.</w:t>
      </w:r>
    </w:p>
    <w:p>
      <w:pPr>
        <w:pStyle w:val="ListParagraph"/>
      </w:pPr>
      <w:r>
        <w:rPr>
          <w:sz w:val="22"/>
        </w:rPr>
        <w:t>D. Nông - lâm - ngư có xu hướng tăng.</w:t>
      </w:r>
    </w:p>
    <w:p/>
    <w:p>
      <w:r>
        <w:rPr>
          <w:b/>
          <w:sz w:val="24"/>
        </w:rPr>
        <w:t>Câu 6: Các nước phát triển phân biệt với các nước đang phát triển ở</w:t>
      </w:r>
    </w:p>
    <w:p>
      <w:pPr>
        <w:pStyle w:val="ListParagraph"/>
      </w:pPr>
      <w:r>
        <w:rPr>
          <w:sz w:val="22"/>
        </w:rPr>
        <w:t>A. Gia tăng tự nhiên dân số rất thấp.</w:t>
      </w:r>
    </w:p>
    <w:p>
      <w:pPr>
        <w:pStyle w:val="ListParagraph"/>
      </w:pPr>
      <w:r>
        <w:rPr>
          <w:sz w:val="22"/>
        </w:rPr>
        <w:t>B. Cơ cấu dân số trẻ, lao động đông.</w:t>
      </w:r>
    </w:p>
    <w:p>
      <w:pPr>
        <w:pStyle w:val="ListParagraph"/>
      </w:pPr>
      <w:r>
        <w:rPr>
          <w:sz w:val="22"/>
        </w:rPr>
        <w:t>C. Tuổi thọ thấp, tỉ suất tử vong cao.</w:t>
      </w:r>
    </w:p>
    <w:p>
      <w:pPr>
        <w:pStyle w:val="ListParagraph"/>
      </w:pPr>
      <w:r>
        <w:rPr>
          <w:sz w:val="22"/>
        </w:rPr>
        <w:t>D. Tốc độ tăng dân số hàng năm lớn.</w:t>
      </w:r>
    </w:p>
    <w:p/>
    <w:p>
      <w:r>
        <w:rPr>
          <w:b/>
          <w:sz w:val="24"/>
        </w:rPr>
        <w:t>Câu 7: Để nâng cao trình độ phát triển kinh tế, các nước đang phát triển hiện nay tập trung đẩy mạnh</w:t>
      </w:r>
    </w:p>
    <w:p>
      <w:pPr>
        <w:pStyle w:val="ListParagraph"/>
      </w:pPr>
      <w:r>
        <w:rPr>
          <w:sz w:val="22"/>
        </w:rPr>
        <w:t>A. Công nghiệp hóa.</w:t>
      </w:r>
    </w:p>
    <w:p>
      <w:pPr>
        <w:pStyle w:val="ListParagraph"/>
      </w:pPr>
      <w:r>
        <w:rPr>
          <w:sz w:val="22"/>
        </w:rPr>
        <w:t>B. Đô thị hóa.</w:t>
      </w:r>
    </w:p>
    <w:p>
      <w:pPr>
        <w:pStyle w:val="ListParagraph"/>
      </w:pPr>
      <w:r>
        <w:rPr>
          <w:sz w:val="22"/>
        </w:rPr>
        <w:t>C. Xuất khẩu.</w:t>
      </w:r>
    </w:p>
    <w:p>
      <w:pPr>
        <w:pStyle w:val="ListParagraph"/>
      </w:pPr>
      <w:r>
        <w:rPr>
          <w:sz w:val="22"/>
        </w:rPr>
        <w:t>D. Dịch vụ.</w:t>
      </w:r>
    </w:p>
    <w:p/>
    <w:p>
      <w:r>
        <w:rPr>
          <w:b/>
          <w:sz w:val="24"/>
        </w:rPr>
        <w:t>Câu 8: Các nước đang phát triển có ______, mức sống người dân thấp.</w:t>
      </w:r>
    </w:p>
    <w:p>
      <w:pPr>
        <w:pStyle w:val="ListParagraph"/>
      </w:pPr>
      <w:r>
        <w:rPr>
          <w:sz w:val="22"/>
        </w:rPr>
        <w:t>A. Hoạt động nghiên cứu tốt.</w:t>
      </w:r>
    </w:p>
    <w:p>
      <w:pPr>
        <w:pStyle w:val="ListParagraph"/>
      </w:pPr>
      <w:r>
        <w:rPr>
          <w:sz w:val="22"/>
        </w:rPr>
        <w:t>B. Phát triển mạnh giáo dục.</w:t>
      </w:r>
    </w:p>
    <w:p>
      <w:pPr>
        <w:pStyle w:val="ListParagraph"/>
      </w:pPr>
      <w:r>
        <w:rPr>
          <w:sz w:val="22"/>
        </w:rPr>
        <w:t>C. Phát triển mạnh thông tin.</w:t>
      </w:r>
    </w:p>
    <w:p/>
    <w:p>
      <w:r>
        <w:rPr>
          <w:b/>
          <w:sz w:val="24"/>
        </w:rPr>
        <w:t>Câu 9: Các nước phát triển có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None</w:t>
      </w:r>
    </w:p>
    <w:p>
      <w:r>
        <w:rPr>
          <w:b/>
        </w:rPr>
        <w:t>Câu 9: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