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kiểm tra 15 phút Lịch sử Việt Nam giai đoạ...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