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kiểm tra giữa kì 1 địa lí 8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Việt Nam nằm ở khu vực nào sau đây?</w:t>
      </w:r>
    </w:p>
    <w:p>
      <w:pPr>
        <w:pStyle w:val="ListParagraph"/>
      </w:pPr>
      <w:r>
        <w:rPr>
          <w:sz w:val="22"/>
        </w:rPr>
        <w:t>A. Đông Nam Á, bán đảo Đông Dương</w:t>
      </w:r>
    </w:p>
    <w:p>
      <w:pPr>
        <w:pStyle w:val="ListParagraph"/>
      </w:pPr>
      <w:r>
        <w:rPr>
          <w:sz w:val="22"/>
        </w:rPr>
        <w:t>B. Nam Á, bán đảo Ấn Độ</w:t>
      </w:r>
    </w:p>
    <w:p>
      <w:pPr>
        <w:pStyle w:val="ListParagraph"/>
      </w:pPr>
      <w:r>
        <w:rPr>
          <w:sz w:val="22"/>
        </w:rPr>
        <w:t>C. Đông Bắc Á, bán đảo Triều Tiên</w:t>
      </w:r>
    </w:p>
    <w:p>
      <w:pPr>
        <w:pStyle w:val="ListParagraph"/>
      </w:pPr>
      <w:r>
        <w:rPr>
          <w:sz w:val="22"/>
        </w:rPr>
        <w:t>D. Tây Á, bán đảo Ả Rập</w:t>
      </w:r>
    </w:p>
    <w:p/>
    <w:p>
      <w:r>
        <w:rPr>
          <w:b/>
          <w:sz w:val="24"/>
        </w:rPr>
        <w:t>Câu 2: Việt Nam có đường bờ biển tiếp giáp với biển nào?</w:t>
      </w:r>
    </w:p>
    <w:p>
      <w:pPr>
        <w:pStyle w:val="ListParagraph"/>
      </w:pPr>
      <w:r>
        <w:rPr>
          <w:sz w:val="22"/>
        </w:rPr>
        <w:t>A. Biển Đông</w:t>
      </w:r>
    </w:p>
    <w:p>
      <w:pPr>
        <w:pStyle w:val="ListParagraph"/>
      </w:pPr>
      <w:r>
        <w:rPr>
          <w:sz w:val="22"/>
        </w:rPr>
        <w:t>B. Biển Đen</w:t>
      </w:r>
    </w:p>
    <w:p>
      <w:pPr>
        <w:pStyle w:val="ListParagraph"/>
      </w:pPr>
      <w:r>
        <w:rPr>
          <w:sz w:val="22"/>
        </w:rPr>
        <w:t>C. Biển Caspi</w:t>
      </w:r>
    </w:p>
    <w:p>
      <w:pPr>
        <w:pStyle w:val="ListParagraph"/>
      </w:pPr>
      <w:r>
        <w:rPr>
          <w:sz w:val="22"/>
        </w:rPr>
        <w:t>D. Biển Đỏ</w:t>
      </w:r>
    </w:p>
    <w:p/>
    <w:p>
      <w:r>
        <w:rPr>
          <w:b/>
          <w:sz w:val="24"/>
        </w:rPr>
        <w:t>Câu 3: Trên đất liền, Việt Nam có chung đường biên giới với những quốc gia nào?</w:t>
      </w:r>
    </w:p>
    <w:p>
      <w:pPr>
        <w:pStyle w:val="ListParagraph"/>
      </w:pPr>
      <w:r>
        <w:rPr>
          <w:sz w:val="22"/>
        </w:rPr>
        <w:t>A. Trung Quốc, Lào, Campuchia</w:t>
      </w:r>
    </w:p>
    <w:p>
      <w:pPr>
        <w:pStyle w:val="ListParagraph"/>
      </w:pPr>
      <w:r>
        <w:rPr>
          <w:sz w:val="22"/>
        </w:rPr>
        <w:t>B. Trung Quốc, Thái Lan, Campuchia</w:t>
      </w:r>
    </w:p>
    <w:p>
      <w:pPr>
        <w:pStyle w:val="ListParagraph"/>
      </w:pPr>
      <w:r>
        <w:rPr>
          <w:sz w:val="22"/>
        </w:rPr>
        <w:t>C. Lào, Campuchia, Thái Lan</w:t>
      </w:r>
    </w:p>
    <w:p>
      <w:pPr>
        <w:pStyle w:val="ListParagraph"/>
      </w:pPr>
      <w:r>
        <w:rPr>
          <w:sz w:val="22"/>
        </w:rPr>
        <w:t>D. Trung Quốc, Lào, Thái Lan</w:t>
      </w:r>
    </w:p>
    <w:p/>
    <w:p>
      <w:r>
        <w:rPr>
          <w:b/>
          <w:sz w:val="24"/>
        </w:rPr>
        <w:t>Câu 4: Điểm cực Bắc của Việt Nam trên đất liền thuộc tỉnh nào?</w:t>
      </w:r>
    </w:p>
    <w:p>
      <w:pPr>
        <w:pStyle w:val="ListParagraph"/>
      </w:pPr>
      <w:r>
        <w:rPr>
          <w:sz w:val="22"/>
        </w:rPr>
        <w:t>A. Hà Giang</w:t>
      </w:r>
    </w:p>
    <w:p>
      <w:pPr>
        <w:pStyle w:val="ListParagraph"/>
      </w:pPr>
      <w:r>
        <w:rPr>
          <w:sz w:val="22"/>
        </w:rPr>
        <w:t>B. Cà Mau</w:t>
      </w:r>
    </w:p>
    <w:p>
      <w:pPr>
        <w:pStyle w:val="ListParagraph"/>
      </w:pPr>
      <w:r>
        <w:rPr>
          <w:sz w:val="22"/>
        </w:rPr>
        <w:t>C. Điện Biên</w:t>
      </w:r>
    </w:p>
    <w:p>
      <w:pPr>
        <w:pStyle w:val="ListParagraph"/>
      </w:pPr>
      <w:r>
        <w:rPr>
          <w:sz w:val="22"/>
        </w:rPr>
        <w:t>D. Khánh Hòa</w:t>
      </w:r>
    </w:p>
    <w:p/>
    <w:p>
      <w:r>
        <w:rPr>
          <w:b/>
          <w:sz w:val="24"/>
        </w:rPr>
        <w:t>Câu 5: Điểm cực Nam của Việt Nam trên đất liền thuộc tỉnh nào?</w:t>
      </w:r>
    </w:p>
    <w:p>
      <w:pPr>
        <w:pStyle w:val="ListParagraph"/>
      </w:pPr>
      <w:r>
        <w:rPr>
          <w:sz w:val="22"/>
        </w:rPr>
        <w:t>A. Cà Mau</w:t>
      </w:r>
    </w:p>
    <w:p>
      <w:pPr>
        <w:pStyle w:val="ListParagraph"/>
      </w:pPr>
      <w:r>
        <w:rPr>
          <w:sz w:val="22"/>
        </w:rPr>
        <w:t>B. Hà Giang</w:t>
      </w:r>
    </w:p>
    <w:p>
      <w:pPr>
        <w:pStyle w:val="ListParagraph"/>
      </w:pPr>
      <w:r>
        <w:rPr>
          <w:sz w:val="22"/>
        </w:rPr>
        <w:t>C. Điện Biên</w:t>
      </w:r>
    </w:p>
    <w:p>
      <w:pPr>
        <w:pStyle w:val="ListParagraph"/>
      </w:pPr>
      <w:r>
        <w:rPr>
          <w:sz w:val="22"/>
        </w:rPr>
        <w:t>D. Khánh Hòa</w:t>
      </w:r>
    </w:p>
    <w:p/>
    <w:p>
      <w:r>
        <w:rPr>
          <w:b/>
          <w:sz w:val="24"/>
        </w:rPr>
        <w:t>Câu 6: Điểm cực Tây của Việt Nam trên đất liền thuộc tỉnh nào?</w:t>
      </w:r>
    </w:p>
    <w:p>
      <w:pPr>
        <w:pStyle w:val="ListParagraph"/>
      </w:pPr>
      <w:r>
        <w:rPr>
          <w:sz w:val="22"/>
        </w:rPr>
        <w:t>A. Điện Biên</w:t>
      </w:r>
    </w:p>
    <w:p>
      <w:pPr>
        <w:pStyle w:val="ListParagraph"/>
      </w:pPr>
      <w:r>
        <w:rPr>
          <w:sz w:val="22"/>
        </w:rPr>
        <w:t>B. Hà Giang</w:t>
      </w:r>
    </w:p>
    <w:p>
      <w:pPr>
        <w:pStyle w:val="ListParagraph"/>
      </w:pPr>
      <w:r>
        <w:rPr>
          <w:sz w:val="22"/>
        </w:rPr>
        <w:t>C. Cà Mau</w:t>
      </w:r>
    </w:p>
    <w:p>
      <w:pPr>
        <w:pStyle w:val="ListParagraph"/>
      </w:pPr>
      <w:r>
        <w:rPr>
          <w:sz w:val="22"/>
        </w:rPr>
        <w:t>D. Khánh Hòa</w:t>
      </w:r>
    </w:p>
    <w:p/>
    <w:p>
      <w:r>
        <w:rPr>
          <w:b/>
          <w:sz w:val="24"/>
        </w:rPr>
        <w:t>Câu 7: Điểm cực Đông của Việt Nam trên đất liền thuộc tỉnh nào?</w:t>
      </w:r>
    </w:p>
    <w:p>
      <w:pPr>
        <w:pStyle w:val="ListParagraph"/>
      </w:pPr>
      <w:r>
        <w:rPr>
          <w:sz w:val="22"/>
        </w:rPr>
        <w:t>A. Khánh Hòa</w:t>
      </w:r>
    </w:p>
    <w:p>
      <w:pPr>
        <w:pStyle w:val="ListParagraph"/>
      </w:pPr>
      <w:r>
        <w:rPr>
          <w:sz w:val="22"/>
        </w:rPr>
        <w:t>B. Hà Giang</w:t>
      </w:r>
    </w:p>
    <w:p>
      <w:pPr>
        <w:pStyle w:val="ListParagraph"/>
      </w:pPr>
      <w:r>
        <w:rPr>
          <w:sz w:val="22"/>
        </w:rPr>
        <w:t>C. Điện Biên</w:t>
      </w:r>
    </w:p>
    <w:p>
      <w:pPr>
        <w:pStyle w:val="ListParagraph"/>
      </w:pPr>
      <w:r>
        <w:rPr>
          <w:sz w:val="22"/>
        </w:rPr>
        <w:t>D. Cà Mau</w:t>
      </w:r>
    </w:p>
    <w:p/>
    <w:p>
      <w:r>
        <w:rPr>
          <w:b/>
          <w:sz w:val="24"/>
        </w:rPr>
        <w:t>Câu 8: Theo Công ước Liên hợp quốc về Luật Biển năm 1982, lãnh hải của Việt Nam rộng bao nhiêu hải lý?</w:t>
      </w:r>
    </w:p>
    <w:p>
      <w:pPr>
        <w:pStyle w:val="ListParagraph"/>
      </w:pPr>
      <w:r>
        <w:rPr>
          <w:sz w:val="22"/>
        </w:rPr>
        <w:t>A. 12 hải lý</w:t>
      </w:r>
    </w:p>
    <w:p>
      <w:pPr>
        <w:pStyle w:val="ListParagraph"/>
      </w:pPr>
      <w:r>
        <w:rPr>
          <w:sz w:val="22"/>
        </w:rPr>
        <w:t>B. 24 hải lý</w:t>
      </w:r>
    </w:p>
    <w:p>
      <w:pPr>
        <w:pStyle w:val="ListParagraph"/>
      </w:pPr>
      <w:r>
        <w:rPr>
          <w:sz w:val="22"/>
        </w:rPr>
        <w:t>C. 200 hải lý</w:t>
      </w:r>
    </w:p>
    <w:p>
      <w:pPr>
        <w:pStyle w:val="ListParagraph"/>
      </w:pPr>
      <w:r>
        <w:rPr>
          <w:sz w:val="22"/>
        </w:rPr>
        <w:t>D. 3 hải lý</w:t>
      </w:r>
    </w:p>
    <w:p/>
    <w:p>
      <w:r>
        <w:rPr>
          <w:b/>
          <w:sz w:val="24"/>
        </w:rPr>
        <w:t>Câu 9: Vùng đặc quyền kinh tế của Việt Nam rộng bao nhiêu hải lý tính từ đường cơ sở?</w:t>
      </w:r>
    </w:p>
    <w:p>
      <w:pPr>
        <w:pStyle w:val="ListParagraph"/>
      </w:pPr>
      <w:r>
        <w:rPr>
          <w:sz w:val="22"/>
        </w:rPr>
        <w:t>A. 200 hải lý</w:t>
      </w:r>
    </w:p>
    <w:p>
      <w:pPr>
        <w:pStyle w:val="ListParagraph"/>
      </w:pPr>
      <w:r>
        <w:rPr>
          <w:sz w:val="22"/>
        </w:rPr>
        <w:t>B. 12 hải lý</w:t>
      </w:r>
    </w:p>
    <w:p>
      <w:pPr>
        <w:pStyle w:val="ListParagraph"/>
      </w:pPr>
      <w:r>
        <w:rPr>
          <w:sz w:val="22"/>
        </w:rPr>
        <w:t>C. 24 hải lý</w:t>
      </w:r>
    </w:p>
    <w:p>
      <w:pPr>
        <w:pStyle w:val="ListParagraph"/>
      </w:pPr>
      <w:r>
        <w:rPr>
          <w:sz w:val="22"/>
        </w:rPr>
        <w:t>D. 100 hải lý</w:t>
      </w:r>
    </w:p>
    <w:p/>
    <w:p>
      <w:r>
        <w:rPr>
          <w:b/>
          <w:sz w:val="24"/>
        </w:rPr>
        <w:t>Câu 10: Diện tích đất liền của Việt Nam khoảng bao nhiêu?</w:t>
      </w:r>
    </w:p>
    <w:p>
      <w:pPr>
        <w:pStyle w:val="ListParagraph"/>
      </w:pPr>
      <w:r>
        <w:rPr>
          <w:sz w:val="22"/>
        </w:rPr>
        <w:t>A. 331.212 km²</w:t>
      </w:r>
    </w:p>
    <w:p>
      <w:pPr>
        <w:pStyle w:val="ListParagraph"/>
      </w:pPr>
      <w:r>
        <w:rPr>
          <w:sz w:val="22"/>
        </w:rPr>
        <w:t>B. 513.120 km²</w:t>
      </w:r>
    </w:p>
    <w:p>
      <w:pPr>
        <w:pStyle w:val="ListParagraph"/>
      </w:pPr>
      <w:r>
        <w:rPr>
          <w:sz w:val="22"/>
        </w:rPr>
        <w:t>C. 331.212 ha</w:t>
      </w:r>
    </w:p>
    <w:p>
      <w:pPr>
        <w:pStyle w:val="ListParagraph"/>
      </w:pPr>
      <w:r>
        <w:rPr>
          <w:sz w:val="22"/>
        </w:rPr>
        <w:t>D. 3.312 km²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