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BỘ CÂU HỎI KIỂM TRA CHUYÊN MÔN 2026</w:t>
      </w:r>
    </w:p>
    <w:p>
      <w:pPr>
        <w:jc w:val="center"/>
      </w:pPr>
      <w:r>
        <w:rPr>
          <w:sz w:val="22"/>
        </w:rPr>
        <w:t>Số câu: 20    Thời gian: _____ phút    Họ và tên: _________________________</w:t>
      </w:r>
    </w:p>
    <w:p/>
    <w:p>
      <w:r>
        <w:rPr>
          <w:b/>
          <w:sz w:val="24"/>
        </w:rPr>
        <w:t>Câu 1: Nhiễm khuẩn bệnh viện là nhiễm khuẩn xảy ra sau nhập viện:</w:t>
      </w:r>
    </w:p>
    <w:p>
      <w:pPr>
        <w:pStyle w:val="ListParagraph"/>
      </w:pPr>
      <w:r>
        <w:rPr>
          <w:sz w:val="22"/>
        </w:rPr>
        <w:t>A. 12 giờ</w:t>
      </w:r>
    </w:p>
    <w:p>
      <w:pPr>
        <w:pStyle w:val="ListParagraph"/>
      </w:pPr>
      <w:r>
        <w:rPr>
          <w:sz w:val="22"/>
        </w:rPr>
        <w:t>B. 24 giờ</w:t>
      </w:r>
    </w:p>
    <w:p>
      <w:pPr>
        <w:pStyle w:val="ListParagraph"/>
      </w:pPr>
      <w:r>
        <w:rPr>
          <w:sz w:val="22"/>
        </w:rPr>
        <w:t>C. 48 giờ</w:t>
      </w:r>
    </w:p>
    <w:p>
      <w:pPr>
        <w:pStyle w:val="ListParagraph"/>
      </w:pPr>
      <w:r>
        <w:rPr>
          <w:sz w:val="22"/>
        </w:rPr>
        <w:t>D. 96 giờ</w:t>
      </w:r>
    </w:p>
    <w:p/>
    <w:p>
      <w:r>
        <w:rPr>
          <w:b/>
          <w:sz w:val="24"/>
        </w:rPr>
        <w:t>Câu 2: Nhiễm khuẩn mắc phải trong bệnh viện, NGOẠI TRỪ:</w:t>
      </w:r>
    </w:p>
    <w:p>
      <w:pPr>
        <w:pStyle w:val="ListParagraph"/>
      </w:pPr>
      <w:r>
        <w:rPr>
          <w:sz w:val="22"/>
        </w:rPr>
        <w:t>A. Một trong những sự cố hay sai sót y khoa có thể gặp phải</w:t>
      </w:r>
    </w:p>
    <w:p>
      <w:pPr>
        <w:pStyle w:val="ListParagraph"/>
      </w:pPr>
      <w:r>
        <w:rPr>
          <w:sz w:val="22"/>
        </w:rPr>
        <w:t>B. Tỷ lệ mắc từ 5 – 10% tùy theo quốc gia, vùng, bệnh viện</w:t>
      </w:r>
    </w:p>
    <w:p>
      <w:pPr>
        <w:pStyle w:val="ListParagraph"/>
      </w:pPr>
      <w:r>
        <w:rPr>
          <w:sz w:val="22"/>
        </w:rPr>
        <w:t>C. Chi phí điều trị có thể chiếm 1/3 chi phí trong các chi phí về sai sót y khoa</w:t>
      </w:r>
    </w:p>
    <w:p>
      <w:pPr>
        <w:pStyle w:val="ListParagraph"/>
      </w:pPr>
      <w:r>
        <w:rPr>
          <w:sz w:val="22"/>
        </w:rPr>
        <w:t>D. Không thể phòng ngừa được</w:t>
      </w:r>
    </w:p>
    <w:p/>
    <w:p>
      <w:r>
        <w:rPr>
          <w:b/>
          <w:sz w:val="24"/>
        </w:rPr>
        <w:t>Câu 3: Công tác kiểm soát nhiễm khuẩn bệnh viện là nhiệm vụ của:</w:t>
      </w:r>
    </w:p>
    <w:p>
      <w:pPr>
        <w:pStyle w:val="ListParagraph"/>
      </w:pPr>
      <w:r>
        <w:rPr>
          <w:sz w:val="22"/>
        </w:rPr>
        <w:t>A. Giám đốc bệnh viện</w:t>
      </w:r>
    </w:p>
    <w:p>
      <w:pPr>
        <w:pStyle w:val="ListParagraph"/>
      </w:pPr>
      <w:r>
        <w:rPr>
          <w:sz w:val="22"/>
        </w:rPr>
        <w:t>B. Trưởng khoa</w:t>
      </w:r>
    </w:p>
    <w:p>
      <w:pPr>
        <w:pStyle w:val="ListParagraph"/>
      </w:pPr>
      <w:r>
        <w:rPr>
          <w:sz w:val="22"/>
        </w:rPr>
        <w:t>C. Điều dưỡng trưởng</w:t>
      </w:r>
    </w:p>
    <w:p>
      <w:pPr>
        <w:pStyle w:val="ListParagraph"/>
      </w:pPr>
      <w:r>
        <w:rPr>
          <w:sz w:val="22"/>
        </w:rPr>
        <w:t>D. Tất cả nhân viên y tế</w:t>
      </w:r>
    </w:p>
    <w:p/>
    <w:p>
      <w:r>
        <w:rPr>
          <w:b/>
          <w:sz w:val="24"/>
        </w:rPr>
        <w:t>Câu 4: Nội dung cơ bản trong kiểm soát nhiễm khuẩn bệnh viện tại các khoa lâm sàng:</w:t>
      </w:r>
    </w:p>
    <w:p>
      <w:pPr>
        <w:pStyle w:val="ListParagraph"/>
      </w:pPr>
      <w:r>
        <w:rPr>
          <w:sz w:val="22"/>
        </w:rPr>
        <w:t>A. Thực hành cách ly</w:t>
      </w:r>
    </w:p>
    <w:p>
      <w:pPr>
        <w:pStyle w:val="ListParagraph"/>
      </w:pPr>
      <w:r>
        <w:rPr>
          <w:sz w:val="22"/>
        </w:rPr>
        <w:t>B. Phòng ngừa chuẩn</w:t>
      </w:r>
    </w:p>
    <w:p>
      <w:pPr>
        <w:pStyle w:val="ListParagraph"/>
      </w:pPr>
      <w:r>
        <w:rPr>
          <w:sz w:val="22"/>
        </w:rPr>
        <w:t>C. Phòng ngừa lây nhiễm cho nhân viên y tế</w:t>
      </w:r>
    </w:p>
    <w:p>
      <w:pPr>
        <w:pStyle w:val="ListParagraph"/>
      </w:pPr>
      <w:r>
        <w:rPr>
          <w:sz w:val="22"/>
        </w:rPr>
        <w:t>D. Tất cả các câu trên đều đúng</w:t>
      </w:r>
    </w:p>
    <w:p/>
    <w:p>
      <w:r>
        <w:rPr>
          <w:b/>
          <w:sz w:val="24"/>
        </w:rPr>
        <w:t>Câu 5: Phòng ngừa chuẩn là tập hợp các biện pháp phòng ngừa cơ bản áp dụng cho tất cả người bệnh:</w:t>
      </w:r>
    </w:p>
    <w:p>
      <w:pPr>
        <w:pStyle w:val="ListParagraph"/>
      </w:pPr>
      <w:r>
        <w:rPr>
          <w:sz w:val="22"/>
        </w:rPr>
        <w:t>A. Phụ thuộc vào chẩn đoán</w:t>
      </w:r>
    </w:p>
    <w:p>
      <w:pPr>
        <w:pStyle w:val="ListParagraph"/>
      </w:pPr>
      <w:r>
        <w:rPr>
          <w:sz w:val="22"/>
        </w:rPr>
        <w:t>B. Phụ thuộc vào tình trạng nhiễm trùng</w:t>
      </w:r>
    </w:p>
    <w:p>
      <w:pPr>
        <w:pStyle w:val="ListParagraph"/>
      </w:pPr>
      <w:r>
        <w:rPr>
          <w:sz w:val="22"/>
        </w:rPr>
        <w:t>C. Phụ thuộc vào thời điểm chăm sóc của người bệnh</w:t>
      </w:r>
    </w:p>
    <w:p>
      <w:pPr>
        <w:pStyle w:val="ListParagraph"/>
      </w:pPr>
      <w:r>
        <w:rPr>
          <w:sz w:val="22"/>
        </w:rPr>
        <w:t>D. Tất cả các câu trên đều sai</w:t>
      </w:r>
    </w:p>
    <w:p/>
    <w:p>
      <w:r>
        <w:rPr>
          <w:b/>
          <w:sz w:val="24"/>
        </w:rPr>
        <w:t>Câu 6: Phòng ngừa chuẩn được áp dụng cho các nhóm người bệnh:</w:t>
      </w:r>
    </w:p>
    <w:p>
      <w:pPr>
        <w:pStyle w:val="ListParagraph"/>
      </w:pPr>
      <w:r>
        <w:rPr>
          <w:sz w:val="22"/>
        </w:rPr>
        <w:t>A. Chỉ những người bệnh vào viện để phẫu thuật</w:t>
      </w:r>
    </w:p>
    <w:p>
      <w:pPr>
        <w:pStyle w:val="ListParagraph"/>
      </w:pPr>
      <w:r>
        <w:rPr>
          <w:sz w:val="22"/>
        </w:rPr>
        <w:t>B. Chỉ những người bệnh HIV/AIDS</w:t>
      </w:r>
    </w:p>
    <w:p>
      <w:pPr>
        <w:pStyle w:val="ListParagraph"/>
      </w:pPr>
      <w:r>
        <w:rPr>
          <w:sz w:val="22"/>
        </w:rPr>
        <w:t>C. Chỉ những người bệnh viêm gan B</w:t>
      </w:r>
    </w:p>
    <w:p>
      <w:pPr>
        <w:pStyle w:val="ListParagraph"/>
      </w:pPr>
      <w:r>
        <w:rPr>
          <w:sz w:val="22"/>
        </w:rPr>
        <w:t>D. Mọi người bệnh, không phụ thuộc vào người đó có mắc bệnh nhiễm trùng hay không</w:t>
      </w:r>
    </w:p>
    <w:p/>
    <w:p>
      <w:r>
        <w:rPr>
          <w:b/>
          <w:sz w:val="24"/>
        </w:rPr>
        <w:t>Câu 7: Thực hiện Phòng ngừa chuẩn giúp phòng ngừa và kiểm soát lây nhiễm các bệnh nguyên có trong:</w:t>
      </w:r>
    </w:p>
    <w:p>
      <w:pPr>
        <w:pStyle w:val="ListParagraph"/>
      </w:pPr>
      <w:r>
        <w:rPr>
          <w:sz w:val="22"/>
        </w:rPr>
        <w:t>A. Máu</w:t>
      </w:r>
    </w:p>
    <w:p>
      <w:pPr>
        <w:pStyle w:val="ListParagraph"/>
      </w:pPr>
      <w:r>
        <w:rPr>
          <w:sz w:val="22"/>
        </w:rPr>
        <w:t>B. Chất tiết</w:t>
      </w:r>
    </w:p>
    <w:p>
      <w:pPr>
        <w:pStyle w:val="ListParagraph"/>
      </w:pPr>
      <w:r>
        <w:rPr>
          <w:sz w:val="22"/>
        </w:rPr>
        <w:t>C. Chất bài tiết</w:t>
      </w:r>
    </w:p>
    <w:p>
      <w:pPr>
        <w:pStyle w:val="ListParagraph"/>
      </w:pPr>
      <w:r>
        <w:rPr>
          <w:sz w:val="22"/>
        </w:rPr>
        <w:t>D. Tất cả các câu trên đều đúng</w:t>
      </w:r>
    </w:p>
    <w:p/>
    <w:p>
      <w:r>
        <w:rPr>
          <w:b/>
          <w:sz w:val="24"/>
        </w:rPr>
        <w:t>Câu 8: Để ngăn ngừa các virus lây bệnh qua đường máu cho NVYT trong phòng ngừa phơi nhiễm nghề nghiệp chúng ta cần chú trọng hoạt động nào NHẤT trong các hoạt động sau:</w:t>
      </w:r>
    </w:p>
    <w:p>
      <w:pPr>
        <w:pStyle w:val="ListParagraph"/>
      </w:pPr>
      <w:r>
        <w:rPr>
          <w:sz w:val="22"/>
        </w:rPr>
        <w:t>A. Đẩy mạnh việc chủng ngừa viêm gan B</w:t>
      </w:r>
    </w:p>
    <w:p>
      <w:pPr>
        <w:pStyle w:val="ListParagraph"/>
      </w:pPr>
      <w:r>
        <w:rPr>
          <w:sz w:val="22"/>
        </w:rPr>
        <w:t>B. Coi tất cả máu và dịch đều có khả năng lây nhiễm</w:t>
      </w:r>
    </w:p>
    <w:p>
      <w:pPr>
        <w:pStyle w:val="ListParagraph"/>
      </w:pPr>
      <w:r>
        <w:rPr>
          <w:sz w:val="22"/>
        </w:rPr>
        <w:t>C. Ngăn ngừa các tổn thương xuyên thấu da</w:t>
      </w:r>
    </w:p>
    <w:p>
      <w:pPr>
        <w:pStyle w:val="ListParagraph"/>
      </w:pPr>
      <w:r>
        <w:rPr>
          <w:sz w:val="22"/>
        </w:rPr>
        <w:t>D. Tất cả các câu trên đều đúng</w:t>
      </w:r>
    </w:p>
    <w:p/>
    <w:p>
      <w:r>
        <w:rPr>
          <w:b/>
          <w:sz w:val="24"/>
        </w:rPr>
        <w:t>Câu 9: Những biện pháp nào sau đây KHÔNG nằm trong phòng ngừa chuẩn:</w:t>
      </w:r>
    </w:p>
    <w:p>
      <w:pPr>
        <w:pStyle w:val="ListParagraph"/>
      </w:pPr>
      <w:r>
        <w:rPr>
          <w:sz w:val="22"/>
        </w:rPr>
        <w:t>A. Rửa tay</w:t>
      </w:r>
    </w:p>
    <w:p>
      <w:pPr>
        <w:pStyle w:val="ListParagraph"/>
      </w:pPr>
      <w:r>
        <w:rPr>
          <w:sz w:val="22"/>
        </w:rPr>
        <w:t>B. Sử dụng đúng phương tiện phòng hộ cá nhân</w:t>
      </w:r>
    </w:p>
    <w:p>
      <w:pPr>
        <w:pStyle w:val="ListParagraph"/>
      </w:pPr>
      <w:r>
        <w:rPr>
          <w:sz w:val="22"/>
        </w:rPr>
        <w:t>C. Phòng ngừa tai nạn do vật sắc nhọn đâm</w:t>
      </w:r>
    </w:p>
    <w:p>
      <w:pPr>
        <w:pStyle w:val="ListParagraph"/>
      </w:pPr>
      <w:r>
        <w:rPr>
          <w:sz w:val="22"/>
        </w:rPr>
        <w:t>D. Sử dụng kháng sinh dự phòng lây nhiễm</w:t>
      </w:r>
    </w:p>
    <w:p/>
    <w:p>
      <w:r>
        <w:rPr>
          <w:b/>
          <w:sz w:val="24"/>
        </w:rPr>
        <w:t>Câu 10: Biện pháp nào dưới đây KHÔNG thuộc phòng ngừa chuẩn:</w:t>
      </w:r>
    </w:p>
    <w:p>
      <w:pPr>
        <w:pStyle w:val="ListParagraph"/>
      </w:pPr>
      <w:r>
        <w:rPr>
          <w:sz w:val="22"/>
        </w:rPr>
        <w:t>A. Vệ sinh tay</w:t>
      </w:r>
    </w:p>
    <w:p>
      <w:pPr>
        <w:pStyle w:val="ListParagraph"/>
      </w:pPr>
      <w:r>
        <w:rPr>
          <w:sz w:val="22"/>
        </w:rPr>
        <w:t>B. Mang phương tiện phòng hộ khi tiếp xúc với máu và dịch tiết</w:t>
      </w:r>
    </w:p>
    <w:p>
      <w:pPr>
        <w:pStyle w:val="ListParagraph"/>
      </w:pPr>
      <w:r>
        <w:rPr>
          <w:sz w:val="22"/>
        </w:rPr>
        <w:t>C. Mang khẩu trang khi chăm sóc cho tất cả người bệnh</w:t>
      </w:r>
    </w:p>
    <w:p>
      <w:pPr>
        <w:pStyle w:val="ListParagraph"/>
      </w:pPr>
      <w:r>
        <w:rPr>
          <w:sz w:val="22"/>
        </w:rPr>
        <w:t>D. Khử khuẩn tiệt khuẩn dụng cụ giữa mỗi người bệnh</w:t>
      </w:r>
    </w:p>
    <w:p/>
    <w:p>
      <w:r>
        <w:rPr>
          <w:b/>
          <w:sz w:val="24"/>
        </w:rPr>
        <w:t>Câu 11: Các đường lây truyền chính trong bệnh viện:</w:t>
      </w:r>
    </w:p>
    <w:p>
      <w:pPr>
        <w:pStyle w:val="ListParagraph"/>
      </w:pPr>
      <w:r>
        <w:rPr>
          <w:sz w:val="22"/>
        </w:rPr>
        <w:t>A. Đường không khí</w:t>
      </w:r>
    </w:p>
    <w:p>
      <w:pPr>
        <w:pStyle w:val="ListParagraph"/>
      </w:pPr>
      <w:r>
        <w:rPr>
          <w:sz w:val="22"/>
        </w:rPr>
        <w:t>B. Đường tiếp xúc</w:t>
      </w:r>
    </w:p>
    <w:p>
      <w:pPr>
        <w:pStyle w:val="ListParagraph"/>
      </w:pPr>
      <w:r>
        <w:rPr>
          <w:sz w:val="22"/>
        </w:rPr>
        <w:t>C. Đường giọt bắn</w:t>
      </w:r>
    </w:p>
    <w:p>
      <w:pPr>
        <w:pStyle w:val="ListParagraph"/>
      </w:pPr>
      <w:r>
        <w:rPr>
          <w:sz w:val="22"/>
        </w:rPr>
        <w:t>D. Tất cả đều đúng</w:t>
      </w:r>
    </w:p>
    <w:p/>
    <w:p>
      <w:r>
        <w:rPr>
          <w:b/>
          <w:sz w:val="24"/>
        </w:rPr>
        <w:t>Câu 12: Con đường dẫn đến nhiễm khuẩn hô hấp dưới là:</w:t>
      </w:r>
    </w:p>
    <w:p>
      <w:pPr>
        <w:pStyle w:val="ListParagraph"/>
      </w:pPr>
      <w:r>
        <w:rPr>
          <w:sz w:val="22"/>
        </w:rPr>
        <w:t>A. Không khí, giọt bắn, bàn tay nhân viên y tế</w:t>
      </w:r>
    </w:p>
    <w:p>
      <w:pPr>
        <w:pStyle w:val="ListParagraph"/>
      </w:pPr>
      <w:r>
        <w:rPr>
          <w:sz w:val="22"/>
        </w:rPr>
        <w:t>B. Không khí, giọt bắn, dụng cụ hô hấp, bàn tay nhân viên y tế</w:t>
      </w:r>
    </w:p>
    <w:p>
      <w:pPr>
        <w:pStyle w:val="ListParagraph"/>
      </w:pPr>
      <w:r>
        <w:rPr>
          <w:sz w:val="22"/>
        </w:rPr>
        <w:t>C. Không khí, giọt bắn, dụng cụ hô hấp, bàn tay nhân viên y tế, chất tiết vùng hầu họng</w:t>
      </w:r>
    </w:p>
    <w:p>
      <w:pPr>
        <w:pStyle w:val="ListParagraph"/>
      </w:pPr>
      <w:r>
        <w:rPr>
          <w:sz w:val="22"/>
        </w:rPr>
        <w:t>D. Chỉ lây truyền qua đường không khí và giọt bắn</w:t>
      </w:r>
    </w:p>
    <w:p/>
    <w:p>
      <w:r>
        <w:rPr>
          <w:b/>
          <w:sz w:val="24"/>
        </w:rPr>
        <w:t>Câu 13: Biện pháp cách ly đối với người bệnh bị lao phổi:</w:t>
      </w:r>
    </w:p>
    <w:p>
      <w:pPr>
        <w:pStyle w:val="ListParagraph"/>
      </w:pPr>
      <w:r>
        <w:rPr>
          <w:sz w:val="22"/>
        </w:rPr>
        <w:t>A. Phòng ngừa chuẩn phòng ngừa lây truyền qua đường không khí</w:t>
      </w:r>
    </w:p>
    <w:p>
      <w:pPr>
        <w:pStyle w:val="ListParagraph"/>
      </w:pPr>
      <w:r>
        <w:rPr>
          <w:sz w:val="22"/>
        </w:rPr>
        <w:t>B. Phòng ngừa chuẩn và phòng ngừa lây truyền qua đường không khí</w:t>
      </w:r>
    </w:p>
    <w:p>
      <w:pPr>
        <w:pStyle w:val="ListParagraph"/>
      </w:pPr>
      <w:r>
        <w:rPr>
          <w:sz w:val="22"/>
        </w:rPr>
        <w:t>C. Phòng ngừa chuẩn và phòng ngừa lây qua đường tiếp xúc</w:t>
      </w:r>
    </w:p>
    <w:p>
      <w:pPr>
        <w:pStyle w:val="ListParagraph"/>
      </w:pPr>
      <w:r>
        <w:rPr>
          <w:sz w:val="22"/>
        </w:rPr>
        <w:t>D. Phòng ngừa chuẩn và phòng ngừa lây qua đường giọt bắn và không khí</w:t>
      </w:r>
    </w:p>
    <w:p/>
    <w:p>
      <w:r>
        <w:rPr>
          <w:b/>
          <w:sz w:val="24"/>
        </w:rPr>
        <w:t>Câu 14: Biện pháp cách ly đối với người bệnh bị sởi:</w:t>
      </w:r>
    </w:p>
    <w:p>
      <w:pPr>
        <w:pStyle w:val="ListParagraph"/>
      </w:pPr>
      <w:r>
        <w:rPr>
          <w:sz w:val="22"/>
        </w:rPr>
        <w:t>A. Phòng ngừa chuẩn phòng ngừa lây truyền qua đường không khí</w:t>
      </w:r>
    </w:p>
    <w:p>
      <w:pPr>
        <w:pStyle w:val="ListParagraph"/>
      </w:pPr>
      <w:r>
        <w:rPr>
          <w:sz w:val="22"/>
        </w:rPr>
        <w:t>B. Phòng ngừa chuẩn và phòng ngừa lây truyền qua đường không khí</w:t>
      </w:r>
    </w:p>
    <w:p>
      <w:pPr>
        <w:pStyle w:val="ListParagraph"/>
      </w:pPr>
      <w:r>
        <w:rPr>
          <w:sz w:val="22"/>
        </w:rPr>
        <w:t>C. Phòng ngừa chuẩn và phòng ngừa lây qua đường tiếp xúc</w:t>
      </w:r>
    </w:p>
    <w:p>
      <w:pPr>
        <w:pStyle w:val="ListParagraph"/>
      </w:pPr>
      <w:r>
        <w:rPr>
          <w:sz w:val="22"/>
        </w:rPr>
        <w:t>D. Phòng ngừa chuẩn và phòng ngừa lây qua đường giọt bắn và không khí</w:t>
      </w:r>
    </w:p>
    <w:p/>
    <w:p>
      <w:r>
        <w:rPr>
          <w:b/>
          <w:sz w:val="24"/>
        </w:rPr>
        <w:t>Câu 15: Biện pháp chủ yếu để phòng ngừa lây truyền qua đường giọt bắn là:</w:t>
      </w:r>
    </w:p>
    <w:p>
      <w:pPr>
        <w:pStyle w:val="ListParagraph"/>
      </w:pPr>
      <w:r>
        <w:rPr>
          <w:sz w:val="22"/>
        </w:rPr>
        <w:t>A. Mang khẩu trang, vấn đề thông khí và xử lý không khí đặc biệt không cần đặt ra</w:t>
      </w:r>
    </w:p>
    <w:p>
      <w:pPr>
        <w:pStyle w:val="ListParagraph"/>
      </w:pPr>
      <w:r>
        <w:rPr>
          <w:sz w:val="22"/>
        </w:rPr>
        <w:t>B. Giữ bệnh nhân cách nhau tối thiểu 1 m</w:t>
      </w:r>
    </w:p>
    <w:p>
      <w:pPr>
        <w:pStyle w:val="ListParagraph"/>
      </w:pPr>
      <w:r>
        <w:rPr>
          <w:sz w:val="22"/>
        </w:rPr>
        <w:t>C. Hạn chế tối đa vận chuyển người bệnh</w:t>
      </w:r>
    </w:p>
    <w:p>
      <w:pPr>
        <w:pStyle w:val="ListParagraph"/>
      </w:pPr>
      <w:r>
        <w:rPr>
          <w:sz w:val="22"/>
        </w:rPr>
        <w:t>D. Tất cả các câu trên đều đúng</w:t>
      </w:r>
    </w:p>
    <w:p/>
    <w:p>
      <w:r>
        <w:rPr>
          <w:b/>
          <w:sz w:val="24"/>
        </w:rPr>
        <w:t>Câu 16: Khi chăm sóc một người bệnh cúm A(H5N1) bạn cần phải áp dụng những biện pháp phòng ngừa nào sau đây:</w:t>
      </w:r>
    </w:p>
    <w:p>
      <w:pPr>
        <w:pStyle w:val="ListParagraph"/>
      </w:pPr>
      <w:r>
        <w:rPr>
          <w:sz w:val="22"/>
        </w:rPr>
        <w:t>A. Phòng ngừa chuẩn</w:t>
      </w:r>
    </w:p>
    <w:p>
      <w:pPr>
        <w:pStyle w:val="ListParagraph"/>
      </w:pPr>
      <w:r>
        <w:rPr>
          <w:sz w:val="22"/>
        </w:rPr>
        <w:t>B. Phòng ngừa lây qua đường tiếp xúc</w:t>
      </w:r>
    </w:p>
    <w:p>
      <w:pPr>
        <w:pStyle w:val="ListParagraph"/>
      </w:pPr>
      <w:r>
        <w:rPr>
          <w:sz w:val="22"/>
        </w:rPr>
        <w:t>C. Phòng ngừa lây qua đường giọt bắn</w:t>
      </w:r>
    </w:p>
    <w:p>
      <w:pPr>
        <w:pStyle w:val="ListParagraph"/>
      </w:pPr>
      <w:r>
        <w:rPr>
          <w:sz w:val="22"/>
        </w:rPr>
        <w:t>D. Tất cả các câu trên đều đúng</w:t>
      </w:r>
    </w:p>
    <w:p/>
    <w:p>
      <w:r>
        <w:rPr>
          <w:b/>
          <w:sz w:val="24"/>
        </w:rPr>
        <w:t>Câu 17: Khi chăm sóc cho một người bệnh mắc cúm, biện pháp tốt nhất để kiểm soát lây nhiễm các giọt bắn đường hô hấp là:</w:t>
      </w:r>
    </w:p>
    <w:p>
      <w:pPr>
        <w:pStyle w:val="ListParagraph"/>
      </w:pPr>
      <w:r>
        <w:rPr>
          <w:sz w:val="22"/>
        </w:rPr>
        <w:t>A. Luôn bố trí người bệnh trong buồng dự phòng lây truyền đường không khí</w:t>
      </w:r>
    </w:p>
    <w:p>
      <w:pPr>
        <w:pStyle w:val="ListParagraph"/>
      </w:pPr>
      <w:r>
        <w:rPr>
          <w:sz w:val="22"/>
        </w:rPr>
        <w:t>B. Mang một khẩu trang có hiệu lực lọc cao</w:t>
      </w:r>
    </w:p>
    <w:p>
      <w:pPr>
        <w:pStyle w:val="ListParagraph"/>
      </w:pPr>
      <w:r>
        <w:rPr>
          <w:sz w:val="22"/>
        </w:rPr>
        <w:t>C. Mang một khẩu trang y tế khi ở cách người bệnh trong vòng 1 mét</w:t>
      </w:r>
    </w:p>
    <w:p>
      <w:pPr>
        <w:pStyle w:val="ListParagraph"/>
      </w:pPr>
      <w:r>
        <w:rPr>
          <w:sz w:val="22"/>
        </w:rPr>
        <w:t>D. Mang một khẩu trang y tế khi lấy bệnh phẩm đờm</w:t>
      </w:r>
    </w:p>
    <w:p/>
    <w:p>
      <w:r>
        <w:rPr>
          <w:b/>
          <w:sz w:val="24"/>
        </w:rPr>
        <w:t>Câu 18: Khi vào phòng cách ly người bệnh cúm H5N1 hoặc MERS-CoV có làm thủ thuật tạo khí dung, nhân viên y tế cần mang phương tiện phòng hộ cá nhân:</w:t>
      </w:r>
    </w:p>
    <w:p>
      <w:pPr>
        <w:pStyle w:val="ListParagraph"/>
      </w:pPr>
      <w:r>
        <w:rPr>
          <w:sz w:val="22"/>
        </w:rPr>
        <w:t>A. Áo choàng, bao giày, găng tay, khẩu trang y tế</w:t>
      </w:r>
    </w:p>
    <w:p>
      <w:pPr>
        <w:pStyle w:val="ListParagraph"/>
      </w:pPr>
      <w:r>
        <w:rPr>
          <w:sz w:val="22"/>
        </w:rPr>
        <w:t>B. Áo choàng, găng tay, khẩu trang y tế</w:t>
      </w:r>
    </w:p>
    <w:p>
      <w:pPr>
        <w:pStyle w:val="ListParagraph"/>
      </w:pPr>
      <w:r>
        <w:rPr>
          <w:sz w:val="22"/>
        </w:rPr>
        <w:t>C. Áo choàng, bao giày, găng tay, khẩu trang N 95</w:t>
      </w:r>
    </w:p>
    <w:p>
      <w:pPr>
        <w:pStyle w:val="ListParagraph"/>
      </w:pPr>
      <w:r>
        <w:rPr>
          <w:sz w:val="22"/>
        </w:rPr>
        <w:t>D. Áo choàng, găng tay, khẩu trang N 95</w:t>
      </w:r>
    </w:p>
    <w:p/>
    <w:p>
      <w:r>
        <w:rPr>
          <w:b/>
          <w:sz w:val="24"/>
        </w:rPr>
        <w:t>Câu 19: Khi làm sạch và khử khuẩn dụng cụ, nhân viên y tế cần mang:</w:t>
      </w:r>
    </w:p>
    <w:p>
      <w:pPr>
        <w:pStyle w:val="ListParagraph"/>
      </w:pPr>
      <w:r>
        <w:rPr>
          <w:sz w:val="22"/>
        </w:rPr>
        <w:t>A. Áo choàng và găng tay</w:t>
      </w:r>
    </w:p>
    <w:p>
      <w:pPr>
        <w:pStyle w:val="ListParagraph"/>
      </w:pPr>
      <w:r>
        <w:rPr>
          <w:sz w:val="22"/>
        </w:rPr>
        <w:t>B. Áo choàng, tạp dề cao su và găng tay</w:t>
      </w:r>
    </w:p>
    <w:p>
      <w:pPr>
        <w:pStyle w:val="ListParagraph"/>
      </w:pPr>
      <w:r>
        <w:rPr>
          <w:sz w:val="22"/>
        </w:rPr>
        <w:t>C. Áo choàng, tạp dề cao su, găng tay và khẩu trang y tế</w:t>
      </w:r>
    </w:p>
    <w:p>
      <w:pPr>
        <w:pStyle w:val="ListParagraph"/>
      </w:pPr>
      <w:r>
        <w:rPr>
          <w:sz w:val="22"/>
        </w:rPr>
        <w:t>D. Áo choàng, tạp dề cao su, găng tay, kính mắt bảo hộ và khẩu trang y tế</w:t>
      </w:r>
    </w:p>
    <w:p/>
    <w:p>
      <w:r>
        <w:rPr>
          <w:b/>
          <w:sz w:val="24"/>
        </w:rPr>
        <w:t>Câu 20: Trang bị cần thiết để phòng hộ cá nhân khi thu gom, xử lý đồ vải bẩn gồm:</w:t>
      </w:r>
    </w:p>
    <w:p>
      <w:pPr>
        <w:pStyle w:val="ListParagraph"/>
      </w:pPr>
      <w:r>
        <w:rPr>
          <w:sz w:val="22"/>
        </w:rPr>
        <w:t>A. Quần áo bảo hộ lao động và găng tay vệ sinh</w:t>
      </w:r>
    </w:p>
    <w:p>
      <w:pPr>
        <w:pStyle w:val="ListParagraph"/>
      </w:pPr>
      <w:r>
        <w:rPr>
          <w:sz w:val="22"/>
        </w:rPr>
        <w:t>B. Quần áo bảo hộ lao động, găng tay vệ sinh và khẩu trang</w:t>
      </w:r>
    </w:p>
    <w:p>
      <w:pPr>
        <w:pStyle w:val="ListParagraph"/>
      </w:pPr>
      <w:r>
        <w:rPr>
          <w:sz w:val="22"/>
        </w:rPr>
        <w:t>C. Quần áo bảo hộ lao động, găng tay vệ sinh, khẩu trang và tạp dề</w:t>
      </w:r>
    </w:p>
    <w:p>
      <w:pPr>
        <w:pStyle w:val="ListParagraph"/>
      </w:pPr>
      <w:r>
        <w:rPr>
          <w:sz w:val="22"/>
        </w:rPr>
        <w:t>D. Quần áo bảo hộ lao động, găng tay vệ sinh, khẩu trang, tạp dề và ủng cao su</w:t>
      </w:r>
    </w:p>
    <w:p/>
    <w:p>
      <w:r>
        <w:t>──────────────────────────────────────────────────</w:t>
      </w:r>
    </w:p>
    <w:p>
      <w:r>
        <w:rPr>
          <w:b/>
        </w:rPr>
        <w:t>BẢNG ĐÁP ÁN &amp; LỜI GIẢI CHI TIẾT</w:t>
      </w:r>
    </w:p>
    <w:p>
      <w:r>
        <w:rPr>
          <w:b/>
        </w:rPr>
        <w:t>Câu 1: Đáp án đúng: C</w:t>
      </w:r>
    </w:p>
    <w:p>
      <w:r>
        <w:rPr>
          <w:b/>
        </w:rPr>
        <w:t>Câu 2: Đáp án đúng: D</w:t>
      </w:r>
    </w:p>
    <w:p>
      <w:r>
        <w:rPr>
          <w:b/>
        </w:rPr>
        <w:t>Câu 3: Đáp án đúng: D</w:t>
      </w:r>
    </w:p>
    <w:p>
      <w:r>
        <w:rPr>
          <w:b/>
        </w:rPr>
        <w:t>Câu 4: Đáp án đúng: D</w:t>
      </w:r>
    </w:p>
    <w:p>
      <w:r>
        <w:rPr>
          <w:b/>
        </w:rPr>
        <w:t>Câu 5: Đáp án đúng: D</w:t>
      </w:r>
    </w:p>
    <w:p>
      <w:r>
        <w:rPr>
          <w:b/>
        </w:rPr>
        <w:t>Câu 6: Đáp án đúng: D</w:t>
      </w:r>
    </w:p>
    <w:p>
      <w:r>
        <w:rPr>
          <w:b/>
        </w:rPr>
        <w:t>Câu 7: Đáp án đúng: D</w:t>
      </w:r>
    </w:p>
    <w:p>
      <w:r>
        <w:rPr>
          <w:b/>
        </w:rPr>
        <w:t>Câu 8: Đáp án đúng: D</w:t>
      </w:r>
    </w:p>
    <w:p>
      <w:r>
        <w:rPr>
          <w:b/>
        </w:rPr>
        <w:t>Câu 9: Đáp án đúng: D</w:t>
      </w:r>
    </w:p>
    <w:p>
      <w:r>
        <w:rPr>
          <w:b/>
        </w:rPr>
        <w:t>Câu 10: Đáp án đúng: C</w:t>
      </w:r>
    </w:p>
    <w:p>
      <w:r>
        <w:rPr>
          <w:b/>
        </w:rPr>
        <w:t>Câu 11: Đáp án đúng: D</w:t>
      </w:r>
    </w:p>
    <w:p>
      <w:r>
        <w:rPr>
          <w:b/>
        </w:rPr>
        <w:t>Câu 12: Đáp án đúng: C</w:t>
      </w:r>
    </w:p>
    <w:p>
      <w:r>
        <w:rPr>
          <w:b/>
        </w:rPr>
        <w:t>Câu 13: Đáp án đúng: B</w:t>
      </w:r>
    </w:p>
    <w:p>
      <w:r>
        <w:rPr>
          <w:b/>
        </w:rPr>
        <w:t>Câu 14: Đáp án đúng: B</w:t>
      </w:r>
    </w:p>
    <w:p>
      <w:r>
        <w:rPr>
          <w:b/>
        </w:rPr>
        <w:t>Câu 15: Đáp án đúng: B</w:t>
      </w:r>
    </w:p>
    <w:p>
      <w:r>
        <w:rPr>
          <w:b/>
        </w:rPr>
        <w:t>Câu 16: Đáp án đúng: D</w:t>
      </w:r>
    </w:p>
    <w:p>
      <w:r>
        <w:rPr>
          <w:b/>
        </w:rPr>
        <w:t>Câu 17: Đáp án đúng: C</w:t>
      </w:r>
    </w:p>
    <w:p>
      <w:r>
        <w:rPr>
          <w:b/>
        </w:rPr>
        <w:t>Câu 18: Đáp án đúng: C</w:t>
      </w:r>
    </w:p>
    <w:p>
      <w:r>
        <w:rPr>
          <w:b/>
        </w:rPr>
        <w:t>Câu 19: Đáp án đúng: C</w:t>
      </w:r>
    </w:p>
    <w:p>
      <w:r>
        <w:rPr>
          <w:b/>
        </w:rPr>
        <w:t>Câu 20: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