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A. VOCABULARY – TỪ VỰNG</w:t>
      </w:r>
    </w:p>
    <w:p>
      <w:pPr>
        <w:jc w:val="center"/>
      </w:pPr>
      <w:r>
        <w:rPr>
          <w:sz w:val="22"/>
        </w:rPr>
        <w:t>Số câu: 50    Thời gian: _____ phút    Họ và tên: _________________________</w:t>
      </w:r>
    </w:p>
    <w:p/>
    <w:p>
      <w:r>
        <w:rPr>
          <w:b/>
          <w:sz w:val="24"/>
        </w:rPr>
        <w:t>Câu 1: Regular exercise can help prevent many ______ diseases, such as heart disease and diabetes.</w:t>
      </w:r>
    </w:p>
    <w:p>
      <w:pPr>
        <w:pStyle w:val="ListParagraph"/>
      </w:pPr>
      <w:r>
        <w:rPr>
          <w:sz w:val="22"/>
        </w:rPr>
        <w:t>A. chronic</w:t>
      </w:r>
    </w:p>
    <w:p>
      <w:pPr>
        <w:pStyle w:val="ListParagraph"/>
      </w:pPr>
      <w:r>
        <w:rPr>
          <w:sz w:val="22"/>
        </w:rPr>
        <w:t>B. harmful</w:t>
      </w:r>
    </w:p>
    <w:p>
      <w:pPr>
        <w:pStyle w:val="ListParagraph"/>
      </w:pPr>
      <w:r>
        <w:rPr>
          <w:sz w:val="22"/>
        </w:rPr>
        <w:t>C. elderly</w:t>
      </w:r>
    </w:p>
    <w:p>
      <w:pPr>
        <w:pStyle w:val="ListParagraph"/>
      </w:pPr>
      <w:r>
        <w:rPr>
          <w:sz w:val="22"/>
        </w:rPr>
        <w:t>D. balanced</w:t>
      </w:r>
    </w:p>
    <w:p/>
    <w:p>
      <w:r>
        <w:rPr>
          <w:b/>
          <w:sz w:val="24"/>
        </w:rPr>
        <w:t>Câu 2: Eating a ______ diet is important for maintaining good health.</w:t>
      </w:r>
    </w:p>
    <w:p>
      <w:pPr>
        <w:pStyle w:val="ListParagraph"/>
      </w:pPr>
      <w:r>
        <w:rPr>
          <w:sz w:val="22"/>
        </w:rPr>
        <w:t>A. balanced</w:t>
      </w:r>
    </w:p>
    <w:p>
      <w:pPr>
        <w:pStyle w:val="ListParagraph"/>
      </w:pPr>
      <w:r>
        <w:rPr>
          <w:sz w:val="22"/>
        </w:rPr>
        <w:t>B. stressful</w:t>
      </w:r>
    </w:p>
    <w:p>
      <w:pPr>
        <w:pStyle w:val="ListParagraph"/>
      </w:pPr>
      <w:r>
        <w:rPr>
          <w:sz w:val="22"/>
        </w:rPr>
        <w:t>C. harmful</w:t>
      </w:r>
    </w:p>
    <w:p>
      <w:pPr>
        <w:pStyle w:val="ListParagraph"/>
      </w:pPr>
      <w:r>
        <w:rPr>
          <w:sz w:val="22"/>
        </w:rPr>
        <w:t>D. infectious</w:t>
      </w:r>
    </w:p>
    <w:p/>
    <w:p>
      <w:r>
        <w:rPr>
          <w:b/>
          <w:sz w:val="24"/>
        </w:rPr>
        <w:t>Câu 3: You should eat more fresh fruit and vegetables because they are rich in ______.</w:t>
      </w:r>
    </w:p>
    <w:p>
      <w:pPr>
        <w:pStyle w:val="ListParagraph"/>
      </w:pPr>
      <w:r>
        <w:rPr>
          <w:sz w:val="22"/>
        </w:rPr>
        <w:t>A. nutrients</w:t>
      </w:r>
    </w:p>
    <w:p>
      <w:pPr>
        <w:pStyle w:val="ListParagraph"/>
      </w:pPr>
      <w:r>
        <w:rPr>
          <w:sz w:val="22"/>
        </w:rPr>
        <w:t>B. habits</w:t>
      </w:r>
    </w:p>
    <w:p>
      <w:pPr>
        <w:pStyle w:val="ListParagraph"/>
      </w:pPr>
      <w:r>
        <w:rPr>
          <w:sz w:val="22"/>
        </w:rPr>
        <w:t>C. pressure</w:t>
      </w:r>
    </w:p>
    <w:p>
      <w:pPr>
        <w:pStyle w:val="ListParagraph"/>
      </w:pPr>
      <w:r>
        <w:rPr>
          <w:sz w:val="22"/>
        </w:rPr>
        <w:t>D. treatments</w:t>
      </w:r>
    </w:p>
    <w:p/>
    <w:p>
      <w:r>
        <w:rPr>
          <w:b/>
          <w:sz w:val="24"/>
        </w:rPr>
        <w:t>Câu 4: Drinking enough water is essential for keeping your body ______.</w:t>
      </w:r>
    </w:p>
    <w:p>
      <w:pPr>
        <w:pStyle w:val="ListParagraph"/>
      </w:pPr>
      <w:r>
        <w:rPr>
          <w:sz w:val="22"/>
        </w:rPr>
        <w:t>A. hydrated</w:t>
      </w:r>
    </w:p>
    <w:p>
      <w:pPr>
        <w:pStyle w:val="ListParagraph"/>
      </w:pPr>
      <w:r>
        <w:rPr>
          <w:sz w:val="22"/>
        </w:rPr>
        <w:t>B. stressful</w:t>
      </w:r>
    </w:p>
    <w:p>
      <w:pPr>
        <w:pStyle w:val="ListParagraph"/>
      </w:pPr>
      <w:r>
        <w:rPr>
          <w:sz w:val="22"/>
        </w:rPr>
        <w:t>C. harmful</w:t>
      </w:r>
    </w:p>
    <w:p>
      <w:pPr>
        <w:pStyle w:val="ListParagraph"/>
      </w:pPr>
      <w:r>
        <w:rPr>
          <w:sz w:val="22"/>
        </w:rPr>
        <w:t>D. elderly</w:t>
      </w:r>
    </w:p>
    <w:p/>
    <w:p>
      <w:r>
        <w:rPr>
          <w:b/>
          <w:sz w:val="24"/>
        </w:rPr>
        <w:t>Câu 5: Too much sugar and salt can have a negative ______ on your health.</w:t>
      </w:r>
    </w:p>
    <w:p>
      <w:pPr>
        <w:pStyle w:val="ListParagraph"/>
      </w:pPr>
      <w:r>
        <w:rPr>
          <w:sz w:val="22"/>
        </w:rPr>
        <w:t>A. impact</w:t>
      </w:r>
    </w:p>
    <w:p>
      <w:pPr>
        <w:pStyle w:val="ListParagraph"/>
      </w:pPr>
      <w:r>
        <w:rPr>
          <w:sz w:val="22"/>
        </w:rPr>
        <w:t>B. habit</w:t>
      </w:r>
    </w:p>
    <w:p>
      <w:pPr>
        <w:pStyle w:val="ListParagraph"/>
      </w:pPr>
      <w:r>
        <w:rPr>
          <w:sz w:val="22"/>
        </w:rPr>
        <w:t>C. lifestyle</w:t>
      </w:r>
    </w:p>
    <w:p>
      <w:pPr>
        <w:pStyle w:val="ListParagraph"/>
      </w:pPr>
      <w:r>
        <w:rPr>
          <w:sz w:val="22"/>
        </w:rPr>
        <w:t>D. nutrient</w:t>
      </w:r>
    </w:p>
    <w:p/>
    <w:p>
      <w:r>
        <w:rPr>
          <w:b/>
          <w:sz w:val="24"/>
        </w:rPr>
        <w:t>Câu 6: My grandmother is 85, but she is still very ______ and enjoys gardening every day.</w:t>
      </w:r>
    </w:p>
    <w:p>
      <w:pPr>
        <w:pStyle w:val="ListParagraph"/>
      </w:pPr>
      <w:r>
        <w:rPr>
          <w:sz w:val="22"/>
        </w:rPr>
        <w:t>A. active</w:t>
      </w:r>
    </w:p>
    <w:p>
      <w:pPr>
        <w:pStyle w:val="ListParagraph"/>
      </w:pPr>
      <w:r>
        <w:rPr>
          <w:sz w:val="22"/>
        </w:rPr>
        <w:t>B. harmful</w:t>
      </w:r>
    </w:p>
    <w:p>
      <w:pPr>
        <w:pStyle w:val="ListParagraph"/>
      </w:pPr>
      <w:r>
        <w:rPr>
          <w:sz w:val="22"/>
        </w:rPr>
        <w:t>C. chronic</w:t>
      </w:r>
    </w:p>
    <w:p>
      <w:pPr>
        <w:pStyle w:val="ListParagraph"/>
      </w:pPr>
      <w:r>
        <w:rPr>
          <w:sz w:val="22"/>
        </w:rPr>
        <w:t>D. balanced</w:t>
      </w:r>
    </w:p>
    <w:p/>
    <w:p>
      <w:r>
        <w:rPr>
          <w:b/>
          <w:sz w:val="24"/>
        </w:rPr>
        <w:t>Câu 7: Lack of sleep may lead to health ______ such as obesity and heart problems.</w:t>
      </w:r>
    </w:p>
    <w:p>
      <w:pPr>
        <w:pStyle w:val="ListParagraph"/>
      </w:pPr>
      <w:r>
        <w:rPr>
          <w:sz w:val="22"/>
        </w:rPr>
        <w:t>A. problems</w:t>
      </w:r>
    </w:p>
    <w:p>
      <w:pPr>
        <w:pStyle w:val="ListParagraph"/>
      </w:pPr>
      <w:r>
        <w:rPr>
          <w:sz w:val="22"/>
        </w:rPr>
        <w:t>B. nutrients</w:t>
      </w:r>
    </w:p>
    <w:p>
      <w:pPr>
        <w:pStyle w:val="ListParagraph"/>
      </w:pPr>
      <w:r>
        <w:rPr>
          <w:sz w:val="22"/>
        </w:rPr>
        <w:t>C. habits</w:t>
      </w:r>
    </w:p>
    <w:p>
      <w:pPr>
        <w:pStyle w:val="ListParagraph"/>
      </w:pPr>
      <w:r>
        <w:rPr>
          <w:sz w:val="22"/>
        </w:rPr>
        <w:t>D. benefits</w:t>
      </w:r>
    </w:p>
    <w:p/>
    <w:p>
      <w:r>
        <w:rPr>
          <w:b/>
          <w:sz w:val="24"/>
        </w:rPr>
        <w:t>Câu 8: A healthy ______ includes regular exercise, a balanced diet, and enough sleep.</w:t>
      </w:r>
    </w:p>
    <w:p>
      <w:pPr>
        <w:pStyle w:val="ListParagraph"/>
      </w:pPr>
      <w:r>
        <w:rPr>
          <w:sz w:val="22"/>
        </w:rPr>
        <w:t>A. lifestyle</w:t>
      </w:r>
    </w:p>
    <w:p>
      <w:pPr>
        <w:pStyle w:val="ListParagraph"/>
      </w:pPr>
      <w:r>
        <w:rPr>
          <w:sz w:val="22"/>
        </w:rPr>
        <w:t>B. pressure</w:t>
      </w:r>
    </w:p>
    <w:p>
      <w:pPr>
        <w:pStyle w:val="ListParagraph"/>
      </w:pPr>
      <w:r>
        <w:rPr>
          <w:sz w:val="22"/>
        </w:rPr>
        <w:t>C. disease</w:t>
      </w:r>
    </w:p>
    <w:p>
      <w:pPr>
        <w:pStyle w:val="ListParagraph"/>
      </w:pPr>
      <w:r>
        <w:rPr>
          <w:sz w:val="22"/>
        </w:rPr>
        <w:t>D. treatment</w:t>
      </w:r>
    </w:p>
    <w:p/>
    <w:p>
      <w:r>
        <w:rPr>
          <w:b/>
          <w:sz w:val="24"/>
        </w:rPr>
        <w:t>Câu 9: Smoking is a ______ habit that can cause serious health problems.</w:t>
      </w:r>
    </w:p>
    <w:p>
      <w:pPr>
        <w:pStyle w:val="ListParagraph"/>
      </w:pPr>
      <w:r>
        <w:rPr>
          <w:sz w:val="22"/>
        </w:rPr>
        <w:t>A. harmful</w:t>
      </w:r>
    </w:p>
    <w:p>
      <w:pPr>
        <w:pStyle w:val="ListParagraph"/>
      </w:pPr>
      <w:r>
        <w:rPr>
          <w:sz w:val="22"/>
        </w:rPr>
        <w:t>B. nutritious</w:t>
      </w:r>
    </w:p>
    <w:p>
      <w:pPr>
        <w:pStyle w:val="ListParagraph"/>
      </w:pPr>
      <w:r>
        <w:rPr>
          <w:sz w:val="22"/>
        </w:rPr>
        <w:t>C. balanced</w:t>
      </w:r>
    </w:p>
    <w:p>
      <w:pPr>
        <w:pStyle w:val="ListParagraph"/>
      </w:pPr>
      <w:r>
        <w:rPr>
          <w:sz w:val="22"/>
        </w:rPr>
        <w:t>D. active</w:t>
      </w:r>
    </w:p>
    <w:p/>
    <w:p>
      <w:r>
        <w:rPr>
          <w:b/>
          <w:sz w:val="24"/>
        </w:rPr>
        <w:t>Câu 10: Walking for thirty minutes every day can improve your physical ______.</w:t>
      </w:r>
    </w:p>
    <w:p>
      <w:pPr>
        <w:pStyle w:val="ListParagraph"/>
      </w:pPr>
      <w:r>
        <w:rPr>
          <w:sz w:val="22"/>
        </w:rPr>
        <w:t>A. fitness</w:t>
      </w:r>
    </w:p>
    <w:p>
      <w:pPr>
        <w:pStyle w:val="ListParagraph"/>
      </w:pPr>
      <w:r>
        <w:rPr>
          <w:sz w:val="22"/>
        </w:rPr>
        <w:t>B. pressure</w:t>
      </w:r>
    </w:p>
    <w:p>
      <w:pPr>
        <w:pStyle w:val="ListParagraph"/>
      </w:pPr>
      <w:r>
        <w:rPr>
          <w:sz w:val="22"/>
        </w:rPr>
        <w:t>C. treatment</w:t>
      </w:r>
    </w:p>
    <w:p>
      <w:pPr>
        <w:pStyle w:val="ListParagraph"/>
      </w:pPr>
      <w:r>
        <w:rPr>
          <w:sz w:val="22"/>
        </w:rPr>
        <w:t>D. disease</w:t>
      </w:r>
    </w:p>
    <w:p/>
    <w:p>
      <w:r>
        <w:rPr>
          <w:b/>
          <w:sz w:val="24"/>
        </w:rPr>
        <w:t>Câu 11: People who have high blood ______ should avoid eating too much salt.</w:t>
      </w:r>
    </w:p>
    <w:p>
      <w:pPr>
        <w:pStyle w:val="ListParagraph"/>
      </w:pPr>
      <w:r>
        <w:rPr>
          <w:sz w:val="22"/>
        </w:rPr>
        <w:t>A. pressure</w:t>
      </w:r>
    </w:p>
    <w:p>
      <w:pPr>
        <w:pStyle w:val="ListParagraph"/>
      </w:pPr>
      <w:r>
        <w:rPr>
          <w:sz w:val="22"/>
        </w:rPr>
        <w:t>B. balance</w:t>
      </w:r>
    </w:p>
    <w:p>
      <w:pPr>
        <w:pStyle w:val="ListParagraph"/>
      </w:pPr>
      <w:r>
        <w:rPr>
          <w:sz w:val="22"/>
        </w:rPr>
        <w:t>C. fitness</w:t>
      </w:r>
    </w:p>
    <w:p>
      <w:pPr>
        <w:pStyle w:val="ListParagraph"/>
      </w:pPr>
      <w:r>
        <w:rPr>
          <w:sz w:val="22"/>
        </w:rPr>
        <w:t>D. habit</w:t>
      </w:r>
    </w:p>
    <w:p/>
    <w:p>
      <w:r>
        <w:rPr>
          <w:b/>
          <w:sz w:val="24"/>
        </w:rPr>
        <w:t>Câu 12: Regular physical activity can help ______ the risk of developing heart disease.</w:t>
      </w:r>
    </w:p>
    <w:p>
      <w:pPr>
        <w:pStyle w:val="ListParagraph"/>
      </w:pPr>
      <w:r>
        <w:rPr>
          <w:sz w:val="22"/>
        </w:rPr>
        <w:t>A. reduce</w:t>
      </w:r>
    </w:p>
    <w:p>
      <w:pPr>
        <w:pStyle w:val="ListParagraph"/>
      </w:pPr>
      <w:r>
        <w:rPr>
          <w:sz w:val="22"/>
        </w:rPr>
        <w:t>B. increase</w:t>
      </w:r>
    </w:p>
    <w:p>
      <w:pPr>
        <w:pStyle w:val="ListParagraph"/>
      </w:pPr>
      <w:r>
        <w:rPr>
          <w:sz w:val="22"/>
        </w:rPr>
        <w:t>C. suffer</w:t>
      </w:r>
    </w:p>
    <w:p>
      <w:pPr>
        <w:pStyle w:val="ListParagraph"/>
      </w:pPr>
      <w:r>
        <w:rPr>
          <w:sz w:val="22"/>
        </w:rPr>
        <w:t>D. prevent from</w:t>
      </w:r>
    </w:p>
    <w:p/>
    <w:p>
      <w:r>
        <w:rPr>
          <w:b/>
          <w:sz w:val="24"/>
        </w:rPr>
        <w:t>Câu 13: Getting enough sleep is one of the best ways to ______ stress.</w:t>
      </w:r>
    </w:p>
    <w:p>
      <w:pPr>
        <w:pStyle w:val="ListParagraph"/>
      </w:pPr>
      <w:r>
        <w:rPr>
          <w:sz w:val="22"/>
        </w:rPr>
        <w:t>A. reduce</w:t>
      </w:r>
    </w:p>
    <w:p>
      <w:pPr>
        <w:pStyle w:val="ListParagraph"/>
      </w:pPr>
      <w:r>
        <w:rPr>
          <w:sz w:val="22"/>
        </w:rPr>
        <w:t>B. cause</w:t>
      </w:r>
    </w:p>
    <w:p>
      <w:pPr>
        <w:pStyle w:val="ListParagraph"/>
      </w:pPr>
      <w:r>
        <w:rPr>
          <w:sz w:val="22"/>
        </w:rPr>
        <w:t>C. increase</w:t>
      </w:r>
    </w:p>
    <w:p>
      <w:pPr>
        <w:pStyle w:val="ListParagraph"/>
      </w:pPr>
      <w:r>
        <w:rPr>
          <w:sz w:val="22"/>
        </w:rPr>
        <w:t>D. suffer</w:t>
      </w:r>
    </w:p>
    <w:p/>
    <w:p>
      <w:r>
        <w:rPr>
          <w:b/>
          <w:sz w:val="24"/>
        </w:rPr>
        <w:t>Câu 14: Eating vegetables provides the body with essential ______ such as vitamins and minerals.</w:t>
      </w:r>
    </w:p>
    <w:p>
      <w:pPr>
        <w:pStyle w:val="ListParagraph"/>
      </w:pPr>
      <w:r>
        <w:rPr>
          <w:sz w:val="22"/>
        </w:rPr>
        <w:t>A. nutrients</w:t>
      </w:r>
    </w:p>
    <w:p>
      <w:pPr>
        <w:pStyle w:val="ListParagraph"/>
      </w:pPr>
      <w:r>
        <w:rPr>
          <w:sz w:val="22"/>
        </w:rPr>
        <w:t>B. pressures</w:t>
      </w:r>
    </w:p>
    <w:p>
      <w:pPr>
        <w:pStyle w:val="ListParagraph"/>
      </w:pPr>
      <w:r>
        <w:rPr>
          <w:sz w:val="22"/>
        </w:rPr>
        <w:t>C. lifestyles</w:t>
      </w:r>
    </w:p>
    <w:p>
      <w:pPr>
        <w:pStyle w:val="ListParagraph"/>
      </w:pPr>
      <w:r>
        <w:rPr>
          <w:sz w:val="22"/>
        </w:rPr>
        <w:t>D. diseases</w:t>
      </w:r>
    </w:p>
    <w:p/>
    <w:p>
      <w:r>
        <w:rPr>
          <w:b/>
          <w:sz w:val="24"/>
        </w:rPr>
        <w:t>Câu 15: It is important to develop healthy ______ from a young age.</w:t>
      </w:r>
    </w:p>
    <w:p>
      <w:pPr>
        <w:pStyle w:val="ListParagraph"/>
      </w:pPr>
      <w:r>
        <w:rPr>
          <w:sz w:val="22"/>
        </w:rPr>
        <w:t>A. habits</w:t>
      </w:r>
    </w:p>
    <w:p>
      <w:pPr>
        <w:pStyle w:val="ListParagraph"/>
      </w:pPr>
      <w:r>
        <w:rPr>
          <w:sz w:val="22"/>
        </w:rPr>
        <w:t>B. diseases</w:t>
      </w:r>
    </w:p>
    <w:p>
      <w:pPr>
        <w:pStyle w:val="ListParagraph"/>
      </w:pPr>
      <w:r>
        <w:rPr>
          <w:sz w:val="22"/>
        </w:rPr>
        <w:t>C. pressures</w:t>
      </w:r>
    </w:p>
    <w:p>
      <w:pPr>
        <w:pStyle w:val="ListParagraph"/>
      </w:pPr>
      <w:r>
        <w:rPr>
          <w:sz w:val="22"/>
        </w:rPr>
        <w:t>D. treatments</w:t>
      </w:r>
    </w:p>
    <w:p/>
    <w:p>
      <w:r>
        <w:rPr>
          <w:b/>
          <w:sz w:val="24"/>
        </w:rPr>
        <w:t>Câu 16: Spending too much time sitting can increase the risk of becoming ______.</w:t>
      </w:r>
    </w:p>
    <w:p>
      <w:pPr>
        <w:pStyle w:val="ListParagraph"/>
      </w:pPr>
      <w:r>
        <w:rPr>
          <w:sz w:val="22"/>
        </w:rPr>
        <w:t>A. obese</w:t>
      </w:r>
    </w:p>
    <w:p>
      <w:pPr>
        <w:pStyle w:val="ListParagraph"/>
      </w:pPr>
      <w:r>
        <w:rPr>
          <w:sz w:val="22"/>
        </w:rPr>
        <w:t>B. nutritious</w:t>
      </w:r>
    </w:p>
    <w:p>
      <w:pPr>
        <w:pStyle w:val="ListParagraph"/>
      </w:pPr>
      <w:r>
        <w:rPr>
          <w:sz w:val="22"/>
        </w:rPr>
        <w:t>C. active</w:t>
      </w:r>
    </w:p>
    <w:p>
      <w:pPr>
        <w:pStyle w:val="ListParagraph"/>
      </w:pPr>
      <w:r>
        <w:rPr>
          <w:sz w:val="22"/>
        </w:rPr>
        <w:t>D. balanced</w:t>
      </w:r>
    </w:p>
    <w:p/>
    <w:p>
      <w:r>
        <w:rPr>
          <w:b/>
          <w:sz w:val="24"/>
        </w:rPr>
        <w:t>Câu 17: Doctors often advise patients to maintain a healthy weight and ______ regularly.</w:t>
      </w:r>
    </w:p>
    <w:p>
      <w:pPr>
        <w:pStyle w:val="ListParagraph"/>
      </w:pPr>
      <w:r>
        <w:rPr>
          <w:sz w:val="22"/>
        </w:rPr>
        <w:t>A. exercise</w:t>
      </w:r>
    </w:p>
    <w:p>
      <w:pPr>
        <w:pStyle w:val="ListParagraph"/>
      </w:pPr>
      <w:r>
        <w:rPr>
          <w:sz w:val="22"/>
        </w:rPr>
        <w:t>B. pressure</w:t>
      </w:r>
    </w:p>
    <w:p>
      <w:pPr>
        <w:pStyle w:val="ListParagraph"/>
      </w:pPr>
      <w:r>
        <w:rPr>
          <w:sz w:val="22"/>
        </w:rPr>
        <w:t>C. treatment</w:t>
      </w:r>
    </w:p>
    <w:p>
      <w:pPr>
        <w:pStyle w:val="ListParagraph"/>
      </w:pPr>
      <w:r>
        <w:rPr>
          <w:sz w:val="22"/>
        </w:rPr>
        <w:t>D. disease</w:t>
      </w:r>
    </w:p>
    <w:p/>
    <w:p>
      <w:r>
        <w:rPr>
          <w:b/>
          <w:sz w:val="24"/>
        </w:rPr>
        <w:t>Câu 18: Meditation and yoga can help people ______ stress and anxiety.</w:t>
      </w:r>
    </w:p>
    <w:p>
      <w:pPr>
        <w:pStyle w:val="ListParagraph"/>
      </w:pPr>
      <w:r>
        <w:rPr>
          <w:sz w:val="22"/>
        </w:rPr>
        <w:t>A. cope with</w:t>
      </w:r>
    </w:p>
    <w:p>
      <w:pPr>
        <w:pStyle w:val="ListParagraph"/>
      </w:pPr>
      <w:r>
        <w:rPr>
          <w:sz w:val="22"/>
        </w:rPr>
        <w:t>B. suffer from</w:t>
      </w:r>
    </w:p>
    <w:p>
      <w:pPr>
        <w:pStyle w:val="ListParagraph"/>
      </w:pPr>
      <w:r>
        <w:rPr>
          <w:sz w:val="22"/>
        </w:rPr>
        <w:t>C. take after</w:t>
      </w:r>
    </w:p>
    <w:p>
      <w:pPr>
        <w:pStyle w:val="ListParagraph"/>
      </w:pPr>
      <w:r>
        <w:rPr>
          <w:sz w:val="22"/>
        </w:rPr>
        <w:t>D. look after</w:t>
      </w:r>
    </w:p>
    <w:p/>
    <w:p>
      <w:r>
        <w:rPr>
          <w:b/>
          <w:sz w:val="24"/>
        </w:rPr>
        <w:t>Câu 19: My father has given up ______ because he wants to live a healthier life.</w:t>
      </w:r>
    </w:p>
    <w:p>
      <w:pPr>
        <w:pStyle w:val="ListParagraph"/>
      </w:pPr>
      <w:r>
        <w:rPr>
          <w:sz w:val="22"/>
        </w:rPr>
        <w:t>A. smoking</w:t>
      </w:r>
    </w:p>
    <w:p>
      <w:pPr>
        <w:pStyle w:val="ListParagraph"/>
      </w:pPr>
      <w:r>
        <w:rPr>
          <w:sz w:val="22"/>
        </w:rPr>
        <w:t>B. smoke</w:t>
      </w:r>
    </w:p>
    <w:p>
      <w:pPr>
        <w:pStyle w:val="ListParagraph"/>
      </w:pPr>
      <w:r>
        <w:rPr>
          <w:sz w:val="22"/>
        </w:rPr>
        <w:t>C. to smoke</w:t>
      </w:r>
    </w:p>
    <w:p>
      <w:pPr>
        <w:pStyle w:val="ListParagraph"/>
      </w:pPr>
      <w:r>
        <w:rPr>
          <w:sz w:val="22"/>
        </w:rPr>
        <w:t>D. smoked</w:t>
      </w:r>
    </w:p>
    <w:p/>
    <w:p>
      <w:r>
        <w:rPr>
          <w:b/>
          <w:sz w:val="24"/>
        </w:rPr>
        <w:t>Câu 20: A good night's sleep can improve your memory and mental ______.</w:t>
      </w:r>
    </w:p>
    <w:p>
      <w:pPr>
        <w:pStyle w:val="ListParagraph"/>
      </w:pPr>
      <w:r>
        <w:rPr>
          <w:sz w:val="22"/>
        </w:rPr>
        <w:t>A. health</w:t>
      </w:r>
    </w:p>
    <w:p>
      <w:pPr>
        <w:pStyle w:val="ListParagraph"/>
      </w:pPr>
      <w:r>
        <w:rPr>
          <w:sz w:val="22"/>
        </w:rPr>
        <w:t>B. pressure</w:t>
      </w:r>
    </w:p>
    <w:p>
      <w:pPr>
        <w:pStyle w:val="ListParagraph"/>
      </w:pPr>
      <w:r>
        <w:rPr>
          <w:sz w:val="22"/>
        </w:rPr>
        <w:t>C. disease</w:t>
      </w:r>
    </w:p>
    <w:p>
      <w:pPr>
        <w:pStyle w:val="ListParagraph"/>
      </w:pPr>
      <w:r>
        <w:rPr>
          <w:sz w:val="22"/>
        </w:rPr>
        <w:t>D. habit</w:t>
      </w:r>
    </w:p>
    <w:p/>
    <w:p>
      <w:r>
        <w:rPr>
          <w:b/>
          <w:sz w:val="24"/>
        </w:rPr>
        <w:t>Câu 21: My sister usually ______ to school by bike.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is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22: Look! The children ______ exercise in the school yard.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are doing</w:t>
      </w:r>
    </w:p>
    <w:p>
      <w:pPr>
        <w:pStyle w:val="ListParagraph"/>
      </w:pPr>
      <w:r>
        <w:rPr>
          <w:sz w:val="22"/>
        </w:rPr>
        <w:t>D. did</w:t>
      </w:r>
    </w:p>
    <w:p/>
    <w:p>
      <w:r>
        <w:rPr>
          <w:b/>
          <w:sz w:val="24"/>
        </w:rPr>
        <w:t>Câu 23: My father ______ coffee every morning.</w:t>
      </w:r>
    </w:p>
    <w:p>
      <w:pPr>
        <w:pStyle w:val="ListParagraph"/>
      </w:pPr>
      <w:r>
        <w:rPr>
          <w:sz w:val="22"/>
        </w:rPr>
        <w:t>A. drinks</w:t>
      </w:r>
    </w:p>
    <w:p>
      <w:pPr>
        <w:pStyle w:val="ListParagraph"/>
      </w:pPr>
      <w:r>
        <w:rPr>
          <w:sz w:val="22"/>
        </w:rPr>
        <w:t>B. is drinking</w:t>
      </w:r>
    </w:p>
    <w:p>
      <w:pPr>
        <w:pStyle w:val="ListParagraph"/>
      </w:pPr>
      <w:r>
        <w:rPr>
          <w:sz w:val="22"/>
        </w:rPr>
        <w:t>C. drink</w:t>
      </w:r>
    </w:p>
    <w:p>
      <w:pPr>
        <w:pStyle w:val="ListParagraph"/>
      </w:pPr>
      <w:r>
        <w:rPr>
          <w:sz w:val="22"/>
        </w:rPr>
        <w:t>D. drinking</w:t>
      </w:r>
    </w:p>
    <w:p/>
    <w:p>
      <w:r>
        <w:rPr>
          <w:b/>
          <w:sz w:val="24"/>
        </w:rPr>
        <w:t>Câu 24: We ______ a healthy diet this month because we want to lose weight.</w:t>
      </w:r>
    </w:p>
    <w:p>
      <w:pPr>
        <w:pStyle w:val="ListParagraph"/>
      </w:pPr>
      <w:r>
        <w:rPr>
          <w:sz w:val="22"/>
        </w:rPr>
        <w:t>A. follow</w:t>
      </w:r>
    </w:p>
    <w:p>
      <w:pPr>
        <w:pStyle w:val="ListParagraph"/>
      </w:pPr>
      <w:r>
        <w:rPr>
          <w:sz w:val="22"/>
        </w:rPr>
        <w:t>B. follows</w:t>
      </w:r>
    </w:p>
    <w:p>
      <w:pPr>
        <w:pStyle w:val="ListParagraph"/>
      </w:pPr>
      <w:r>
        <w:rPr>
          <w:sz w:val="22"/>
        </w:rPr>
        <w:t>C. are following</w:t>
      </w:r>
    </w:p>
    <w:p>
      <w:pPr>
        <w:pStyle w:val="ListParagraph"/>
      </w:pPr>
      <w:r>
        <w:rPr>
          <w:sz w:val="22"/>
        </w:rPr>
        <w:t>D. followed</w:t>
      </w:r>
    </w:p>
    <w:p/>
    <w:p>
      <w:r>
        <w:rPr>
          <w:b/>
          <w:sz w:val="24"/>
        </w:rPr>
        <w:t>Câu 25: Water ______ about 60% of the human body.</w:t>
      </w:r>
    </w:p>
    <w:p>
      <w:pPr>
        <w:pStyle w:val="ListParagraph"/>
      </w:pPr>
      <w:r>
        <w:rPr>
          <w:sz w:val="22"/>
        </w:rPr>
        <w:t>A. make up</w:t>
      </w:r>
    </w:p>
    <w:p>
      <w:pPr>
        <w:pStyle w:val="ListParagraph"/>
      </w:pPr>
      <w:r>
        <w:rPr>
          <w:sz w:val="22"/>
        </w:rPr>
        <w:t>B. makes up</w:t>
      </w:r>
    </w:p>
    <w:p>
      <w:pPr>
        <w:pStyle w:val="ListParagraph"/>
      </w:pPr>
      <w:r>
        <w:rPr>
          <w:sz w:val="22"/>
        </w:rPr>
        <w:t>C. is making up</w:t>
      </w:r>
    </w:p>
    <w:p>
      <w:pPr>
        <w:pStyle w:val="ListParagraph"/>
      </w:pPr>
      <w:r>
        <w:rPr>
          <w:sz w:val="22"/>
        </w:rPr>
        <w:t>D. made up</w:t>
      </w:r>
    </w:p>
    <w:p/>
    <w:p>
      <w:r>
        <w:rPr>
          <w:b/>
          <w:sz w:val="24"/>
        </w:rPr>
        <w:t>Câu 26: Why ______ you ______ so much exercise today?</w:t>
      </w:r>
    </w:p>
    <w:p>
      <w:pPr>
        <w:pStyle w:val="ListParagraph"/>
      </w:pPr>
      <w:r>
        <w:rPr>
          <w:sz w:val="22"/>
        </w:rPr>
        <w:t>A. do / do</w:t>
      </w:r>
    </w:p>
    <w:p>
      <w:pPr>
        <w:pStyle w:val="ListParagraph"/>
      </w:pPr>
      <w:r>
        <w:rPr>
          <w:sz w:val="22"/>
        </w:rPr>
        <w:t>B. are / doing</w:t>
      </w:r>
    </w:p>
    <w:p>
      <w:pPr>
        <w:pStyle w:val="ListParagraph"/>
      </w:pPr>
      <w:r>
        <w:rPr>
          <w:sz w:val="22"/>
        </w:rPr>
        <w:t>C. do / doing</w:t>
      </w:r>
    </w:p>
    <w:p>
      <w:pPr>
        <w:pStyle w:val="ListParagraph"/>
      </w:pPr>
      <w:r>
        <w:rPr>
          <w:sz w:val="22"/>
        </w:rPr>
        <w:t>D. are / do</w:t>
      </w:r>
    </w:p>
    <w:p/>
    <w:p>
      <w:r>
        <w:rPr>
          <w:b/>
          <w:sz w:val="24"/>
        </w:rPr>
        <w:t>Câu 27: She usually ______ eight hours a night, but this week she ______ less because of her exams.</w:t>
      </w:r>
    </w:p>
    <w:p>
      <w:pPr>
        <w:pStyle w:val="ListParagraph"/>
      </w:pPr>
      <w:r>
        <w:rPr>
          <w:sz w:val="22"/>
        </w:rPr>
        <w:t>A. sleeps / is sleeping</w:t>
      </w:r>
    </w:p>
    <w:p>
      <w:pPr>
        <w:pStyle w:val="ListParagraph"/>
      </w:pPr>
      <w:r>
        <w:rPr>
          <w:sz w:val="22"/>
        </w:rPr>
        <w:t>B. is sleeping / sleeps</w:t>
      </w:r>
    </w:p>
    <w:p>
      <w:pPr>
        <w:pStyle w:val="ListParagraph"/>
      </w:pPr>
      <w:r>
        <w:rPr>
          <w:sz w:val="22"/>
        </w:rPr>
        <w:t>C. sleep / is sleeping</w:t>
      </w:r>
    </w:p>
    <w:p>
      <w:pPr>
        <w:pStyle w:val="ListParagraph"/>
      </w:pPr>
      <w:r>
        <w:rPr>
          <w:sz w:val="22"/>
        </w:rPr>
        <w:t>D. sleeps / sleeps</w:t>
      </w:r>
    </w:p>
    <w:p/>
    <w:p>
      <w:r>
        <w:rPr>
          <w:b/>
          <w:sz w:val="24"/>
        </w:rPr>
        <w:t>Câu 28: Doctors ______ that regular exercise is good for our health.</w:t>
      </w:r>
    </w:p>
    <w:p>
      <w:pPr>
        <w:pStyle w:val="ListParagraph"/>
      </w:pPr>
      <w:r>
        <w:rPr>
          <w:sz w:val="22"/>
        </w:rPr>
        <w:t>A. believe</w:t>
      </w:r>
    </w:p>
    <w:p>
      <w:pPr>
        <w:pStyle w:val="ListParagraph"/>
      </w:pPr>
      <w:r>
        <w:rPr>
          <w:sz w:val="22"/>
        </w:rPr>
        <w:t>B. are believing</w:t>
      </w:r>
    </w:p>
    <w:p>
      <w:pPr>
        <w:pStyle w:val="ListParagraph"/>
      </w:pPr>
      <w:r>
        <w:rPr>
          <w:sz w:val="22"/>
        </w:rPr>
        <w:t>C. believed</w:t>
      </w:r>
    </w:p>
    <w:p>
      <w:pPr>
        <w:pStyle w:val="ListParagraph"/>
      </w:pPr>
      <w:r>
        <w:rPr>
          <w:sz w:val="22"/>
        </w:rPr>
        <w:t>D. believing</w:t>
      </w:r>
    </w:p>
    <w:p/>
    <w:p>
      <w:r>
        <w:rPr>
          <w:b/>
          <w:sz w:val="24"/>
        </w:rPr>
        <w:t>Câu 29: I ______ three glasses of water today.</w:t>
      </w:r>
    </w:p>
    <w:p>
      <w:pPr>
        <w:pStyle w:val="ListParagraph"/>
      </w:pPr>
      <w:r>
        <w:rPr>
          <w:sz w:val="22"/>
        </w:rPr>
        <w:t>A. drink</w:t>
      </w:r>
    </w:p>
    <w:p>
      <w:pPr>
        <w:pStyle w:val="ListParagraph"/>
      </w:pPr>
      <w:r>
        <w:rPr>
          <w:sz w:val="22"/>
        </w:rPr>
        <w:t>B. drank</w:t>
      </w:r>
    </w:p>
    <w:p>
      <w:pPr>
        <w:pStyle w:val="ListParagraph"/>
      </w:pPr>
      <w:r>
        <w:rPr>
          <w:sz w:val="22"/>
        </w:rPr>
        <w:t>C. have drunk</w:t>
      </w:r>
    </w:p>
    <w:p>
      <w:pPr>
        <w:pStyle w:val="ListParagraph"/>
      </w:pPr>
      <w:r>
        <w:rPr>
          <w:sz w:val="22"/>
        </w:rPr>
        <w:t>D. am drinking</w:t>
      </w:r>
    </w:p>
    <w:p/>
    <w:p>
      <w:r>
        <w:rPr>
          <w:b/>
          <w:sz w:val="24"/>
        </w:rPr>
        <w:t>Câu 30: She ______ smoking since January.</w:t>
      </w:r>
    </w:p>
    <w:p>
      <w:pPr>
        <w:pStyle w:val="ListParagraph"/>
      </w:pPr>
      <w:r>
        <w:rPr>
          <w:sz w:val="22"/>
        </w:rPr>
        <w:t>A. gives up</w:t>
      </w:r>
    </w:p>
    <w:p>
      <w:pPr>
        <w:pStyle w:val="ListParagraph"/>
      </w:pPr>
      <w:r>
        <w:rPr>
          <w:sz w:val="22"/>
        </w:rPr>
        <w:t>B. gave up</w:t>
      </w:r>
    </w:p>
    <w:p>
      <w:pPr>
        <w:pStyle w:val="ListParagraph"/>
      </w:pPr>
      <w:r>
        <w:rPr>
          <w:sz w:val="22"/>
        </w:rPr>
        <w:t>C. has given up</w:t>
      </w:r>
    </w:p>
    <w:p>
      <w:pPr>
        <w:pStyle w:val="ListParagraph"/>
      </w:pPr>
      <w:r>
        <w:rPr>
          <w:sz w:val="22"/>
        </w:rPr>
        <w:t>D. is giving up</w:t>
      </w:r>
    </w:p>
    <w:p/>
    <w:p>
      <w:r>
        <w:rPr>
          <w:b/>
          <w:sz w:val="24"/>
        </w:rPr>
        <w:t>Câu 31: They ______ regular exercise for five years.</w:t>
      </w:r>
    </w:p>
    <w:p>
      <w:pPr>
        <w:pStyle w:val="ListParagraph"/>
      </w:pPr>
      <w:r>
        <w:rPr>
          <w:sz w:val="22"/>
        </w:rPr>
        <w:t>A. have done</w:t>
      </w:r>
    </w:p>
    <w:p>
      <w:pPr>
        <w:pStyle w:val="ListParagraph"/>
      </w:pPr>
      <w:r>
        <w:rPr>
          <w:sz w:val="22"/>
        </w:rPr>
        <w:t>B. did</w:t>
      </w:r>
    </w:p>
    <w:p>
      <w:pPr>
        <w:pStyle w:val="ListParagraph"/>
      </w:pPr>
      <w:r>
        <w:rPr>
          <w:sz w:val="22"/>
        </w:rPr>
        <w:t>C. do</w:t>
      </w:r>
    </w:p>
    <w:p>
      <w:pPr>
        <w:pStyle w:val="ListParagraph"/>
      </w:pPr>
      <w:r>
        <w:rPr>
          <w:sz w:val="22"/>
        </w:rPr>
        <w:t>D. are doing</w:t>
      </w:r>
    </w:p>
    <w:p/>
    <w:p>
      <w:r>
        <w:rPr>
          <w:b/>
          <w:sz w:val="24"/>
        </w:rPr>
        <w:t>Câu 32: My grandfather ______ never ______ fast food.</w:t>
      </w:r>
    </w:p>
    <w:p>
      <w:pPr>
        <w:pStyle w:val="ListParagraph"/>
      </w:pPr>
      <w:r>
        <w:rPr>
          <w:sz w:val="22"/>
        </w:rPr>
        <w:t>A. has / eaten</w:t>
      </w:r>
    </w:p>
    <w:p>
      <w:pPr>
        <w:pStyle w:val="ListParagraph"/>
      </w:pPr>
      <w:r>
        <w:rPr>
          <w:sz w:val="22"/>
        </w:rPr>
        <w:t>B. have / eaten</w:t>
      </w:r>
    </w:p>
    <w:p>
      <w:pPr>
        <w:pStyle w:val="ListParagraph"/>
      </w:pPr>
      <w:r>
        <w:rPr>
          <w:sz w:val="22"/>
        </w:rPr>
        <w:t>C. did / eat</w:t>
      </w:r>
    </w:p>
    <w:p>
      <w:pPr>
        <w:pStyle w:val="ListParagraph"/>
      </w:pPr>
      <w:r>
        <w:rPr>
          <w:sz w:val="22"/>
        </w:rPr>
        <w:t>D. is / eating</w:t>
      </w:r>
    </w:p>
    <w:p/>
    <w:p>
      <w:r>
        <w:rPr>
          <w:b/>
          <w:sz w:val="24"/>
        </w:rPr>
        <w:t>Câu 33: ______ you ever ______ yoga?</w:t>
      </w:r>
    </w:p>
    <w:p>
      <w:pPr>
        <w:pStyle w:val="ListParagraph"/>
      </w:pPr>
      <w:r>
        <w:rPr>
          <w:sz w:val="22"/>
        </w:rPr>
        <w:t>A. Did / practise</w:t>
      </w:r>
    </w:p>
    <w:p>
      <w:pPr>
        <w:pStyle w:val="ListParagraph"/>
      </w:pPr>
      <w:r>
        <w:rPr>
          <w:sz w:val="22"/>
        </w:rPr>
        <w:t>B. Have / practised</w:t>
      </w:r>
    </w:p>
    <w:p>
      <w:pPr>
        <w:pStyle w:val="ListParagraph"/>
      </w:pPr>
      <w:r>
        <w:rPr>
          <w:sz w:val="22"/>
        </w:rPr>
        <w:t>C. Do / practise</w:t>
      </w:r>
    </w:p>
    <w:p>
      <w:pPr>
        <w:pStyle w:val="ListParagraph"/>
      </w:pPr>
      <w:r>
        <w:rPr>
          <w:sz w:val="22"/>
        </w:rPr>
        <w:t>D. Are / practising</w:t>
      </w:r>
    </w:p>
    <w:p/>
    <w:p>
      <w:r>
        <w:rPr>
          <w:b/>
          <w:sz w:val="24"/>
        </w:rPr>
        <w:t>Câu 34: He ______ his unhealthy lifestyle yet.</w:t>
      </w:r>
    </w:p>
    <w:p>
      <w:pPr>
        <w:pStyle w:val="ListParagraph"/>
      </w:pPr>
      <w:r>
        <w:rPr>
          <w:sz w:val="22"/>
        </w:rPr>
        <w:t>A. hasn't changed</w:t>
      </w:r>
    </w:p>
    <w:p>
      <w:pPr>
        <w:pStyle w:val="ListParagraph"/>
      </w:pPr>
      <w:r>
        <w:rPr>
          <w:sz w:val="22"/>
        </w:rPr>
        <w:t>B. didn't change</w:t>
      </w:r>
    </w:p>
    <w:p>
      <w:pPr>
        <w:pStyle w:val="ListParagraph"/>
      </w:pPr>
      <w:r>
        <w:rPr>
          <w:sz w:val="22"/>
        </w:rPr>
        <w:t>C. doesn't change</w:t>
      </w:r>
    </w:p>
    <w:p>
      <w:pPr>
        <w:pStyle w:val="ListParagraph"/>
      </w:pPr>
      <w:r>
        <w:rPr>
          <w:sz w:val="22"/>
        </w:rPr>
        <w:t>D. isn't changing</w:t>
      </w:r>
    </w:p>
    <w:p/>
    <w:p>
      <w:r>
        <w:rPr>
          <w:b/>
          <w:sz w:val="24"/>
        </w:rPr>
        <w:t>Câu 35: We ______ a lot about healthy eating since we started this course.</w:t>
      </w:r>
    </w:p>
    <w:p>
      <w:pPr>
        <w:pStyle w:val="ListParagraph"/>
      </w:pPr>
      <w:r>
        <w:rPr>
          <w:sz w:val="22"/>
        </w:rPr>
        <w:t>A. learn</w:t>
      </w:r>
    </w:p>
    <w:p>
      <w:pPr>
        <w:pStyle w:val="ListParagraph"/>
      </w:pPr>
      <w:r>
        <w:rPr>
          <w:sz w:val="22"/>
        </w:rPr>
        <w:t>B. learned</w:t>
      </w:r>
    </w:p>
    <w:p>
      <w:pPr>
        <w:pStyle w:val="ListParagraph"/>
      </w:pPr>
      <w:r>
        <w:rPr>
          <w:sz w:val="22"/>
        </w:rPr>
        <w:t>C. have learned</w:t>
      </w:r>
    </w:p>
    <w:p>
      <w:pPr>
        <w:pStyle w:val="ListParagraph"/>
      </w:pPr>
      <w:r>
        <w:rPr>
          <w:sz w:val="22"/>
        </w:rPr>
        <w:t>D. are learning</w:t>
      </w:r>
    </w:p>
    <w:p/>
    <w:p>
      <w:r>
        <w:rPr>
          <w:b/>
          <w:sz w:val="24"/>
        </w:rPr>
        <w:t>Câu 36: How long ______ you ______ this healthy diet?</w:t>
      </w:r>
    </w:p>
    <w:p>
      <w:pPr>
        <w:pStyle w:val="ListParagraph"/>
      </w:pPr>
      <w:r>
        <w:rPr>
          <w:sz w:val="22"/>
        </w:rPr>
        <w:t>A. do / follow</w:t>
      </w:r>
    </w:p>
    <w:p>
      <w:pPr>
        <w:pStyle w:val="ListParagraph"/>
      </w:pPr>
      <w:r>
        <w:rPr>
          <w:sz w:val="22"/>
        </w:rPr>
        <w:t>B. have / followed</w:t>
      </w:r>
    </w:p>
    <w:p>
      <w:pPr>
        <w:pStyle w:val="ListParagraph"/>
      </w:pPr>
      <w:r>
        <w:rPr>
          <w:sz w:val="22"/>
        </w:rPr>
        <w:t>C. did / follow</w:t>
      </w:r>
    </w:p>
    <w:p>
      <w:pPr>
        <w:pStyle w:val="ListParagraph"/>
      </w:pPr>
      <w:r>
        <w:rPr>
          <w:sz w:val="22"/>
        </w:rPr>
        <w:t>D. are / following</w:t>
      </w:r>
    </w:p>
    <w:p/>
    <w:p>
      <w:r>
        <w:rPr>
          <w:b/>
          <w:sz w:val="24"/>
        </w:rPr>
        <w:t>Câu 37: My mother ______ just ______ preparing a healthy meal.</w:t>
      </w:r>
    </w:p>
    <w:p>
      <w:pPr>
        <w:pStyle w:val="ListParagraph"/>
      </w:pPr>
      <w:r>
        <w:rPr>
          <w:sz w:val="22"/>
        </w:rPr>
        <w:t>A. has / finished</w:t>
      </w:r>
    </w:p>
    <w:p>
      <w:pPr>
        <w:pStyle w:val="ListParagraph"/>
      </w:pPr>
      <w:r>
        <w:rPr>
          <w:sz w:val="22"/>
        </w:rPr>
        <w:t>B. did / finish</w:t>
      </w:r>
    </w:p>
    <w:p>
      <w:pPr>
        <w:pStyle w:val="ListParagraph"/>
      </w:pPr>
      <w:r>
        <w:rPr>
          <w:sz w:val="22"/>
        </w:rPr>
        <w:t>C. is / finishing</w:t>
      </w:r>
    </w:p>
    <w:p>
      <w:pPr>
        <w:pStyle w:val="ListParagraph"/>
      </w:pPr>
      <w:r>
        <w:rPr>
          <w:sz w:val="22"/>
        </w:rPr>
        <w:t>D. does / finish</w:t>
      </w:r>
    </w:p>
    <w:p/>
    <w:p>
      <w:r>
        <w:rPr>
          <w:b/>
          <w:sz w:val="24"/>
        </w:rPr>
        <w:t>Câu 38: They ______ in this fitness club since 2023.</w:t>
      </w:r>
    </w:p>
    <w:p>
      <w:pPr>
        <w:pStyle w:val="ListParagraph"/>
      </w:pPr>
      <w:r>
        <w:rPr>
          <w:sz w:val="22"/>
        </w:rPr>
        <w:t>A. exercise</w:t>
      </w:r>
    </w:p>
    <w:p>
      <w:pPr>
        <w:pStyle w:val="ListParagraph"/>
      </w:pPr>
      <w:r>
        <w:rPr>
          <w:sz w:val="22"/>
        </w:rPr>
        <w:t>B. exercised</w:t>
      </w:r>
    </w:p>
    <w:p>
      <w:pPr>
        <w:pStyle w:val="ListParagraph"/>
      </w:pPr>
      <w:r>
        <w:rPr>
          <w:sz w:val="22"/>
        </w:rPr>
        <w:t>C. have exercised</w:t>
      </w:r>
    </w:p>
    <w:p>
      <w:pPr>
        <w:pStyle w:val="ListParagraph"/>
      </w:pPr>
      <w:r>
        <w:rPr>
          <w:sz w:val="22"/>
        </w:rPr>
        <w:t>D. are exercising</w:t>
      </w:r>
    </w:p>
    <w:p/>
    <w:p>
      <w:r>
        <w:rPr>
          <w:b/>
          <w:sz w:val="24"/>
        </w:rPr>
        <w:t>Câu 39: My doctor advised me ______ more vegetables.</w:t>
      </w:r>
    </w:p>
    <w:p>
      <w:pPr>
        <w:pStyle w:val="ListParagraph"/>
      </w:pPr>
      <w:r>
        <w:rPr>
          <w:sz w:val="22"/>
        </w:rPr>
        <w:t>A. eat</w:t>
      </w:r>
    </w:p>
    <w:p>
      <w:pPr>
        <w:pStyle w:val="ListParagraph"/>
      </w:pPr>
      <w:r>
        <w:rPr>
          <w:sz w:val="22"/>
        </w:rPr>
        <w:t>B. eating</w:t>
      </w:r>
    </w:p>
    <w:p>
      <w:pPr>
        <w:pStyle w:val="ListParagraph"/>
      </w:pPr>
      <w:r>
        <w:rPr>
          <w:sz w:val="22"/>
        </w:rPr>
        <w:t>C. to eat</w:t>
      </w:r>
    </w:p>
    <w:p>
      <w:pPr>
        <w:pStyle w:val="ListParagraph"/>
      </w:pPr>
      <w:r>
        <w:rPr>
          <w:sz w:val="22"/>
        </w:rPr>
        <w:t>D. ate</w:t>
      </w:r>
    </w:p>
    <w:p/>
    <w:p>
      <w:r>
        <w:rPr>
          <w:b/>
          <w:sz w:val="24"/>
        </w:rPr>
        <w:t>Câu 40: I enjoy ______ in the park every morning.</w:t>
      </w:r>
    </w:p>
    <w:p>
      <w:pPr>
        <w:pStyle w:val="ListParagraph"/>
      </w:pPr>
      <w:r>
        <w:rPr>
          <w:sz w:val="22"/>
        </w:rPr>
        <w:t>A. walk</w:t>
      </w:r>
    </w:p>
    <w:p>
      <w:pPr>
        <w:pStyle w:val="ListParagraph"/>
      </w:pPr>
      <w:r>
        <w:rPr>
          <w:sz w:val="22"/>
        </w:rPr>
        <w:t>B. walking</w:t>
      </w:r>
    </w:p>
    <w:p>
      <w:pPr>
        <w:pStyle w:val="ListParagraph"/>
      </w:pPr>
      <w:r>
        <w:rPr>
          <w:sz w:val="22"/>
        </w:rPr>
        <w:t>C. to walk</w:t>
      </w:r>
    </w:p>
    <w:p>
      <w:pPr>
        <w:pStyle w:val="ListParagraph"/>
      </w:pPr>
      <w:r>
        <w:rPr>
          <w:sz w:val="22"/>
        </w:rPr>
        <w:t>D. walked</w:t>
      </w:r>
    </w:p>
    <w:p/>
    <w:p>
      <w:r>
        <w:rPr>
          <w:b/>
          <w:sz w:val="24"/>
        </w:rPr>
        <w:t>Câu 41: She decided ______ smoking to improve her health.</w:t>
      </w:r>
    </w:p>
    <w:p>
      <w:pPr>
        <w:pStyle w:val="ListParagraph"/>
      </w:pPr>
      <w:r>
        <w:rPr>
          <w:sz w:val="22"/>
        </w:rPr>
        <w:t>A. giving up</w:t>
      </w:r>
    </w:p>
    <w:p>
      <w:pPr>
        <w:pStyle w:val="ListParagraph"/>
      </w:pPr>
      <w:r>
        <w:rPr>
          <w:sz w:val="22"/>
        </w:rPr>
        <w:t>B. give up</w:t>
      </w:r>
    </w:p>
    <w:p>
      <w:pPr>
        <w:pStyle w:val="ListParagraph"/>
      </w:pPr>
      <w:r>
        <w:rPr>
          <w:sz w:val="22"/>
        </w:rPr>
        <w:t>C. to give up</w:t>
      </w:r>
    </w:p>
    <w:p>
      <w:pPr>
        <w:pStyle w:val="ListParagraph"/>
      </w:pPr>
      <w:r>
        <w:rPr>
          <w:sz w:val="22"/>
        </w:rPr>
        <w:t>D. gave up</w:t>
      </w:r>
    </w:p>
    <w:p/>
    <w:p>
      <w:r>
        <w:rPr>
          <w:b/>
          <w:sz w:val="24"/>
        </w:rPr>
        <w:t>Câu 42: My parents avoid ______ too much processed food.</w:t>
      </w:r>
    </w:p>
    <w:p>
      <w:pPr>
        <w:pStyle w:val="ListParagraph"/>
      </w:pPr>
      <w:r>
        <w:rPr>
          <w:sz w:val="22"/>
        </w:rPr>
        <w:t>A. eat</w:t>
      </w:r>
    </w:p>
    <w:p>
      <w:pPr>
        <w:pStyle w:val="ListParagraph"/>
      </w:pPr>
      <w:r>
        <w:rPr>
          <w:sz w:val="22"/>
        </w:rPr>
        <w:t>B. eating</w:t>
      </w:r>
    </w:p>
    <w:p>
      <w:pPr>
        <w:pStyle w:val="ListParagraph"/>
      </w:pPr>
      <w:r>
        <w:rPr>
          <w:sz w:val="22"/>
        </w:rPr>
        <w:t>C. to eat</w:t>
      </w:r>
    </w:p>
    <w:p>
      <w:pPr>
        <w:pStyle w:val="ListParagraph"/>
      </w:pPr>
      <w:r>
        <w:rPr>
          <w:sz w:val="22"/>
        </w:rPr>
        <w:t>D. ate</w:t>
      </w:r>
    </w:p>
    <w:p/>
    <w:p>
      <w:r>
        <w:rPr>
          <w:b/>
          <w:sz w:val="24"/>
        </w:rPr>
        <w:t>Câu 43: He hopes ______ a healthier lifestyle in the future.</w:t>
      </w:r>
    </w:p>
    <w:p>
      <w:pPr>
        <w:pStyle w:val="ListParagraph"/>
      </w:pPr>
      <w:r>
        <w:rPr>
          <w:sz w:val="22"/>
        </w:rPr>
        <w:t>A. adopt</w:t>
      </w:r>
    </w:p>
    <w:p>
      <w:pPr>
        <w:pStyle w:val="ListParagraph"/>
      </w:pPr>
      <w:r>
        <w:rPr>
          <w:sz w:val="22"/>
        </w:rPr>
        <w:t>B. adopting</w:t>
      </w:r>
    </w:p>
    <w:p>
      <w:pPr>
        <w:pStyle w:val="ListParagraph"/>
      </w:pPr>
      <w:r>
        <w:rPr>
          <w:sz w:val="22"/>
        </w:rPr>
        <w:t>C. to adopt</w:t>
      </w:r>
    </w:p>
    <w:p>
      <w:pPr>
        <w:pStyle w:val="ListParagraph"/>
      </w:pPr>
      <w:r>
        <w:rPr>
          <w:sz w:val="22"/>
        </w:rPr>
        <w:t>D. adopted</w:t>
      </w:r>
    </w:p>
    <w:p/>
    <w:p>
      <w:r>
        <w:rPr>
          <w:b/>
          <w:sz w:val="24"/>
        </w:rPr>
        <w:t>Câu 44: Would you mind ______ the window? It's very hot in here.</w:t>
      </w:r>
    </w:p>
    <w:p>
      <w:pPr>
        <w:pStyle w:val="ListParagraph"/>
      </w:pPr>
      <w:r>
        <w:rPr>
          <w:sz w:val="22"/>
        </w:rPr>
        <w:t>A. open</w:t>
      </w:r>
    </w:p>
    <w:p>
      <w:pPr>
        <w:pStyle w:val="ListParagraph"/>
      </w:pPr>
      <w:r>
        <w:rPr>
          <w:sz w:val="22"/>
        </w:rPr>
        <w:t>B. to open</w:t>
      </w:r>
    </w:p>
    <w:p>
      <w:pPr>
        <w:pStyle w:val="ListParagraph"/>
      </w:pPr>
      <w:r>
        <w:rPr>
          <w:sz w:val="22"/>
        </w:rPr>
        <w:t>C. opening</w:t>
      </w:r>
    </w:p>
    <w:p>
      <w:pPr>
        <w:pStyle w:val="ListParagraph"/>
      </w:pPr>
      <w:r>
        <w:rPr>
          <w:sz w:val="22"/>
        </w:rPr>
        <w:t>D. opened</w:t>
      </w:r>
    </w:p>
    <w:p/>
    <w:p>
      <w:r>
        <w:rPr>
          <w:b/>
          <w:sz w:val="24"/>
        </w:rPr>
        <w:t>Câu 45: We should stop ______ unhealthy snacks between meals.</w:t>
      </w:r>
    </w:p>
    <w:p>
      <w:pPr>
        <w:pStyle w:val="ListParagraph"/>
      </w:pPr>
      <w:r>
        <w:rPr>
          <w:sz w:val="22"/>
        </w:rPr>
        <w:t>A. eat</w:t>
      </w:r>
    </w:p>
    <w:p>
      <w:pPr>
        <w:pStyle w:val="ListParagraph"/>
      </w:pPr>
      <w:r>
        <w:rPr>
          <w:sz w:val="22"/>
        </w:rPr>
        <w:t>B. eating</w:t>
      </w:r>
    </w:p>
    <w:p>
      <w:pPr>
        <w:pStyle w:val="ListParagraph"/>
      </w:pPr>
      <w:r>
        <w:rPr>
          <w:sz w:val="22"/>
        </w:rPr>
        <w:t>C. to eat</w:t>
      </w:r>
    </w:p>
    <w:p>
      <w:pPr>
        <w:pStyle w:val="ListParagraph"/>
      </w:pPr>
      <w:r>
        <w:rPr>
          <w:sz w:val="22"/>
        </w:rPr>
        <w:t>D. eaten</w:t>
      </w:r>
    </w:p>
    <w:p/>
    <w:p>
      <w:r>
        <w:rPr>
          <w:b/>
          <w:sz w:val="24"/>
        </w:rPr>
        <w:t>Câu 46: She wants ______ more time exercising every day.</w:t>
      </w:r>
    </w:p>
    <w:p>
      <w:pPr>
        <w:pStyle w:val="ListParagraph"/>
      </w:pPr>
      <w:r>
        <w:rPr>
          <w:sz w:val="22"/>
        </w:rPr>
        <w:t>A. spend</w:t>
      </w:r>
    </w:p>
    <w:p>
      <w:pPr>
        <w:pStyle w:val="ListParagraph"/>
      </w:pPr>
      <w:r>
        <w:rPr>
          <w:sz w:val="22"/>
        </w:rPr>
        <w:t>B. spending</w:t>
      </w:r>
    </w:p>
    <w:p>
      <w:pPr>
        <w:pStyle w:val="ListParagraph"/>
      </w:pPr>
      <w:r>
        <w:rPr>
          <w:sz w:val="22"/>
        </w:rPr>
        <w:t>C. to spend</w:t>
      </w:r>
    </w:p>
    <w:p>
      <w:pPr>
        <w:pStyle w:val="ListParagraph"/>
      </w:pPr>
      <w:r>
        <w:rPr>
          <w:sz w:val="22"/>
        </w:rPr>
        <w:t>D. spent</w:t>
      </w:r>
    </w:p>
    <w:p/>
    <w:p>
      <w:r>
        <w:rPr>
          <w:b/>
          <w:sz w:val="24"/>
        </w:rPr>
        <w:t>Câu 47: Since she ______ eating healthy food, she ______ much better.</w:t>
      </w:r>
    </w:p>
    <w:p>
      <w:pPr>
        <w:pStyle w:val="ListParagraph"/>
      </w:pPr>
      <w:r>
        <w:rPr>
          <w:sz w:val="22"/>
        </w:rPr>
        <w:t>A. starts / feels</w:t>
      </w:r>
    </w:p>
    <w:p>
      <w:pPr>
        <w:pStyle w:val="ListParagraph"/>
      </w:pPr>
      <w:r>
        <w:rPr>
          <w:sz w:val="22"/>
        </w:rPr>
        <w:t>B. started / has felt</w:t>
      </w:r>
    </w:p>
    <w:p>
      <w:pPr>
        <w:pStyle w:val="ListParagraph"/>
      </w:pPr>
      <w:r>
        <w:rPr>
          <w:sz w:val="22"/>
        </w:rPr>
        <w:t>C. has started / felt</w:t>
      </w:r>
    </w:p>
    <w:p>
      <w:pPr>
        <w:pStyle w:val="ListParagraph"/>
      </w:pPr>
      <w:r>
        <w:rPr>
          <w:sz w:val="22"/>
        </w:rPr>
        <w:t>D. started / feels</w:t>
      </w:r>
    </w:p>
    <w:p/>
    <w:p>
      <w:r>
        <w:rPr>
          <w:b/>
          <w:sz w:val="24"/>
        </w:rPr>
        <w:t>Câu 48: Tom ______ exercise every day, but he ______ today because he is ill.</w:t>
      </w:r>
    </w:p>
    <w:p>
      <w:pPr>
        <w:pStyle w:val="ListParagraph"/>
      </w:pPr>
      <w:r>
        <w:rPr>
          <w:sz w:val="22"/>
        </w:rPr>
        <w:t>A. usually does / isn't exercising</w:t>
      </w:r>
    </w:p>
    <w:p>
      <w:pPr>
        <w:pStyle w:val="ListParagraph"/>
      </w:pPr>
      <w:r>
        <w:rPr>
          <w:sz w:val="22"/>
        </w:rPr>
        <w:t>B. is usually doing / doesn't exercise</w:t>
      </w:r>
    </w:p>
    <w:p>
      <w:pPr>
        <w:pStyle w:val="ListParagraph"/>
      </w:pPr>
      <w:r>
        <w:rPr>
          <w:sz w:val="22"/>
        </w:rPr>
        <w:t>C. usually does / doesn't exercise</w:t>
      </w:r>
    </w:p>
    <w:p>
      <w:pPr>
        <w:pStyle w:val="ListParagraph"/>
      </w:pPr>
      <w:r>
        <w:rPr>
          <w:sz w:val="22"/>
        </w:rPr>
        <w:t>D. usually is doing / isn't exercising</w:t>
      </w:r>
    </w:p>
    <w:p/>
    <w:p>
      <w:r>
        <w:rPr>
          <w:b/>
          <w:sz w:val="24"/>
        </w:rPr>
        <w:t>Câu 49: My doctor recommends ______ at least 30 minutes a day.</w:t>
      </w:r>
    </w:p>
    <w:p>
      <w:pPr>
        <w:pStyle w:val="ListParagraph"/>
      </w:pPr>
      <w:r>
        <w:rPr>
          <w:sz w:val="22"/>
        </w:rPr>
        <w:t>A. exercise</w:t>
      </w:r>
    </w:p>
    <w:p>
      <w:pPr>
        <w:pStyle w:val="ListParagraph"/>
      </w:pPr>
      <w:r>
        <w:rPr>
          <w:sz w:val="22"/>
        </w:rPr>
        <w:t>B. to exercise</w:t>
      </w:r>
    </w:p>
    <w:p>
      <w:pPr>
        <w:pStyle w:val="ListParagraph"/>
      </w:pPr>
      <w:r>
        <w:rPr>
          <w:sz w:val="22"/>
        </w:rPr>
        <w:t>C. exercising</w:t>
      </w:r>
    </w:p>
    <w:p>
      <w:pPr>
        <w:pStyle w:val="ListParagraph"/>
      </w:pPr>
      <w:r>
        <w:rPr>
          <w:sz w:val="22"/>
        </w:rPr>
        <w:t>D. exercised</w:t>
      </w:r>
    </w:p>
    <w:p/>
    <w:p>
      <w:r>
        <w:rPr>
          <w:b/>
          <w:sz w:val="24"/>
        </w:rPr>
        <w:t>Câu 50: Lan ______ a healthy lifestyle since she ______ university.</w:t>
      </w:r>
    </w:p>
    <w:p>
      <w:pPr>
        <w:pStyle w:val="ListParagraph"/>
      </w:pPr>
      <w:r>
        <w:rPr>
          <w:sz w:val="22"/>
        </w:rPr>
        <w:t>A. has followed / entered</w:t>
      </w:r>
    </w:p>
    <w:p>
      <w:pPr>
        <w:pStyle w:val="ListParagraph"/>
      </w:pPr>
      <w:r>
        <w:rPr>
          <w:sz w:val="22"/>
        </w:rPr>
        <w:t>B. followed / has entered</w:t>
      </w:r>
    </w:p>
    <w:p>
      <w:pPr>
        <w:pStyle w:val="ListParagraph"/>
      </w:pPr>
      <w:r>
        <w:rPr>
          <w:sz w:val="22"/>
        </w:rPr>
        <w:t>C. follows / enters</w:t>
      </w:r>
    </w:p>
    <w:p>
      <w:pPr>
        <w:pStyle w:val="ListParagraph"/>
      </w:pPr>
      <w:r>
        <w:rPr>
          <w:sz w:val="22"/>
        </w:rPr>
        <w:t>D. is following / entered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C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C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C</w:t>
      </w:r>
    </w:p>
    <w:p>
      <w:r>
        <w:rPr>
          <w:b/>
        </w:rPr>
        <w:t>Câu 30: Đáp án đúng: C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B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C</w:t>
      </w:r>
    </w:p>
    <w:p>
      <w:r>
        <w:rPr>
          <w:b/>
        </w:rPr>
        <w:t>Câu 36: Đáp án đúng: B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C</w:t>
      </w:r>
    </w:p>
    <w:p>
      <w:r>
        <w:rPr>
          <w:b/>
        </w:rPr>
        <w:t>Câu 39: Đáp án đúng: C</w:t>
      </w:r>
    </w:p>
    <w:p>
      <w:r>
        <w:rPr>
          <w:b/>
        </w:rPr>
        <w:t>Câu 40: Đáp án đúng: B</w:t>
      </w:r>
    </w:p>
    <w:p>
      <w:r>
        <w:rPr>
          <w:b/>
        </w:rPr>
        <w:t>Câu 41: Đáp án đúng: C</w:t>
      </w:r>
    </w:p>
    <w:p>
      <w:r>
        <w:rPr>
          <w:b/>
        </w:rPr>
        <w:t>Câu 42: Đáp án đúng: B</w:t>
      </w:r>
    </w:p>
    <w:p>
      <w:r>
        <w:rPr>
          <w:b/>
        </w:rPr>
        <w:t>Câu 43: Đáp án đúng: C</w:t>
      </w:r>
    </w:p>
    <w:p>
      <w:r>
        <w:rPr>
          <w:b/>
        </w:rPr>
        <w:t>Câu 44: Đáp án đúng: C</w:t>
      </w:r>
    </w:p>
    <w:p>
      <w:r>
        <w:rPr>
          <w:b/>
        </w:rPr>
        <w:t>Câu 45: Đáp án đúng: B</w:t>
      </w:r>
    </w:p>
    <w:p>
      <w:r>
        <w:rPr>
          <w:b/>
        </w:rPr>
        <w:t>Câu 46: Đáp án đúng: C</w:t>
      </w:r>
    </w:p>
    <w:p>
      <w:r>
        <w:rPr>
          <w:b/>
        </w:rPr>
        <w:t>Câu 47: Đáp án đúng: B</w:t>
      </w:r>
    </w:p>
    <w:p>
      <w:r>
        <w:rPr>
          <w:b/>
        </w:rPr>
        <w:t>Câu 48: Đáp án đúng: A</w:t>
      </w:r>
    </w:p>
    <w:p>
      <w:r>
        <w:rPr>
          <w:b/>
        </w:rPr>
        <w:t>Câu 49: Đáp án đúng: C</w:t>
      </w:r>
    </w:p>
    <w:p>
      <w:r>
        <w:rPr>
          <w:b/>
        </w:rPr>
        <w:t>Câu 50: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