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Sinh Học 10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Phát biểu nào sau đây đúng về carbohydrate?</w:t>
      </w:r>
    </w:p>
    <w:p>
      <w:pPr>
        <w:pStyle w:val="ListParagraph"/>
      </w:pPr>
      <w:r>
        <w:rPr>
          <w:sz w:val="22"/>
        </w:rPr>
        <w:t>A. Carbohydrate được cấu tạo từ các nguyên tố C, H, O theo tỉ lệ 1:2:1.</w:t>
      </w:r>
    </w:p>
    <w:p>
      <w:pPr>
        <w:pStyle w:val="ListParagraph"/>
      </w:pPr>
      <w:r>
        <w:rPr>
          <w:sz w:val="22"/>
        </w:rPr>
        <w:t>B. Carbohydrate chỉ có chức năng cung cấp năng lượng cho tế bào.</w:t>
      </w:r>
    </w:p>
    <w:p>
      <w:pPr>
        <w:pStyle w:val="ListParagraph"/>
      </w:pPr>
      <w:r>
        <w:rPr>
          <w:sz w:val="22"/>
        </w:rPr>
        <w:t>C. Đường đôi được cấu tạo từ hai phân tử đường đơn giống nhau.</w:t>
      </w:r>
    </w:p>
    <w:p>
      <w:pPr>
        <w:pStyle w:val="ListParagraph"/>
      </w:pPr>
      <w:r>
        <w:rPr>
          <w:sz w:val="22"/>
        </w:rPr>
        <w:t>D. Tinh bột và cellulose đều là carbohydrate phức tạp có cấu trúc giống nhau.</w:t>
      </w:r>
    </w:p>
    <w:p/>
    <w:p>
      <w:r>
        <w:rPr>
          <w:b/>
          <w:sz w:val="24"/>
        </w:rPr>
        <w:t>Câu 2: Phát biểu nào sau đây sai về lipid?</w:t>
      </w:r>
    </w:p>
    <w:p>
      <w:pPr>
        <w:pStyle w:val="ListParagraph"/>
      </w:pPr>
      <w:r>
        <w:rPr>
          <w:sz w:val="22"/>
        </w:rPr>
        <w:t>A. Lipid là hợp chất hữu cơ không tan trong nước, tan trong dung môi hữu cơ.</w:t>
      </w:r>
    </w:p>
    <w:p>
      <w:pPr>
        <w:pStyle w:val="ListParagraph"/>
      </w:pPr>
      <w:r>
        <w:rPr>
          <w:sz w:val="22"/>
        </w:rPr>
        <w:t>B. Mỡ và dầu đều là lipid đơn giản, được cấu tạo từ glycerol và axit béo.</w:t>
      </w:r>
    </w:p>
    <w:p>
      <w:pPr>
        <w:pStyle w:val="ListParagraph"/>
      </w:pPr>
      <w:r>
        <w:rPr>
          <w:sz w:val="22"/>
        </w:rPr>
        <w:t>C. Mỡ thường có nguồn gốc từ thực vật, dầu có nguồn gốc từ động vật.</w:t>
      </w:r>
    </w:p>
    <w:p>
      <w:pPr>
        <w:pStyle w:val="ListParagraph"/>
      </w:pPr>
      <w:r>
        <w:rPr>
          <w:sz w:val="22"/>
        </w:rPr>
        <w:t>D. Lipid tham gia cấu tạo màng tế bào và dự trữ năng lượng.</w:t>
      </w:r>
    </w:p>
    <w:p/>
    <w:p>
      <w:r>
        <w:rPr>
          <w:b/>
          <w:sz w:val="24"/>
        </w:rPr>
        <w:t>Câu 3: Đường đơn nào sau đây là đường hexose?</w:t>
      </w:r>
    </w:p>
    <w:p>
      <w:pPr>
        <w:pStyle w:val="ListParagraph"/>
      </w:pPr>
      <w:r>
        <w:rPr>
          <w:sz w:val="22"/>
        </w:rPr>
        <w:t>A. Glucose</w:t>
      </w:r>
    </w:p>
    <w:p>
      <w:pPr>
        <w:pStyle w:val="ListParagraph"/>
      </w:pPr>
      <w:r>
        <w:rPr>
          <w:sz w:val="22"/>
        </w:rPr>
        <w:t>B. Ribose</w:t>
      </w:r>
    </w:p>
    <w:p>
      <w:pPr>
        <w:pStyle w:val="ListParagraph"/>
      </w:pPr>
      <w:r>
        <w:rPr>
          <w:sz w:val="22"/>
        </w:rPr>
        <w:t>C. Deoxyribose</w:t>
      </w:r>
    </w:p>
    <w:p>
      <w:pPr>
        <w:pStyle w:val="ListParagraph"/>
      </w:pPr>
      <w:r>
        <w:rPr>
          <w:sz w:val="22"/>
        </w:rPr>
        <w:t>D. Fructose</w:t>
      </w:r>
    </w:p>
    <w:p/>
    <w:p>
      <w:r>
        <w:rPr>
          <w:b/>
          <w:sz w:val="24"/>
        </w:rPr>
        <w:t>Câu 4: Đường đôi nào sau đây được cấu tạo từ glucose và fructose?</w:t>
      </w:r>
    </w:p>
    <w:p>
      <w:pPr>
        <w:pStyle w:val="ListParagraph"/>
      </w:pPr>
      <w:r>
        <w:rPr>
          <w:sz w:val="22"/>
        </w:rPr>
        <w:t>A. Sucrose</w:t>
      </w:r>
    </w:p>
    <w:p>
      <w:pPr>
        <w:pStyle w:val="ListParagraph"/>
      </w:pPr>
      <w:r>
        <w:rPr>
          <w:sz w:val="22"/>
        </w:rPr>
        <w:t>B. Lactose</w:t>
      </w:r>
    </w:p>
    <w:p>
      <w:pPr>
        <w:pStyle w:val="ListParagraph"/>
      </w:pPr>
      <w:r>
        <w:rPr>
          <w:sz w:val="22"/>
        </w:rPr>
        <w:t>C. Maltose</w:t>
      </w:r>
    </w:p>
    <w:p>
      <w:pPr>
        <w:pStyle w:val="ListParagraph"/>
      </w:pPr>
      <w:r>
        <w:rPr>
          <w:sz w:val="22"/>
        </w:rPr>
        <w:t>D. Cellobiose</w:t>
      </w:r>
    </w:p>
    <w:p/>
    <w:p>
      <w:r>
        <w:rPr>
          <w:b/>
          <w:sz w:val="24"/>
        </w:rPr>
        <w:t>Câu 5: Phát biểu nào sau đây đúng về mỡ và dầu?</w:t>
      </w:r>
    </w:p>
    <w:p>
      <w:pPr>
        <w:pStyle w:val="ListParagraph"/>
      </w:pPr>
      <w:r>
        <w:rPr>
          <w:sz w:val="22"/>
        </w:rPr>
        <w:t>A. Mỡ chứa nhiều axit béo không no, dầu chứa nhiều axit béo no.</w:t>
      </w:r>
    </w:p>
    <w:p>
      <w:pPr>
        <w:pStyle w:val="ListParagraph"/>
      </w:pPr>
      <w:r>
        <w:rPr>
          <w:sz w:val="22"/>
        </w:rPr>
        <w:t>B. Mỡ ở trạng thái rắn ở nhiệt độ phòng, dầu ở trạng thái lỏng.</w:t>
      </w:r>
    </w:p>
    <w:p>
      <w:pPr>
        <w:pStyle w:val="ListParagraph"/>
      </w:pPr>
      <w:r>
        <w:rPr>
          <w:sz w:val="22"/>
        </w:rPr>
        <w:t>C. Mỡ có nguồn gốc từ thực vật, dầu có nguồn gốc từ động vật.</w:t>
      </w:r>
    </w:p>
    <w:p>
      <w:pPr>
        <w:pStyle w:val="ListParagraph"/>
      </w:pPr>
      <w:r>
        <w:rPr>
          <w:sz w:val="22"/>
        </w:rPr>
        <w:t>D. Mỡ và dầu đều tan tốt trong nước.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