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1: MỘT SỐ VẤN ĐỀ CHUNG VỀ CÁCH MẠNG TƯ SẢ...</w:t>
      </w:r>
    </w:p>
    <w:p>
      <w:pPr>
        <w:jc w:val="center"/>
      </w:pPr>
      <w:r>
        <w:rPr>
          <w:sz w:val="22"/>
        </w:rPr>
        <w:t>Số câu: 24    Thời gian: _____ phút    Họ và tên: _________________________</w:t>
      </w:r>
    </w:p>
    <w:p/>
    <w:p>
      <w:r>
        <w:rPr>
          <w:b/>
          <w:sz w:val="24"/>
        </w:rPr>
        <w:t>Câu 1: Đầu thế kỉ XVII, ngành công nghiệp phát triển nhất ở nước Anh là</w:t>
      </w:r>
    </w:p>
    <w:p>
      <w:pPr>
        <w:pStyle w:val="ListParagraph"/>
      </w:pPr>
      <w:r>
        <w:rPr>
          <w:sz w:val="22"/>
        </w:rPr>
        <w:t>A. luyện kim.</w:t>
      </w:r>
    </w:p>
    <w:p>
      <w:pPr>
        <w:pStyle w:val="ListParagraph"/>
      </w:pPr>
      <w:r>
        <w:rPr>
          <w:sz w:val="22"/>
        </w:rPr>
        <w:t>B. máy hơi nước.</w:t>
      </w:r>
    </w:p>
    <w:p>
      <w:pPr>
        <w:pStyle w:val="ListParagraph"/>
      </w:pPr>
      <w:r>
        <w:rPr>
          <w:sz w:val="22"/>
        </w:rPr>
        <w:t>C. len, dạ.</w:t>
      </w:r>
    </w:p>
    <w:p>
      <w:pPr>
        <w:pStyle w:val="ListParagraph"/>
      </w:pPr>
      <w:r>
        <w:rPr>
          <w:sz w:val="22"/>
        </w:rPr>
        <w:t>D. chế tạo máy móc.</w:t>
      </w:r>
    </w:p>
    <w:p/>
    <w:p>
      <w:r>
        <w:rPr>
          <w:b/>
          <w:sz w:val="24"/>
        </w:rPr>
        <w:t>Câu 2: Đẳng cấp thứ ba trong xã hội Pháp trước cách mạng gồm những lực lượng nào?</w:t>
      </w:r>
    </w:p>
    <w:p>
      <w:pPr>
        <w:pStyle w:val="ListParagraph"/>
      </w:pPr>
      <w:r>
        <w:rPr>
          <w:sz w:val="22"/>
        </w:rPr>
        <w:t>A. Tư sản, nông dân, bình dân thành thị.</w:t>
      </w:r>
    </w:p>
    <w:p>
      <w:pPr>
        <w:pStyle w:val="ListParagraph"/>
      </w:pPr>
      <w:r>
        <w:rPr>
          <w:sz w:val="22"/>
        </w:rPr>
        <w:t>B. Quý tộc, nông dân, tăng lữ, thợ thủ công.</w:t>
      </w:r>
    </w:p>
    <w:p>
      <w:pPr>
        <w:pStyle w:val="ListParagraph"/>
      </w:pPr>
      <w:r>
        <w:rPr>
          <w:sz w:val="22"/>
        </w:rPr>
        <w:t>C. Tăng lữ, quý tộc và tư sản, nông dân.</w:t>
      </w:r>
    </w:p>
    <w:p>
      <w:pPr>
        <w:pStyle w:val="ListParagraph"/>
      </w:pPr>
      <w:r>
        <w:rPr>
          <w:sz w:val="22"/>
        </w:rPr>
        <w:t>D. Vua, quan lại, tăng lữ, bình dân thành thị</w:t>
      </w:r>
    </w:p>
    <w:p/>
    <w:p>
      <w:r>
        <w:rPr>
          <w:b/>
          <w:sz w:val="24"/>
        </w:rPr>
        <w:t>Câu 3: Đến giữa thế kỉ XVIII, miền Bắc của 13 bang thuộc địa Anh ở Bắc Mĩ phổ biến phát triển</w:t>
      </w:r>
    </w:p>
    <w:p>
      <w:pPr>
        <w:pStyle w:val="ListParagraph"/>
      </w:pPr>
      <w:r>
        <w:rPr>
          <w:sz w:val="22"/>
        </w:rPr>
        <w:t>A. kinh tế đồn điền.</w:t>
      </w:r>
    </w:p>
    <w:p>
      <w:pPr>
        <w:pStyle w:val="ListParagraph"/>
      </w:pPr>
      <w:r>
        <w:rPr>
          <w:sz w:val="22"/>
        </w:rPr>
        <w:t>B. công trường thủ công.</w:t>
      </w:r>
    </w:p>
    <w:p>
      <w:pPr>
        <w:pStyle w:val="ListParagraph"/>
      </w:pPr>
      <w:r>
        <w:rPr>
          <w:sz w:val="22"/>
        </w:rPr>
        <w:t>C. dệt và làm gốm.</w:t>
      </w:r>
    </w:p>
    <w:p>
      <w:pPr>
        <w:pStyle w:val="ListParagraph"/>
      </w:pPr>
      <w:r>
        <w:rPr>
          <w:sz w:val="22"/>
        </w:rPr>
        <w:t>D. phường hội thủ công.</w:t>
      </w:r>
    </w:p>
    <w:p/>
    <w:p>
      <w:r>
        <w:rPr>
          <w:b/>
          <w:sz w:val="24"/>
        </w:rPr>
        <w:t>Câu 4: Đến giữa thế kỉ XVIII, miền Nam của 13 bang thuộc địa Anh ở Bắc Mĩ phổ biến phát triển</w:t>
      </w:r>
    </w:p>
    <w:p>
      <w:pPr>
        <w:pStyle w:val="ListParagraph"/>
      </w:pPr>
      <w:r>
        <w:rPr>
          <w:sz w:val="22"/>
        </w:rPr>
        <w:t>A. công thương nghiệp.</w:t>
      </w:r>
    </w:p>
    <w:p>
      <w:pPr>
        <w:pStyle w:val="ListParagraph"/>
      </w:pPr>
      <w:r>
        <w:rPr>
          <w:sz w:val="22"/>
        </w:rPr>
        <w:t>B. đồn điền, trang trại.</w:t>
      </w:r>
    </w:p>
    <w:p>
      <w:pPr>
        <w:pStyle w:val="ListParagraph"/>
      </w:pPr>
      <w:r>
        <w:rPr>
          <w:sz w:val="22"/>
        </w:rPr>
        <w:t>C. luyện kim và đóng tàu.</w:t>
      </w:r>
    </w:p>
    <w:p>
      <w:pPr>
        <w:pStyle w:val="ListParagraph"/>
      </w:pPr>
      <w:r>
        <w:rPr>
          <w:sz w:val="22"/>
        </w:rPr>
        <w:t>D. khai thác dầu mỏ.</w:t>
      </w:r>
    </w:p>
    <w:p/>
    <w:p>
      <w:r>
        <w:rPr>
          <w:b/>
          <w:sz w:val="24"/>
        </w:rPr>
        <w:t>Câu 5: Từ thế kỉ XVII, nền nông nghiệp Anh có đặc điểm nổi bật nào sau đây?</w:t>
      </w:r>
    </w:p>
    <w:p>
      <w:pPr>
        <w:pStyle w:val="ListParagraph"/>
      </w:pPr>
      <w:r>
        <w:rPr>
          <w:sz w:val="22"/>
        </w:rPr>
        <w:t>A. Lạc hậu, manh mún, công cụ lao động thô sơ</w:t>
      </w:r>
    </w:p>
    <w:p>
      <w:pPr>
        <w:pStyle w:val="ListParagraph"/>
      </w:pPr>
      <w:r>
        <w:rPr>
          <w:sz w:val="22"/>
        </w:rPr>
        <w:t>B. Bị cạnh tranh gay gắt bởi nông nghiệp Pháp.</w:t>
      </w:r>
    </w:p>
    <w:p>
      <w:pPr>
        <w:pStyle w:val="ListParagraph"/>
      </w:pPr>
      <w:r>
        <w:rPr>
          <w:sz w:val="22"/>
        </w:rPr>
        <w:t>C. Phương thức kinh doanh mới thâm nhập mạnh</w:t>
      </w:r>
    </w:p>
    <w:p>
      <w:pPr>
        <w:pStyle w:val="ListParagraph"/>
      </w:pPr>
      <w:r>
        <w:rPr>
          <w:sz w:val="22"/>
        </w:rPr>
        <w:t>D. Phát triển mạnh mẽ trong ngành đồn điền cao su.</w:t>
      </w:r>
    </w:p>
    <w:p/>
    <w:p>
      <w:r>
        <w:rPr>
          <w:b/>
          <w:sz w:val="24"/>
        </w:rPr>
        <w:t>Câu 6: Mục tiêu chung của các cuộc cách mạng tư sản thế kỉ XVI- XVIII là</w:t>
      </w:r>
    </w:p>
    <w:p>
      <w:pPr>
        <w:pStyle w:val="ListParagraph"/>
      </w:pPr>
      <w:r>
        <w:rPr>
          <w:sz w:val="22"/>
        </w:rPr>
        <w:t>A. lật đổ chế đổ phong kiến, thực dân cùng tàn tích của nó.</w:t>
      </w:r>
    </w:p>
    <w:p>
      <w:pPr>
        <w:pStyle w:val="ListParagraph"/>
      </w:pPr>
      <w:r>
        <w:rPr>
          <w:sz w:val="22"/>
        </w:rPr>
        <w:t>B. lật đổ chế độ phong kiến, cổ đại cùng tàn tích của nó.</w:t>
      </w:r>
    </w:p>
    <w:p>
      <w:pPr>
        <w:pStyle w:val="ListParagraph"/>
      </w:pPr>
      <w:r>
        <w:rPr>
          <w:sz w:val="22"/>
        </w:rPr>
        <w:t>C. tạo điều kiện cho sự phát triển của chế độ phong kiến.</w:t>
      </w:r>
    </w:p>
    <w:p>
      <w:pPr>
        <w:pStyle w:val="ListParagraph"/>
      </w:pPr>
      <w:r>
        <w:rPr>
          <w:sz w:val="22"/>
        </w:rPr>
        <w:t>D. mở đường cho sự phát triển của chủ nghĩa xã hội.</w:t>
      </w:r>
    </w:p>
    <w:p/>
    <w:p>
      <w:r>
        <w:rPr>
          <w:b/>
          <w:sz w:val="24"/>
        </w:rPr>
        <w:t>Câu 7: Các cuộc cách mạng tư sản thế kỉ XVI - XVIII có hai nhiệm vụ cơ bản là</w:t>
      </w:r>
    </w:p>
    <w:p>
      <w:pPr>
        <w:pStyle w:val="ListParagraph"/>
      </w:pPr>
      <w:r>
        <w:rPr>
          <w:sz w:val="22"/>
        </w:rPr>
        <w:t>A. dân tộc và dân chủ.</w:t>
      </w:r>
    </w:p>
    <w:p>
      <w:pPr>
        <w:pStyle w:val="ListParagraph"/>
      </w:pPr>
      <w:r>
        <w:rPr>
          <w:sz w:val="22"/>
        </w:rPr>
        <w:t>B. dân tộc và dân sinh.</w:t>
      </w:r>
    </w:p>
    <w:p>
      <w:pPr>
        <w:pStyle w:val="ListParagraph"/>
      </w:pPr>
      <w:r>
        <w:rPr>
          <w:sz w:val="22"/>
        </w:rPr>
        <w:t>C. độc lập và tự do.</w:t>
      </w:r>
    </w:p>
    <w:p>
      <w:pPr>
        <w:pStyle w:val="ListParagraph"/>
      </w:pPr>
      <w:r>
        <w:rPr>
          <w:sz w:val="22"/>
        </w:rPr>
        <w:t>D. dân chủ và dân quyền.</w:t>
      </w:r>
    </w:p>
    <w:p/>
    <w:p>
      <w:r>
        <w:rPr>
          <w:b/>
          <w:sz w:val="24"/>
        </w:rPr>
        <w:t>Câu 8: Một trong những lực lượng lãnh đạo chủ yếu của các cuộc cách mạng tư sản thế kỉ XVI – XVIII là giai cấp</w:t>
      </w:r>
    </w:p>
    <w:p>
      <w:pPr>
        <w:pStyle w:val="ListParagraph"/>
      </w:pPr>
      <w:r>
        <w:rPr>
          <w:sz w:val="22"/>
        </w:rPr>
        <w:t>A. tư sản.</w:t>
      </w:r>
    </w:p>
    <w:p>
      <w:pPr>
        <w:pStyle w:val="ListParagraph"/>
      </w:pPr>
      <w:r>
        <w:rPr>
          <w:sz w:val="22"/>
        </w:rPr>
        <w:t>B. công nhân.</w:t>
      </w:r>
    </w:p>
    <w:p>
      <w:pPr>
        <w:pStyle w:val="ListParagraph"/>
      </w:pPr>
      <w:r>
        <w:rPr>
          <w:sz w:val="22"/>
        </w:rPr>
        <w:t>C. nông dân.</w:t>
      </w:r>
    </w:p>
    <w:p>
      <w:pPr>
        <w:pStyle w:val="ListParagraph"/>
      </w:pPr>
      <w:r>
        <w:rPr>
          <w:sz w:val="22"/>
        </w:rPr>
        <w:t>D. địa chủ.</w:t>
      </w:r>
    </w:p>
    <w:p/>
    <w:p>
      <w:r>
        <w:rPr>
          <w:b/>
          <w:sz w:val="24"/>
        </w:rPr>
        <w:t>Câu 9: Lãnh đạo của cuộc cách mạng tư sản Anh thế kỉ XVII là</w:t>
      </w:r>
    </w:p>
    <w:p>
      <w:pPr>
        <w:pStyle w:val="ListParagraph"/>
      </w:pPr>
      <w:r>
        <w:rPr>
          <w:sz w:val="22"/>
        </w:rPr>
        <w:t>A. tư sản và chủ nô.</w:t>
      </w:r>
    </w:p>
    <w:p>
      <w:pPr>
        <w:pStyle w:val="ListParagraph"/>
      </w:pPr>
      <w:r>
        <w:rPr>
          <w:sz w:val="22"/>
        </w:rPr>
        <w:t>B. tư sản và quý tộc mới.</w:t>
      </w:r>
    </w:p>
    <w:p>
      <w:pPr>
        <w:pStyle w:val="ListParagraph"/>
      </w:pPr>
      <w:r>
        <w:rPr>
          <w:sz w:val="22"/>
        </w:rPr>
        <w:t>C. tăng lữ và quý tộc.</w:t>
      </w:r>
    </w:p>
    <w:p>
      <w:pPr>
        <w:pStyle w:val="ListParagraph"/>
      </w:pPr>
      <w:r>
        <w:rPr>
          <w:sz w:val="22"/>
        </w:rPr>
        <w:t>D. Chủ nô và quý tộc</w:t>
      </w:r>
    </w:p>
    <w:p/>
    <w:p>
      <w:r>
        <w:rPr>
          <w:b/>
          <w:sz w:val="24"/>
        </w:rPr>
        <w:t>Câu 10: “Lật đổ chế độ phong kiến đứng đầu là vua Sác- lơ I, thiết lập nền thống trị của giai cấp tư sản và quý tộc mới, mở đường cho sự phát triển của chủ nghĩa tư bản” là mục tiêu của cuộc cách mạng tư sản ở quốc gia nào sau đây?</w:t>
      </w:r>
    </w:p>
    <w:p>
      <w:pPr>
        <w:pStyle w:val="ListParagraph"/>
      </w:pPr>
      <w:r>
        <w:rPr>
          <w:sz w:val="22"/>
        </w:rPr>
        <w:t>A. Nga</w:t>
      </w:r>
    </w:p>
    <w:p>
      <w:pPr>
        <w:pStyle w:val="ListParagraph"/>
      </w:pPr>
      <w:r>
        <w:rPr>
          <w:sz w:val="22"/>
        </w:rPr>
        <w:t>B. Pháp.</w:t>
      </w:r>
    </w:p>
    <w:p>
      <w:pPr>
        <w:pStyle w:val="ListParagraph"/>
      </w:pPr>
      <w:r>
        <w:rPr>
          <w:sz w:val="22"/>
        </w:rPr>
        <w:t>C. Anh.</w:t>
      </w:r>
    </w:p>
    <w:p>
      <w:pPr>
        <w:pStyle w:val="ListParagraph"/>
      </w:pPr>
      <w:r>
        <w:rPr>
          <w:sz w:val="22"/>
        </w:rPr>
        <w:t>D. Bắc Mỹ.</w:t>
      </w:r>
    </w:p>
    <w:p/>
    <w:p>
      <w:r>
        <w:rPr>
          <w:b/>
          <w:sz w:val="24"/>
        </w:rPr>
        <w:t>Câu 11: Một trong những ý nghĩa của cách mạng tư sản Pháp cuối thế kỷ XVIII là</w:t>
      </w:r>
    </w:p>
    <w:p>
      <w:pPr>
        <w:pStyle w:val="ListParagraph"/>
      </w:pPr>
      <w:r>
        <w:rPr>
          <w:sz w:val="22"/>
        </w:rPr>
        <w:t>A. lật đổ và xóa bỏ mọi tàn dư của chế độ phong kiến.</w:t>
      </w:r>
    </w:p>
    <w:p>
      <w:pPr>
        <w:pStyle w:val="ListParagraph"/>
      </w:pPr>
      <w:r>
        <w:rPr>
          <w:sz w:val="22"/>
        </w:rPr>
        <w:t>B. thúc đẩy phong trào đấu tranh giành độc lập Mĩ Latinh.</w:t>
      </w:r>
    </w:p>
    <w:p>
      <w:pPr>
        <w:pStyle w:val="ListParagraph"/>
      </w:pPr>
      <w:r>
        <w:rPr>
          <w:sz w:val="22"/>
        </w:rPr>
        <w:t>C. lật đổ chế độ quân chủ chuyên chế do vua Sác – lơ I đứng đầu</w:t>
      </w:r>
    </w:p>
    <w:p>
      <w:pPr>
        <w:pStyle w:val="ListParagraph"/>
      </w:pPr>
      <w:r>
        <w:rPr>
          <w:sz w:val="22"/>
        </w:rPr>
        <w:t>D. lật đổ sự thống trị của thực dân Anh, giành độc lập dân tộc.</w:t>
      </w:r>
    </w:p>
    <w:p/>
    <w:p>
      <w:r>
        <w:rPr>
          <w:b/>
          <w:sz w:val="24"/>
        </w:rPr>
        <w:t>Câu 12: Cách mạng tư sản Anh thế kỉ XVII đã</w:t>
      </w:r>
    </w:p>
    <w:p>
      <w:pPr>
        <w:pStyle w:val="ListParagraph"/>
      </w:pPr>
      <w:r>
        <w:rPr>
          <w:sz w:val="22"/>
        </w:rPr>
        <w:t>A. lật đổ chế độ thuộc địa nửa phong kiến</w:t>
      </w:r>
    </w:p>
    <w:p>
      <w:pPr>
        <w:pStyle w:val="ListParagraph"/>
      </w:pPr>
      <w:r>
        <w:rPr>
          <w:sz w:val="22"/>
        </w:rPr>
        <w:t>B. thiết lập chế độ dân chủ cộng hòa ở Anh.</w:t>
      </w:r>
    </w:p>
    <w:p>
      <w:pPr>
        <w:pStyle w:val="ListParagraph"/>
      </w:pPr>
      <w:r>
        <w:rPr>
          <w:sz w:val="22"/>
        </w:rPr>
        <w:t>C. thiết lập chế độ quân chủ lập hiến ở Anh.</w:t>
      </w:r>
    </w:p>
    <w:p>
      <w:pPr>
        <w:pStyle w:val="ListParagraph"/>
      </w:pPr>
      <w:r>
        <w:rPr>
          <w:sz w:val="22"/>
        </w:rPr>
        <w:t>D. giành độc lập dân tộc từ tay thực dân Pháp.</w:t>
      </w:r>
    </w:p>
    <w:p/>
    <w:p>
      <w:r>
        <w:rPr>
          <w:b/>
          <w:sz w:val="24"/>
        </w:rPr>
        <w:t>Câu 13: Mức độ thắng lợi của các cuộc cách mạng tư sản thời cận đại khác nhau là do</w:t>
      </w:r>
    </w:p>
    <w:p>
      <w:pPr>
        <w:pStyle w:val="ListParagraph"/>
      </w:pPr>
      <w:r>
        <w:rPr>
          <w:sz w:val="22"/>
        </w:rPr>
        <w:t>A. điều kiện lịch sử.</w:t>
      </w:r>
    </w:p>
    <w:p>
      <w:pPr>
        <w:pStyle w:val="ListParagraph"/>
      </w:pPr>
      <w:r>
        <w:rPr>
          <w:sz w:val="22"/>
        </w:rPr>
        <w:t>B. giai cấp lãnh đạo.</w:t>
      </w:r>
    </w:p>
    <w:p>
      <w:pPr>
        <w:pStyle w:val="ListParagraph"/>
      </w:pPr>
      <w:r>
        <w:rPr>
          <w:sz w:val="22"/>
        </w:rPr>
        <w:t>C. động lực cách mạng.</w:t>
      </w:r>
    </w:p>
    <w:p>
      <w:pPr>
        <w:pStyle w:val="ListParagraph"/>
      </w:pPr>
      <w:r>
        <w:rPr>
          <w:sz w:val="22"/>
        </w:rPr>
        <w:t>D. nhiệm vụ cách mạng.</w:t>
      </w:r>
    </w:p>
    <w:p/>
    <w:p>
      <w:r>
        <w:rPr>
          <w:b/>
          <w:sz w:val="24"/>
        </w:rPr>
        <w:t>Câu 14: Đặc điểm nổi bật của tình hình chính trị nước Anh và Pháp trước khi bùng nổ cách mạng tư sản là</w:t>
      </w:r>
    </w:p>
    <w:p>
      <w:pPr>
        <w:pStyle w:val="ListParagraph"/>
      </w:pPr>
      <w:r>
        <w:rPr>
          <w:sz w:val="22"/>
        </w:rPr>
        <w:t>A. tồn tại chế độ quân chủ chuyên chế.</w:t>
      </w:r>
    </w:p>
    <w:p>
      <w:pPr>
        <w:pStyle w:val="ListParagraph"/>
      </w:pPr>
      <w:r>
        <w:rPr>
          <w:sz w:val="22"/>
        </w:rPr>
        <w:t>B. là thuộc địa của chủ nghĩa thực dân.</w:t>
      </w:r>
    </w:p>
    <w:p>
      <w:pPr>
        <w:pStyle w:val="ListParagraph"/>
      </w:pPr>
      <w:r>
        <w:rPr>
          <w:sz w:val="22"/>
        </w:rPr>
        <w:t>C. xuất hiện kinh tế tư bản chủ nghĩa.</w:t>
      </w:r>
    </w:p>
    <w:p>
      <w:pPr>
        <w:pStyle w:val="ListParagraph"/>
      </w:pPr>
      <w:r>
        <w:rPr>
          <w:sz w:val="22"/>
        </w:rPr>
        <w:t>D. xuất hiện trào lưu triết học ánh sáng.</w:t>
      </w:r>
    </w:p>
    <w:p/>
    <w:p>
      <w:r>
        <w:rPr>
          <w:b/>
          <w:sz w:val="24"/>
        </w:rPr>
        <w:t>Câu 15: Nội dung nào sau đây không phải là đặc điểm tình hình nước Pháp cuối thế kỉ XVIII?</w:t>
      </w:r>
    </w:p>
    <w:p>
      <w:pPr>
        <w:pStyle w:val="ListParagraph"/>
      </w:pPr>
      <w:r>
        <w:rPr>
          <w:sz w:val="22"/>
        </w:rPr>
        <w:t>A. Lấy Thanh giáo làm ngọn cờ tư tưởng.</w:t>
      </w:r>
    </w:p>
    <w:p>
      <w:pPr>
        <w:pStyle w:val="ListParagraph"/>
      </w:pPr>
      <w:r>
        <w:rPr>
          <w:sz w:val="22"/>
        </w:rPr>
        <w:t>B. Xuất hiện trào lưu Triết học ánh sáng.</w:t>
      </w:r>
    </w:p>
    <w:p>
      <w:pPr>
        <w:pStyle w:val="ListParagraph"/>
      </w:pPr>
      <w:r>
        <w:rPr>
          <w:sz w:val="22"/>
        </w:rPr>
        <w:t>C. Xã hội phân chia thành các đẳng cấp.</w:t>
      </w:r>
    </w:p>
    <w:p>
      <w:pPr>
        <w:pStyle w:val="ListParagraph"/>
      </w:pPr>
      <w:r>
        <w:rPr>
          <w:sz w:val="22"/>
        </w:rPr>
        <w:t>D. Vua Lu-I XVI có quyền lực tuyệt đối.</w:t>
      </w:r>
    </w:p>
    <w:p/>
    <w:p>
      <w:r>
        <w:rPr>
          <w:b/>
          <w:sz w:val="24"/>
        </w:rPr>
        <w:t>Câu 16: Đặc điểm nổi bật về kinh tế của 13 thuộc địa Anh ở Bắc Mĩ giữa thế kỉ XVIII là</w:t>
      </w:r>
    </w:p>
    <w:p>
      <w:pPr>
        <w:pStyle w:val="ListParagraph"/>
      </w:pPr>
      <w:r>
        <w:rPr>
          <w:sz w:val="22"/>
        </w:rPr>
        <w:t>A. miền Nam chủ yếu phát triển kinh tế công nghiệp.</w:t>
      </w:r>
    </w:p>
    <w:p>
      <w:pPr>
        <w:pStyle w:val="ListParagraph"/>
      </w:pPr>
      <w:r>
        <w:rPr>
          <w:sz w:val="22"/>
        </w:rPr>
        <w:t>B. miền Bắc chủ yếu phát triển kinh tế thương nghiệp.</w:t>
      </w:r>
    </w:p>
    <w:p>
      <w:pPr>
        <w:pStyle w:val="ListParagraph"/>
      </w:pPr>
      <w:r>
        <w:rPr>
          <w:sz w:val="22"/>
        </w:rPr>
        <w:t>C. kinh tế phát triển theo con đường tư bản chủ nghĩa.</w:t>
      </w:r>
    </w:p>
    <w:p>
      <w:pPr>
        <w:pStyle w:val="ListParagraph"/>
      </w:pPr>
      <w:r>
        <w:rPr>
          <w:sz w:val="22"/>
        </w:rPr>
        <w:t>D. phương thức sản xuất tư bản chủ nghĩa chưa thâm nhập</w:t>
      </w:r>
    </w:p>
    <w:p/>
    <w:p>
      <w:r>
        <w:rPr>
          <w:b/>
          <w:sz w:val="24"/>
        </w:rPr>
        <w:t>Câu 17: Nội dung nào sau đây không phải là mục tiêu của các cuộc cách mạng tư sản thế kỉ XVI - XVIII?</w:t>
      </w:r>
    </w:p>
    <w:p>
      <w:pPr>
        <w:pStyle w:val="ListParagraph"/>
      </w:pPr>
      <w:r>
        <w:rPr>
          <w:sz w:val="22"/>
        </w:rPr>
        <w:t>A. Lật đổ chế độ phong kiến, thực dân cùng tàn tích của nó.</w:t>
      </w:r>
    </w:p>
    <w:p>
      <w:pPr>
        <w:pStyle w:val="ListParagraph"/>
      </w:pPr>
      <w:r>
        <w:rPr>
          <w:sz w:val="22"/>
        </w:rPr>
        <w:t>B. Tạo điều kiện cho sự phát triển của kinh tế tư bản chủ nghĩa.</w:t>
      </w:r>
    </w:p>
    <w:p>
      <w:pPr>
        <w:pStyle w:val="ListParagraph"/>
      </w:pPr>
      <w:r>
        <w:rPr>
          <w:sz w:val="22"/>
        </w:rPr>
        <w:t>C. Thiết lập nền thống trị của giai cấp tư sản và liên minh của họ</w:t>
      </w:r>
    </w:p>
    <w:p>
      <w:pPr>
        <w:pStyle w:val="ListParagraph"/>
      </w:pPr>
      <w:r>
        <w:rPr>
          <w:sz w:val="22"/>
        </w:rPr>
        <w:t>D. Mở ra thời đại thời đại thắng lợi của chế độ xã hội chủ nghĩa</w:t>
      </w:r>
    </w:p>
    <w:p/>
    <w:p>
      <w:r>
        <w:rPr>
          <w:b/>
          <w:sz w:val="24"/>
        </w:rPr>
        <w:t>Câu 18: Nội dung nào sau đây là mục tiêu của cuộc cách mạng tư sản Pháp cuối thế kỉ XVIII?</w:t>
      </w:r>
    </w:p>
    <w:p>
      <w:pPr>
        <w:pStyle w:val="ListParagraph"/>
      </w:pPr>
      <w:r>
        <w:rPr>
          <w:sz w:val="22"/>
        </w:rPr>
        <w:t>A. Lật đổ chế độ phong kiến đứng đầu vua Sác- lơ I.</w:t>
      </w:r>
    </w:p>
    <w:p>
      <w:pPr>
        <w:pStyle w:val="ListParagraph"/>
      </w:pPr>
      <w:r>
        <w:rPr>
          <w:sz w:val="22"/>
        </w:rPr>
        <w:t>B. Lật đổ ách thống trị của thực dân Anh, giành độc lập</w:t>
      </w:r>
    </w:p>
    <w:p>
      <w:pPr>
        <w:pStyle w:val="ListParagraph"/>
      </w:pPr>
      <w:r>
        <w:rPr>
          <w:sz w:val="22"/>
        </w:rPr>
        <w:t>C. Lật đổ chế độ phong kiến đứng đầu vua Lu- i XVI.</w:t>
      </w:r>
    </w:p>
    <w:p>
      <w:pPr>
        <w:pStyle w:val="ListParagraph"/>
      </w:pPr>
      <w:r>
        <w:rPr>
          <w:sz w:val="22"/>
        </w:rPr>
        <w:t>D. Thiết lập chính quyền của giai cấp tư sản và chủ nô</w:t>
      </w:r>
    </w:p>
    <w:p/>
    <w:p>
      <w:r>
        <w:rPr>
          <w:b/>
          <w:sz w:val="24"/>
        </w:rPr>
        <w:t>Câu 19: Một trong những điểm chung của các cuộc cách mạng tư sản thời cận đại là</w:t>
      </w:r>
    </w:p>
    <w:p>
      <w:pPr>
        <w:pStyle w:val="ListParagraph"/>
      </w:pPr>
      <w:r>
        <w:rPr>
          <w:sz w:val="22"/>
        </w:rPr>
        <w:t>A. mở đường cho chủ nghĩa tư bản phát triển.</w:t>
      </w:r>
    </w:p>
    <w:p>
      <w:pPr>
        <w:pStyle w:val="ListParagraph"/>
      </w:pPr>
      <w:r>
        <w:rPr>
          <w:sz w:val="22"/>
        </w:rPr>
        <w:t>B. do tư sản và chủ nô lãnh đạo.</w:t>
      </w:r>
    </w:p>
    <w:p>
      <w:pPr>
        <w:pStyle w:val="ListParagraph"/>
      </w:pPr>
      <w:r>
        <w:rPr>
          <w:sz w:val="22"/>
        </w:rPr>
        <w:t>C. xóa bỏ chế độ phong kiến và nô lệ.</w:t>
      </w:r>
    </w:p>
    <w:p>
      <w:pPr>
        <w:pStyle w:val="ListParagraph"/>
      </w:pPr>
      <w:r>
        <w:rPr>
          <w:sz w:val="22"/>
        </w:rPr>
        <w:t>D. Diễn ra dưới hình thức nội chiến.</w:t>
      </w:r>
    </w:p>
    <w:p/>
    <w:p>
      <w:r>
        <w:rPr>
          <w:b/>
          <w:sz w:val="24"/>
        </w:rPr>
        <w:t>Câu 20: Điểm khác biệt về tình hình chính trị Bắc Mĩ so với nước Anh và Pháp trước khi cách mạng tư sản bùng nổ thế kỉ XVIII là</w:t>
      </w:r>
    </w:p>
    <w:p>
      <w:pPr>
        <w:pStyle w:val="ListParagraph"/>
      </w:pPr>
      <w:r>
        <w:rPr>
          <w:sz w:val="22"/>
        </w:rPr>
        <w:t>A. thực dân phương Tây thống trị</w:t>
      </w:r>
    </w:p>
    <w:p>
      <w:pPr>
        <w:pStyle w:val="ListParagraph"/>
      </w:pPr>
      <w:r>
        <w:rPr>
          <w:sz w:val="22"/>
        </w:rPr>
        <w:t>B. chế độ phong kiến kìm hãm.</w:t>
      </w:r>
    </w:p>
    <w:p>
      <w:pPr>
        <w:pStyle w:val="ListParagraph"/>
      </w:pPr>
      <w:r>
        <w:rPr>
          <w:sz w:val="22"/>
        </w:rPr>
        <w:t>C. xuất hiện tầng lớp quí tộc mới.</w:t>
      </w:r>
    </w:p>
    <w:p>
      <w:pPr>
        <w:pStyle w:val="ListParagraph"/>
      </w:pPr>
      <w:r>
        <w:rPr>
          <w:sz w:val="22"/>
        </w:rPr>
        <w:t>D. xã hội tồn tại chế độ đẳng cấp.</w:t>
      </w:r>
    </w:p>
    <w:p/>
    <w:p>
      <w:r>
        <w:rPr>
          <w:b/>
          <w:sz w:val="24"/>
        </w:rPr>
        <w:t>Câu 21: Điểm chung trong tiền đề tư tưởng của các cuộc cách mạng tư sản thế kỉ XVII - XVIII là</w:t>
      </w:r>
    </w:p>
    <w:p>
      <w:pPr>
        <w:pStyle w:val="ListParagraph"/>
      </w:pPr>
      <w:r>
        <w:rPr>
          <w:sz w:val="22"/>
        </w:rPr>
        <w:t>A. Xuất hiện trào lưu tư tưởng tiến bộ của tư sản.</w:t>
      </w:r>
    </w:p>
    <w:p>
      <w:pPr>
        <w:pStyle w:val="ListParagraph"/>
      </w:pPr>
      <w:r>
        <w:rPr>
          <w:sz w:val="22"/>
        </w:rPr>
        <w:t>B. Xuất hiện trào lưu triết học ánh sáng.</w:t>
      </w:r>
    </w:p>
    <w:p>
      <w:pPr>
        <w:pStyle w:val="ListParagraph"/>
      </w:pPr>
      <w:r>
        <w:rPr>
          <w:sz w:val="22"/>
        </w:rPr>
        <w:t>C. Xuất hiện các giai cấp, tầng lớpxã hội mới.</w:t>
      </w:r>
    </w:p>
    <w:p>
      <w:pPr>
        <w:pStyle w:val="ListParagraph"/>
      </w:pPr>
      <w:r>
        <w:rPr>
          <w:sz w:val="22"/>
        </w:rPr>
        <w:t>D. Xuất hiện trào lưu xã hội không tưởng.</w:t>
      </w:r>
    </w:p>
    <w:p/>
    <w:p>
      <w:r>
        <w:rPr>
          <w:b/>
          <w:sz w:val="24"/>
        </w:rPr>
        <w:t>Câu 22: Nhận xét nào sau đây là đúng về ý nghĩa cách mạng tư sản Pháp cuối thế kỉ XVIII?</w:t>
      </w:r>
    </w:p>
    <w:p>
      <w:pPr>
        <w:pStyle w:val="ListParagraph"/>
      </w:pPr>
      <w:r>
        <w:rPr>
          <w:sz w:val="22"/>
        </w:rPr>
        <w:t>A. Lật đổ và xóa bỏ mọi tàn dư của chế độ phong kiến.</w:t>
      </w:r>
    </w:p>
    <w:p>
      <w:pPr>
        <w:pStyle w:val="ListParagraph"/>
      </w:pPr>
      <w:r>
        <w:rPr>
          <w:sz w:val="22"/>
        </w:rPr>
        <w:t>B. Tạo điều kiện đầy đủ nhất cho kinh tế tư bản phát triển.</w:t>
      </w:r>
    </w:p>
    <w:p>
      <w:pPr>
        <w:pStyle w:val="ListParagraph"/>
      </w:pPr>
      <w:r>
        <w:rPr>
          <w:sz w:val="22"/>
        </w:rPr>
        <w:t>C. Thúc đẩy phong trào giải phóng dân tộc ở Mĩ Latinh</w:t>
      </w:r>
    </w:p>
    <w:p>
      <w:pPr>
        <w:pStyle w:val="ListParagraph"/>
      </w:pPr>
      <w:r>
        <w:rPr>
          <w:sz w:val="22"/>
        </w:rPr>
        <w:t>D. Thiết lập chế độ quân chủ lập hiến tiến bộ ở Pháp</w:t>
      </w:r>
    </w:p>
    <w:p/>
    <w:p>
      <w:r>
        <w:rPr>
          <w:b/>
          <w:sz w:val="24"/>
        </w:rPr>
        <w:t>Câu 23: Các cuộc cách mạng tư sản thời cận đại đều</w:t>
      </w:r>
    </w:p>
    <w:p>
      <w:pPr>
        <w:pStyle w:val="ListParagraph"/>
      </w:pPr>
      <w:r>
        <w:rPr>
          <w:sz w:val="22"/>
        </w:rPr>
        <w:t>A. dẫn đến xác lập quan hệ sản xuất tư bản chủ nghĩa.</w:t>
      </w:r>
    </w:p>
    <w:p>
      <w:pPr>
        <w:pStyle w:val="ListParagraph"/>
      </w:pPr>
      <w:r>
        <w:rPr>
          <w:sz w:val="22"/>
        </w:rPr>
        <w:t>B. tạo ra một nền dân chủ, tự do thực sự, rộng rãi</w:t>
      </w:r>
    </w:p>
    <w:p>
      <w:pPr>
        <w:pStyle w:val="ListParagraph"/>
      </w:pPr>
      <w:r>
        <w:rPr>
          <w:sz w:val="22"/>
        </w:rPr>
        <w:t>C. lật đổ chế độ phong kiến, thiết lập nền cộng hòa.</w:t>
      </w:r>
    </w:p>
    <w:p>
      <w:pPr>
        <w:pStyle w:val="ListParagraph"/>
      </w:pPr>
      <w:r>
        <w:rPr>
          <w:sz w:val="22"/>
        </w:rPr>
        <w:t>D. lật đổ chế độ thực dân, thiết lập nền cộng hòa.</w:t>
      </w:r>
    </w:p>
    <w:p/>
    <w:p>
      <w:r>
        <w:rPr>
          <w:b/>
          <w:sz w:val="24"/>
        </w:rPr>
        <w:t>Câu 24: Trước khi cách mạng tư sản bùng nổ, cả Anh và Pháp đều</w:t>
      </w:r>
    </w:p>
    <w:p>
      <w:pPr>
        <w:pStyle w:val="ListParagraph"/>
      </w:pPr>
      <w:r>
        <w:rPr>
          <w:sz w:val="22"/>
        </w:rPr>
        <w:t>A. theo thể chế quân chủ chuyên chế</w:t>
      </w:r>
    </w:p>
    <w:p>
      <w:pPr>
        <w:pStyle w:val="ListParagraph"/>
      </w:pPr>
      <w:r>
        <w:rPr>
          <w:sz w:val="22"/>
        </w:rPr>
        <w:t>B. theo thể chế quân chủ lập hiến</w:t>
      </w:r>
    </w:p>
    <w:p>
      <w:pPr>
        <w:pStyle w:val="ListParagraph"/>
      </w:pPr>
      <w:r>
        <w:rPr>
          <w:sz w:val="22"/>
        </w:rPr>
        <w:t>C. là thuộc địa của thực dân bên ngoài</w:t>
      </w:r>
    </w:p>
    <w:p>
      <w:pPr>
        <w:pStyle w:val="ListParagraph"/>
      </w:pPr>
      <w:r>
        <w:rPr>
          <w:sz w:val="22"/>
        </w:rPr>
        <w:t>D. có nền nông nghiệp lạc hậu, manh mún</w:t>
      </w:r>
    </w:p>
    <w:p/>
    <w:p>
      <w:r>
        <w:t>──────────────────────────────────────────────────</w:t>
      </w:r>
    </w:p>
    <w:p>
      <w:r>
        <w:rPr>
          <w:b/>
        </w:rPr>
        <w:t>BẢNG ĐÁP ÁN &amp; LỜI GIẢI CHI TIẾT</w:t>
      </w:r>
    </w:p>
    <w:p>
      <w:r>
        <w:rPr>
          <w:b/>
        </w:rPr>
        <w:t>Câu 1: Đáp án đúng: C</w:t>
      </w:r>
    </w:p>
    <w:p>
      <w:r>
        <w:rPr>
          <w:b/>
        </w:rPr>
        <w:t>Câu 2: Đáp án đúng: A</w:t>
      </w:r>
    </w:p>
    <w:p>
      <w:r>
        <w:rPr>
          <w:b/>
        </w:rPr>
        <w:t>Câu 3: Đáp án đúng: B</w:t>
      </w:r>
    </w:p>
    <w:p>
      <w:r>
        <w:rPr>
          <w:b/>
        </w:rPr>
        <w:t>Câu 4: Đáp án đúng: B</w:t>
      </w:r>
    </w:p>
    <w:p>
      <w:r>
        <w:rPr>
          <w:b/>
        </w:rPr>
        <w:t>Câu 5: Đáp án đúng: C</w:t>
      </w:r>
    </w:p>
    <w:p>
      <w:r>
        <w:rPr>
          <w:b/>
        </w:rPr>
        <w:t>Câu 6: Đáp án đúng: A</w:t>
      </w:r>
    </w:p>
    <w:p>
      <w:r>
        <w:rPr>
          <w:b/>
        </w:rPr>
        <w:t>Câu 7: Đáp án đúng: A</w:t>
      </w:r>
    </w:p>
    <w:p>
      <w:r>
        <w:rPr>
          <w:b/>
        </w:rPr>
        <w:t>Câu 8: Đáp án đúng: A</w:t>
      </w:r>
    </w:p>
    <w:p>
      <w:r>
        <w:rPr>
          <w:b/>
        </w:rPr>
        <w:t>Câu 9: Đáp án đúng: B</w:t>
      </w:r>
    </w:p>
    <w:p>
      <w:r>
        <w:rPr>
          <w:b/>
        </w:rPr>
        <w:t>Câu 10: Đáp án đúng: C</w:t>
      </w:r>
    </w:p>
    <w:p>
      <w:r>
        <w:rPr>
          <w:b/>
        </w:rPr>
        <w:t>Câu 11: Đáp án đúng: A</w:t>
      </w:r>
    </w:p>
    <w:p>
      <w:r>
        <w:rPr>
          <w:b/>
        </w:rPr>
        <w:t>Câu 12: Đáp án đúng: C</w:t>
      </w:r>
    </w:p>
    <w:p>
      <w:r>
        <w:rPr>
          <w:b/>
        </w:rPr>
        <w:t>Câu 13: Đáp án đúng: A</w:t>
      </w:r>
    </w:p>
    <w:p>
      <w:r>
        <w:rPr>
          <w:b/>
        </w:rPr>
        <w:t>Câu 14: Đáp án đúng: A</w:t>
      </w:r>
    </w:p>
    <w:p>
      <w:r>
        <w:rPr>
          <w:b/>
        </w:rPr>
        <w:t>Câu 15: Đáp án đúng: A</w:t>
      </w:r>
    </w:p>
    <w:p>
      <w:r>
        <w:rPr>
          <w:b/>
        </w:rPr>
        <w:t>Câu 16: Đáp án đúng: C</w:t>
      </w:r>
    </w:p>
    <w:p>
      <w:r>
        <w:rPr>
          <w:b/>
        </w:rPr>
        <w:t>Câu 17: Đáp án đúng: D</w:t>
      </w:r>
    </w:p>
    <w:p>
      <w:r>
        <w:rPr>
          <w:b/>
        </w:rPr>
        <w:t>Câu 18: Đáp án đúng: C</w:t>
      </w:r>
    </w:p>
    <w:p>
      <w:r>
        <w:rPr>
          <w:b/>
        </w:rPr>
        <w:t>Câu 19: Đáp án đúng: A</w:t>
      </w:r>
    </w:p>
    <w:p>
      <w:r>
        <w:rPr>
          <w:b/>
        </w:rPr>
        <w:t>Câu 20: Đáp án đúng: A</w:t>
      </w:r>
    </w:p>
    <w:p>
      <w:r>
        <w:rPr>
          <w:b/>
        </w:rPr>
        <w:t>Câu 21: Đáp án đúng: A</w:t>
      </w:r>
    </w:p>
    <w:p>
      <w:r>
        <w:rPr>
          <w:b/>
        </w:rPr>
        <w:t>Câu 22: Đáp án đúng: A</w:t>
      </w:r>
    </w:p>
    <w:p>
      <w:r>
        <w:rPr>
          <w:b/>
        </w:rPr>
        <w:t>Câu 23: Đáp án đúng: A</w:t>
      </w:r>
    </w:p>
    <w:p>
      <w:r>
        <w:rPr>
          <w:b/>
        </w:rPr>
        <w:t>Câu 24: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