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Gathering for a big family dinner on New Year...</w:t>
      </w:r>
    </w:p>
    <w:p>
      <w:pPr>
        <w:jc w:val="center"/>
      </w:pPr>
      <w:r>
        <w:rPr>
          <w:sz w:val="22"/>
        </w:rPr>
        <w:t>Số câu: 22    Thời gian: _____ phút    Họ và tên: _________________________</w:t>
      </w:r>
    </w:p>
    <w:p/>
    <w:p>
      <w:r>
        <w:rPr>
          <w:b/>
          <w:sz w:val="24"/>
        </w:rPr>
        <w:t>Câu 1: Gathering for a big family dinner on New Year's Eve is a long-standing ______ in many Asian countries.</w:t>
      </w:r>
    </w:p>
    <w:p>
      <w:pPr>
        <w:pStyle w:val="ListParagraph"/>
      </w:pPr>
      <w:r>
        <w:rPr>
          <w:sz w:val="22"/>
        </w:rPr>
        <w:t>A. tradition</w:t>
      </w:r>
    </w:p>
    <w:p>
      <w:pPr>
        <w:pStyle w:val="ListParagraph"/>
      </w:pPr>
      <w:r>
        <w:rPr>
          <w:sz w:val="22"/>
        </w:rPr>
        <w:t>B. phenomenon</w:t>
      </w:r>
    </w:p>
    <w:p>
      <w:pPr>
        <w:pStyle w:val="ListParagraph"/>
      </w:pPr>
      <w:r>
        <w:rPr>
          <w:sz w:val="22"/>
        </w:rPr>
        <w:t>C. etiquette</w:t>
      </w:r>
    </w:p>
    <w:p>
      <w:pPr>
        <w:pStyle w:val="ListParagraph"/>
      </w:pPr>
      <w:r>
        <w:rPr>
          <w:sz w:val="22"/>
        </w:rPr>
        <w:t>D. shock</w:t>
      </w:r>
    </w:p>
    <w:p/>
    <w:p>
      <w:r>
        <w:rPr>
          <w:b/>
          <w:sz w:val="24"/>
        </w:rPr>
        <w:t>Câu 2: Pho is not just a popular dish; it is considered a culinary ______ of Vietnam.</w:t>
      </w:r>
    </w:p>
    <w:p>
      <w:pPr>
        <w:pStyle w:val="ListParagraph"/>
      </w:pPr>
      <w:r>
        <w:rPr>
          <w:sz w:val="22"/>
        </w:rPr>
        <w:t>A. origin</w:t>
      </w:r>
    </w:p>
    <w:p>
      <w:pPr>
        <w:pStyle w:val="ListParagraph"/>
      </w:pPr>
      <w:r>
        <w:rPr>
          <w:sz w:val="22"/>
        </w:rPr>
        <w:t>B. barrier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specialty</w:t>
      </w:r>
    </w:p>
    <w:p/>
    <w:p>
      <w:r>
        <w:rPr>
          <w:b/>
          <w:sz w:val="24"/>
        </w:rPr>
        <w:t>Câu 3: New York is a very ______ city, where you can find people, languages, and cultures from all over the world.</w:t>
      </w:r>
    </w:p>
    <w:p>
      <w:pPr>
        <w:pStyle w:val="ListParagraph"/>
      </w:pPr>
      <w:r>
        <w:rPr>
          <w:sz w:val="22"/>
        </w:rPr>
        <w:t>A. domestic</w:t>
      </w:r>
    </w:p>
    <w:p>
      <w:pPr>
        <w:pStyle w:val="ListParagraph"/>
      </w:pPr>
      <w:r>
        <w:rPr>
          <w:sz w:val="22"/>
        </w:rPr>
        <w:t>B. multicultural</w:t>
      </w:r>
    </w:p>
    <w:p>
      <w:pPr>
        <w:pStyle w:val="ListParagraph"/>
      </w:pPr>
      <w:r>
        <w:rPr>
          <w:sz w:val="22"/>
        </w:rPr>
        <w:t>C. rural</w:t>
      </w:r>
    </w:p>
    <w:p>
      <w:pPr>
        <w:pStyle w:val="ListParagraph"/>
      </w:pPr>
      <w:r>
        <w:rPr>
          <w:sz w:val="22"/>
        </w:rPr>
        <w:t>D. traditional</w:t>
      </w:r>
    </w:p>
    <w:p/>
    <w:p>
      <w:r>
        <w:rPr>
          <w:b/>
          <w:sz w:val="24"/>
        </w:rPr>
        <w:t>Câu 4: Language, clothing, and traditional customs play a vital role in maintaining a nation's cultural ______.</w:t>
      </w:r>
    </w:p>
    <w:p>
      <w:pPr>
        <w:pStyle w:val="ListParagraph"/>
      </w:pPr>
      <w:r>
        <w:rPr>
          <w:sz w:val="22"/>
        </w:rPr>
        <w:t>A. cuisine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heritage</w:t>
      </w:r>
    </w:p>
    <w:p>
      <w:pPr>
        <w:pStyle w:val="ListParagraph"/>
      </w:pPr>
      <w:r>
        <w:rPr>
          <w:sz w:val="22"/>
        </w:rPr>
        <w:t>D. identity</w:t>
      </w:r>
    </w:p>
    <w:p/>
    <w:p>
      <w:r>
        <w:rPr>
          <w:b/>
          <w:sz w:val="24"/>
        </w:rPr>
        <w:t>Câu 5: The sudden global popularity of Korean pop music (K-pop) is a fascinating cultural ______.</w:t>
      </w:r>
    </w:p>
    <w:p>
      <w:pPr>
        <w:pStyle w:val="ListParagraph"/>
      </w:pPr>
      <w:r>
        <w:rPr>
          <w:sz w:val="22"/>
        </w:rPr>
        <w:t>A. superstition</w:t>
      </w:r>
    </w:p>
    <w:p>
      <w:pPr>
        <w:pStyle w:val="ListParagraph"/>
      </w:pPr>
      <w:r>
        <w:rPr>
          <w:sz w:val="22"/>
        </w:rPr>
        <w:t>B. chauvinism</w:t>
      </w:r>
    </w:p>
    <w:p>
      <w:pPr>
        <w:pStyle w:val="ListParagraph"/>
      </w:pPr>
      <w:r>
        <w:rPr>
          <w:sz w:val="22"/>
        </w:rPr>
        <w:t>C. festivity</w:t>
      </w:r>
    </w:p>
    <w:p>
      <w:pPr>
        <w:pStyle w:val="ListParagraph"/>
      </w:pPr>
      <w:r>
        <w:rPr>
          <w:sz w:val="22"/>
        </w:rPr>
        <w:t>D. phenomenon</w:t>
      </w:r>
    </w:p>
    <w:p/>
    <w:p>
      <w:r>
        <w:rPr>
          <w:b/>
          <w:sz w:val="24"/>
        </w:rPr>
        <w:t>Câu 6: To show proper ______ in Japan, you should bow your head slightly when greeting someone older.</w:t>
      </w:r>
    </w:p>
    <w:p>
      <w:pPr>
        <w:pStyle w:val="ListParagraph"/>
      </w:pPr>
      <w:r>
        <w:rPr>
          <w:sz w:val="22"/>
        </w:rPr>
        <w:t>A. gap</w:t>
      </w:r>
    </w:p>
    <w:p>
      <w:pPr>
        <w:pStyle w:val="ListParagraph"/>
      </w:pPr>
      <w:r>
        <w:rPr>
          <w:sz w:val="22"/>
        </w:rPr>
        <w:t>B. etiquette</w:t>
      </w:r>
    </w:p>
    <w:p>
      <w:pPr>
        <w:pStyle w:val="ListParagraph"/>
      </w:pPr>
      <w:r>
        <w:rPr>
          <w:sz w:val="22"/>
        </w:rPr>
        <w:t>C. shock</w:t>
      </w:r>
    </w:p>
    <w:p>
      <w:pPr>
        <w:pStyle w:val="ListParagraph"/>
      </w:pPr>
      <w:r>
        <w:rPr>
          <w:sz w:val="22"/>
        </w:rPr>
        <w:t>D. conflict</w:t>
      </w:r>
    </w:p>
    <w:p/>
    <w:p>
      <w:r>
        <w:rPr>
          <w:b/>
          <w:sz w:val="24"/>
        </w:rPr>
        <w:t>Câu 7: Gathering for a big family dinner on New Year's Eve is a long-standing ______ in many Asian countries.</w:t>
      </w:r>
    </w:p>
    <w:p>
      <w:pPr>
        <w:pStyle w:val="ListParagraph"/>
      </w:pPr>
      <w:r>
        <w:rPr>
          <w:sz w:val="22"/>
        </w:rPr>
        <w:t>A. shock</w:t>
      </w:r>
    </w:p>
    <w:p>
      <w:pPr>
        <w:pStyle w:val="ListParagraph"/>
      </w:pPr>
      <w:r>
        <w:rPr>
          <w:sz w:val="22"/>
        </w:rPr>
        <w:t>B. phenomenon</w:t>
      </w:r>
    </w:p>
    <w:p>
      <w:pPr>
        <w:pStyle w:val="ListParagraph"/>
      </w:pPr>
      <w:r>
        <w:rPr>
          <w:sz w:val="22"/>
        </w:rPr>
        <w:t>C. tradition</w:t>
      </w:r>
    </w:p>
    <w:p>
      <w:pPr>
        <w:pStyle w:val="ListParagraph"/>
      </w:pPr>
      <w:r>
        <w:rPr>
          <w:sz w:val="22"/>
        </w:rPr>
        <w:t>D. etiquette</w:t>
      </w:r>
    </w:p>
    <w:p/>
    <w:p>
      <w:r>
        <w:rPr>
          <w:b/>
          <w:sz w:val="24"/>
        </w:rPr>
        <w:t>Câu 8: Many immigrants find it difficult to ______ into the local community because of language barriers.</w:t>
      </w:r>
    </w:p>
    <w:p>
      <w:pPr>
        <w:pStyle w:val="ListParagraph"/>
      </w:pPr>
      <w:r>
        <w:rPr>
          <w:sz w:val="22"/>
        </w:rPr>
        <w:t>A. celebrate</w:t>
      </w:r>
    </w:p>
    <w:p>
      <w:pPr>
        <w:pStyle w:val="ListParagraph"/>
      </w:pPr>
      <w:r>
        <w:rPr>
          <w:sz w:val="22"/>
        </w:rPr>
        <w:t>B. integrate</w:t>
      </w:r>
    </w:p>
    <w:p>
      <w:pPr>
        <w:pStyle w:val="ListParagraph"/>
      </w:pPr>
      <w:r>
        <w:rPr>
          <w:sz w:val="22"/>
        </w:rPr>
        <w:t>C. respect</w:t>
      </w:r>
    </w:p>
    <w:p>
      <w:pPr>
        <w:pStyle w:val="ListParagraph"/>
      </w:pPr>
      <w:r>
        <w:rPr>
          <w:sz w:val="22"/>
        </w:rPr>
        <w:t>D. preserve</w:t>
      </w:r>
    </w:p>
    <w:p/>
    <w:p>
      <w:r>
        <w:rPr>
          <w:b/>
          <w:sz w:val="24"/>
        </w:rPr>
        <w:t>Câu 9: Due to rapid urbanisation, many young people leave their villages, causing some ancient ______ to slowly disappear.</w:t>
      </w:r>
    </w:p>
    <w:p>
      <w:pPr>
        <w:pStyle w:val="ListParagraph"/>
      </w:pPr>
      <w:r>
        <w:rPr>
          <w:sz w:val="22"/>
        </w:rPr>
        <w:t>A. ingredients</w:t>
      </w:r>
    </w:p>
    <w:p>
      <w:pPr>
        <w:pStyle w:val="ListParagraph"/>
      </w:pPr>
      <w:r>
        <w:rPr>
          <w:sz w:val="22"/>
        </w:rPr>
        <w:t>B. costumes</w:t>
      </w:r>
    </w:p>
    <w:p>
      <w:pPr>
        <w:pStyle w:val="ListParagraph"/>
      </w:pPr>
      <w:r>
        <w:rPr>
          <w:sz w:val="22"/>
        </w:rPr>
        <w:t>C. rituals</w:t>
      </w:r>
    </w:p>
    <w:p>
      <w:pPr>
        <w:pStyle w:val="ListParagraph"/>
      </w:pPr>
      <w:r>
        <w:rPr>
          <w:sz w:val="22"/>
        </w:rPr>
        <w:t>D. shapes</w:t>
      </w:r>
    </w:p>
    <w:p/>
    <w:p>
      <w:r>
        <w:rPr>
          <w:b/>
          <w:sz w:val="24"/>
        </w:rPr>
        <w:t>Câu 10: In the era of globalisation, some minority languages are at risk of ______ out completely.</w:t>
      </w:r>
    </w:p>
    <w:p>
      <w:pPr>
        <w:pStyle w:val="ListParagraph"/>
      </w:pPr>
      <w:r>
        <w:rPr>
          <w:sz w:val="22"/>
        </w:rPr>
        <w:t>A. catching</w:t>
      </w:r>
    </w:p>
    <w:p>
      <w:pPr>
        <w:pStyle w:val="ListParagraph"/>
      </w:pPr>
      <w:r>
        <w:rPr>
          <w:sz w:val="22"/>
        </w:rPr>
        <w:t>B. dying</w:t>
      </w:r>
    </w:p>
    <w:p>
      <w:pPr>
        <w:pStyle w:val="ListParagraph"/>
      </w:pPr>
      <w:r>
        <w:rPr>
          <w:sz w:val="22"/>
        </w:rPr>
        <w:t>C. fitting</w:t>
      </w:r>
    </w:p>
    <w:p>
      <w:pPr>
        <w:pStyle w:val="ListParagraph"/>
      </w:pPr>
      <w:r>
        <w:rPr>
          <w:sz w:val="22"/>
        </w:rPr>
        <w:t>D. standing</w:t>
      </w:r>
    </w:p>
    <w:p/>
    <w:p>
      <w:r>
        <w:rPr>
          <w:b/>
          <w:sz w:val="24"/>
        </w:rPr>
        <w:t>Câu 11: In the era of globalisation, some minority languages are at risk of ______ out completely.</w:t>
      </w:r>
    </w:p>
    <w:p>
      <w:pPr>
        <w:pStyle w:val="ListParagraph"/>
      </w:pPr>
      <w:r>
        <w:rPr>
          <w:sz w:val="22"/>
        </w:rPr>
        <w:t>A. catching</w:t>
      </w:r>
    </w:p>
    <w:p>
      <w:pPr>
        <w:pStyle w:val="ListParagraph"/>
      </w:pPr>
      <w:r>
        <w:rPr>
          <w:sz w:val="22"/>
        </w:rPr>
        <w:t>B. dying</w:t>
      </w:r>
    </w:p>
    <w:p>
      <w:pPr>
        <w:pStyle w:val="ListParagraph"/>
      </w:pPr>
      <w:r>
        <w:rPr>
          <w:sz w:val="22"/>
        </w:rPr>
        <w:t>C. fitting</w:t>
      </w:r>
    </w:p>
    <w:p>
      <w:pPr>
        <w:pStyle w:val="ListParagraph"/>
      </w:pPr>
      <w:r>
        <w:rPr>
          <w:sz w:val="22"/>
        </w:rPr>
        <w:t>D. standing</w:t>
      </w:r>
    </w:p>
    <w:p/>
    <w:p>
      <w:r>
        <w:rPr>
          <w:b/>
          <w:sz w:val="24"/>
        </w:rPr>
        <w:t>Câu 12: It is important for young people to learn to ______ their cultural heritage in a rapidly globalising world.</w:t>
      </w:r>
    </w:p>
    <w:p>
      <w:pPr>
        <w:pStyle w:val="ListParagraph"/>
      </w:pPr>
      <w:r>
        <w:rPr>
          <w:sz w:val="22"/>
        </w:rPr>
        <w:t>A. observe</w:t>
      </w:r>
    </w:p>
    <w:p>
      <w:pPr>
        <w:pStyle w:val="ListParagraph"/>
      </w:pPr>
      <w:r>
        <w:rPr>
          <w:sz w:val="22"/>
        </w:rPr>
        <w:t>B. reject</w:t>
      </w:r>
    </w:p>
    <w:p>
      <w:pPr>
        <w:pStyle w:val="ListParagraph"/>
      </w:pPr>
      <w:r>
        <w:rPr>
          <w:sz w:val="22"/>
        </w:rPr>
        <w:t>C. abandon</w:t>
      </w:r>
    </w:p>
    <w:p>
      <w:pPr>
        <w:pStyle w:val="ListParagraph"/>
      </w:pPr>
      <w:r>
        <w:rPr>
          <w:sz w:val="22"/>
        </w:rPr>
        <w:t>D. preserve</w:t>
      </w:r>
    </w:p>
    <w:p/>
    <w:p>
      <w:r>
        <w:rPr>
          <w:b/>
          <w:sz w:val="24"/>
        </w:rPr>
        <w:t>Câu 13: Newcomers often try their best to ______ in with the local citizens to avoid feeling isolated.</w:t>
      </w:r>
    </w:p>
    <w:p>
      <w:pPr>
        <w:pStyle w:val="ListParagraph"/>
      </w:pPr>
      <w:r>
        <w:rPr>
          <w:sz w:val="22"/>
        </w:rPr>
        <w:t>A. stand</w:t>
      </w:r>
    </w:p>
    <w:p>
      <w:pPr>
        <w:pStyle w:val="ListParagraph"/>
      </w:pPr>
      <w:r>
        <w:rPr>
          <w:sz w:val="22"/>
        </w:rPr>
        <w:t>B. blend</w:t>
      </w:r>
    </w:p>
    <w:p>
      <w:pPr>
        <w:pStyle w:val="ListParagraph"/>
      </w:pPr>
      <w:r>
        <w:rPr>
          <w:sz w:val="22"/>
        </w:rPr>
        <w:t>C. catch</w:t>
      </w:r>
    </w:p>
    <w:p>
      <w:pPr>
        <w:pStyle w:val="ListParagraph"/>
      </w:pPr>
      <w:r>
        <w:rPr>
          <w:sz w:val="22"/>
        </w:rPr>
        <w:t>D. die</w:t>
      </w:r>
    </w:p>
    <w:p/>
    <w:p>
      <w:r>
        <w:rPr>
          <w:b/>
          <w:sz w:val="24"/>
        </w:rPr>
        <w:t>Câu 14: These beautiful folk songs and epic stories have been ______ from generation to generation.</w:t>
      </w:r>
    </w:p>
    <w:p>
      <w:pPr>
        <w:pStyle w:val="ListParagraph"/>
      </w:pPr>
      <w:r>
        <w:rPr>
          <w:sz w:val="22"/>
        </w:rPr>
        <w:t>A. broken down</w:t>
      </w:r>
    </w:p>
    <w:p>
      <w:pPr>
        <w:pStyle w:val="ListParagraph"/>
      </w:pPr>
      <w:r>
        <w:rPr>
          <w:sz w:val="22"/>
        </w:rPr>
        <w:t>B. turned into</w:t>
      </w:r>
    </w:p>
    <w:p>
      <w:pPr>
        <w:pStyle w:val="ListParagraph"/>
      </w:pPr>
      <w:r>
        <w:rPr>
          <w:sz w:val="22"/>
        </w:rPr>
        <w:t>C. passed down</w:t>
      </w:r>
    </w:p>
    <w:p>
      <w:pPr>
        <w:pStyle w:val="ListParagraph"/>
      </w:pPr>
      <w:r>
        <w:rPr>
          <w:sz w:val="22"/>
        </w:rPr>
        <w:t>D. wiped out</w:t>
      </w:r>
    </w:p>
    <w:p/>
    <w:p>
      <w:r>
        <w:rPr>
          <w:b/>
          <w:sz w:val="24"/>
        </w:rPr>
        <w:t>Câu 15: When students first go abroad to study, they often experience culture.........during the first few weeks.</w:t>
      </w:r>
    </w:p>
    <w:p>
      <w:pPr>
        <w:pStyle w:val="ListParagraph"/>
      </w:pPr>
      <w:r>
        <w:rPr>
          <w:sz w:val="22"/>
        </w:rPr>
        <w:t>A. barrier</w:t>
      </w:r>
    </w:p>
    <w:p>
      <w:pPr>
        <w:pStyle w:val="ListParagraph"/>
      </w:pPr>
      <w:r>
        <w:rPr>
          <w:sz w:val="22"/>
        </w:rPr>
        <w:t>B. exchange</w:t>
      </w:r>
    </w:p>
    <w:p>
      <w:pPr>
        <w:pStyle w:val="ListParagraph"/>
      </w:pPr>
      <w:r>
        <w:rPr>
          <w:sz w:val="22"/>
        </w:rPr>
        <w:t>C. gap</w:t>
      </w:r>
    </w:p>
    <w:p>
      <w:pPr>
        <w:pStyle w:val="ListParagraph"/>
      </w:pPr>
      <w:r>
        <w:rPr>
          <w:sz w:val="22"/>
        </w:rPr>
        <w:t>D. shock</w:t>
      </w:r>
    </w:p>
    <w:p/>
    <w:p>
      <w:r>
        <w:rPr>
          <w:b/>
          <w:sz w:val="24"/>
        </w:rPr>
        <w:t>Câu 16: Cultural exchange programs are designed to..... stereotypes and encourage mutural respect.</w:t>
      </w:r>
    </w:p>
    <w:p>
      <w:pPr>
        <w:pStyle w:val="ListParagraph"/>
      </w:pPr>
      <w:r>
        <w:rPr>
          <w:sz w:val="22"/>
        </w:rPr>
        <w:t>A. soak up</w:t>
      </w:r>
    </w:p>
    <w:p>
      <w:pPr>
        <w:pStyle w:val="ListParagraph"/>
      </w:pPr>
      <w:r>
        <w:rPr>
          <w:sz w:val="22"/>
        </w:rPr>
        <w:t>B. bring together</w:t>
      </w:r>
    </w:p>
    <w:p>
      <w:pPr>
        <w:pStyle w:val="ListParagraph"/>
      </w:pPr>
      <w:r>
        <w:rPr>
          <w:sz w:val="22"/>
        </w:rPr>
        <w:t>C. pick up</w:t>
      </w:r>
    </w:p>
    <w:p>
      <w:pPr>
        <w:pStyle w:val="ListParagraph"/>
      </w:pPr>
      <w:r>
        <w:rPr>
          <w:sz w:val="22"/>
        </w:rPr>
        <w:t>D. break down</w:t>
      </w:r>
    </w:p>
    <w:p/>
    <w:p>
      <w:r>
        <w:rPr>
          <w:b/>
          <w:sz w:val="24"/>
        </w:rPr>
        <w:t>Câu 17: Mark the letter A, B, C, or D to indicate the word OPPOSITE in meaning to the underlined word. Modern capitals are usually multicultural, whereas remote mountain villages are often monocultural.</w:t>
      </w:r>
    </w:p>
    <w:p>
      <w:pPr>
        <w:pStyle w:val="ListParagraph"/>
      </w:pPr>
      <w:r>
        <w:rPr>
          <w:sz w:val="22"/>
        </w:rPr>
        <w:t>A. foreign</w:t>
      </w:r>
    </w:p>
    <w:p>
      <w:pPr>
        <w:pStyle w:val="ListParagraph"/>
      </w:pPr>
      <w:r>
        <w:rPr>
          <w:sz w:val="22"/>
        </w:rPr>
        <w:t>B. diverse</w:t>
      </w:r>
    </w:p>
    <w:p>
      <w:pPr>
        <w:pStyle w:val="ListParagraph"/>
      </w:pPr>
      <w:r>
        <w:rPr>
          <w:sz w:val="22"/>
        </w:rPr>
        <w:t>C. cultural</w:t>
      </w:r>
    </w:p>
    <w:p>
      <w:pPr>
        <w:pStyle w:val="ListParagraph"/>
      </w:pPr>
      <w:r>
        <w:rPr>
          <w:sz w:val="22"/>
        </w:rPr>
        <w:t>D. diverse</w:t>
      </w:r>
    </w:p>
    <w:p/>
    <w:p>
      <w:r>
        <w:rPr>
          <w:b/>
          <w:sz w:val="24"/>
        </w:rPr>
        <w:t>Câu 18: London is often described as a great cultural........ where different ethnicities blend together.</w:t>
      </w:r>
    </w:p>
    <w:p>
      <w:pPr>
        <w:pStyle w:val="ListParagraph"/>
      </w:pPr>
      <w:r>
        <w:rPr>
          <w:sz w:val="22"/>
        </w:rPr>
        <w:t>A. melting pot</w:t>
      </w:r>
    </w:p>
    <w:p>
      <w:pPr>
        <w:pStyle w:val="ListParagraph"/>
      </w:pPr>
      <w:r>
        <w:rPr>
          <w:sz w:val="22"/>
        </w:rPr>
        <w:t>B. sore thumb</w:t>
      </w:r>
    </w:p>
    <w:p>
      <w:pPr>
        <w:pStyle w:val="ListParagraph"/>
      </w:pPr>
      <w:r>
        <w:rPr>
          <w:sz w:val="22"/>
        </w:rPr>
        <w:t>C. generation gặp</w:t>
      </w:r>
    </w:p>
    <w:p>
      <w:pPr>
        <w:pStyle w:val="ListParagraph"/>
      </w:pPr>
      <w:r>
        <w:rPr>
          <w:sz w:val="22"/>
        </w:rPr>
        <w:t>D. salad bowl</w:t>
      </w:r>
    </w:p>
    <w:p/>
    <w:p>
      <w:r>
        <w:rPr>
          <w:b/>
          <w:sz w:val="24"/>
        </w:rPr>
        <w:t>Câu 19: Mark the letter A, B, C, or D to indicate the word OPPOSITE in meaning to the underlined word. We must make every effort to preserve historical monuments rather than neglecting them.</w:t>
      </w:r>
    </w:p>
    <w:p>
      <w:pPr>
        <w:pStyle w:val="ListParagraph"/>
      </w:pPr>
      <w:r>
        <w:rPr>
          <w:sz w:val="22"/>
        </w:rPr>
        <w:t>A. value</w:t>
      </w:r>
    </w:p>
    <w:p>
      <w:pPr>
        <w:pStyle w:val="ListParagraph"/>
      </w:pPr>
      <w:r>
        <w:rPr>
          <w:sz w:val="22"/>
        </w:rPr>
        <w:t>B. protect</w:t>
      </w:r>
    </w:p>
    <w:p>
      <w:pPr>
        <w:pStyle w:val="ListParagraph"/>
      </w:pPr>
      <w:r>
        <w:rPr>
          <w:sz w:val="22"/>
        </w:rPr>
        <w:t>C. maintain</w:t>
      </w:r>
    </w:p>
    <w:p>
      <w:pPr>
        <w:pStyle w:val="ListParagraph"/>
      </w:pPr>
      <w:r>
        <w:rPr>
          <w:sz w:val="22"/>
        </w:rPr>
        <w:t>D. destroy</w:t>
      </w:r>
    </w:p>
    <w:p/>
    <w:p>
      <w:r>
        <w:rPr>
          <w:b/>
          <w:sz w:val="24"/>
        </w:rPr>
        <w:t>Câu 20: Mark the letter A, B, C, or D to indicate the word CLOSEST in meaning to the underlined word. Dancers were dressed in colorful traditional attire during the festival.</w:t>
      </w:r>
    </w:p>
    <w:p>
      <w:pPr>
        <w:pStyle w:val="ListParagraph"/>
      </w:pPr>
      <w:r>
        <w:rPr>
          <w:sz w:val="22"/>
        </w:rPr>
        <w:t>A. costume</w:t>
      </w:r>
    </w:p>
    <w:p>
      <w:pPr>
        <w:pStyle w:val="ListParagraph"/>
      </w:pPr>
      <w:r>
        <w:rPr>
          <w:sz w:val="22"/>
        </w:rPr>
        <w:t>B. symbol</w:t>
      </w:r>
    </w:p>
    <w:p>
      <w:pPr>
        <w:pStyle w:val="ListParagraph"/>
      </w:pPr>
      <w:r>
        <w:rPr>
          <w:sz w:val="22"/>
        </w:rPr>
        <w:t>C. riturol</w:t>
      </w:r>
    </w:p>
    <w:p>
      <w:pPr>
        <w:pStyle w:val="ListParagraph"/>
      </w:pPr>
      <w:r>
        <w:rPr>
          <w:sz w:val="22"/>
        </w:rPr>
        <w:t>D. food</w:t>
      </w:r>
    </w:p>
    <w:p/>
    <w:p>
      <w:r>
        <w:rPr>
          <w:b/>
          <w:sz w:val="24"/>
        </w:rPr>
        <w:t>Câu 21: My grandmother always says, "When in Rome, do as the Romans do". What does this idiom mean?</w:t>
      </w:r>
    </w:p>
    <w:p>
      <w:pPr>
        <w:pStyle w:val="ListParagraph"/>
      </w:pPr>
      <w:r>
        <w:rPr>
          <w:sz w:val="22"/>
        </w:rPr>
        <w:t>A. You should follow the custums of the place you are visiting.</w:t>
      </w:r>
    </w:p>
    <w:p>
      <w:pPr>
        <w:pStyle w:val="ListParagraph"/>
      </w:pPr>
      <w:r>
        <w:rPr>
          <w:sz w:val="22"/>
        </w:rPr>
        <w:t>B. You should introduce your own culture to foreign people.</w:t>
      </w:r>
    </w:p>
    <w:p>
      <w:pPr>
        <w:pStyle w:val="ListParagraph"/>
      </w:pPr>
      <w:r>
        <w:rPr>
          <w:sz w:val="22"/>
        </w:rPr>
        <w:t>C. You should only travel to Rome.</w:t>
      </w:r>
    </w:p>
    <w:p>
      <w:pPr>
        <w:pStyle w:val="ListParagraph"/>
      </w:pPr>
      <w:r>
        <w:rPr>
          <w:sz w:val="22"/>
        </w:rPr>
        <w:t>D. You must learn the Italian language.</w:t>
      </w:r>
    </w:p>
    <w:p/>
    <w:p>
      <w:r>
        <w:rPr>
          <w:b/>
          <w:sz w:val="24"/>
        </w:rPr>
        <w:t>Câu 22: Mark the letter A, B, C, or D to indicate the word CLOSEST in meaning to the underlined word. Folk art is an irreplaceable part of our cultural heritage.</w:t>
      </w:r>
    </w:p>
    <w:p>
      <w:pPr>
        <w:pStyle w:val="ListParagraph"/>
      </w:pPr>
      <w:r>
        <w:rPr>
          <w:sz w:val="22"/>
        </w:rPr>
        <w:t>A. legacy</w:t>
      </w:r>
    </w:p>
    <w:p>
      <w:pPr>
        <w:pStyle w:val="ListParagraph"/>
      </w:pPr>
      <w:r>
        <w:rPr>
          <w:sz w:val="22"/>
        </w:rPr>
        <w:t>B. costume</w:t>
      </w:r>
    </w:p>
    <w:p>
      <w:pPr>
        <w:pStyle w:val="ListParagraph"/>
      </w:pPr>
      <w:r>
        <w:rPr>
          <w:sz w:val="22"/>
        </w:rPr>
        <w:t>C. cuisine</w:t>
      </w:r>
    </w:p>
    <w:p>
      <w:pPr>
        <w:pStyle w:val="ListParagraph"/>
      </w:pPr>
      <w:r>
        <w:rPr>
          <w:sz w:val="22"/>
        </w:rPr>
        <w:t>D. attire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