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PHIẾU ÔN TẬP SỐ 2: NGỮ PHÁP (GRAMMAR)Dạng bài...</w:t>
      </w:r>
    </w:p>
    <w:p>
      <w:pPr>
        <w:jc w:val="center"/>
      </w:pPr>
      <w:r>
        <w:rPr>
          <w:sz w:val="22"/>
        </w:rPr>
        <w:t>Số câu: 12    Thời gian: _____ phút    Họ và tên: _________________________</w:t>
      </w:r>
    </w:p>
    <w:p/>
    <w:p>
      <w:r>
        <w:rPr>
          <w:b/>
          <w:sz w:val="24"/>
        </w:rPr>
        <w:t>Câu 1: He is Max. This is ___ bag.</w:t>
      </w:r>
    </w:p>
    <w:p>
      <w:pPr>
        <w:pStyle w:val="ListParagraph"/>
      </w:pPr>
      <w:r>
        <w:rPr>
          <w:sz w:val="22"/>
        </w:rPr>
        <w:t>A. your</w:t>
      </w:r>
    </w:p>
    <w:p>
      <w:pPr>
        <w:pStyle w:val="ListParagraph"/>
      </w:pPr>
      <w:r>
        <w:rPr>
          <w:sz w:val="22"/>
        </w:rPr>
        <w:t>B. her</w:t>
      </w:r>
    </w:p>
    <w:p>
      <w:pPr>
        <w:pStyle w:val="ListParagraph"/>
      </w:pPr>
      <w:r>
        <w:rPr>
          <w:sz w:val="22"/>
        </w:rPr>
        <w:t>C. his</w:t>
      </w:r>
    </w:p>
    <w:p/>
    <w:p>
      <w:r>
        <w:rPr>
          <w:b/>
          <w:sz w:val="24"/>
        </w:rPr>
        <w:t>Câu 2: She is my friend. ___ name is Luna.</w:t>
      </w:r>
    </w:p>
    <w:p>
      <w:pPr>
        <w:pStyle w:val="ListParagraph"/>
      </w:pPr>
      <w:r>
        <w:rPr>
          <w:sz w:val="22"/>
        </w:rPr>
        <w:t>A. My</w:t>
      </w:r>
    </w:p>
    <w:p>
      <w:pPr>
        <w:pStyle w:val="ListParagraph"/>
      </w:pPr>
      <w:r>
        <w:rPr>
          <w:sz w:val="22"/>
        </w:rPr>
        <w:t>B. His</w:t>
      </w:r>
    </w:p>
    <w:p>
      <w:pPr>
        <w:pStyle w:val="ListParagraph"/>
      </w:pPr>
      <w:r>
        <w:rPr>
          <w:sz w:val="22"/>
        </w:rPr>
        <w:t>C. Her</w:t>
      </w:r>
    </w:p>
    <w:p/>
    <w:p>
      <w:r>
        <w:rPr>
          <w:b/>
          <w:sz w:val="24"/>
        </w:rPr>
        <w:t>Câu 3: They buy a new puppet. This is ___ puppet.</w:t>
      </w:r>
    </w:p>
    <w:p>
      <w:pPr>
        <w:pStyle w:val="ListParagraph"/>
      </w:pPr>
      <w:r>
        <w:rPr>
          <w:sz w:val="22"/>
        </w:rPr>
        <w:t>A. your</w:t>
      </w:r>
    </w:p>
    <w:p>
      <w:pPr>
        <w:pStyle w:val="ListParagraph"/>
      </w:pPr>
      <w:r>
        <w:rPr>
          <w:sz w:val="22"/>
        </w:rPr>
        <w:t>B. his</w:t>
      </w:r>
    </w:p>
    <w:p>
      <w:pPr>
        <w:pStyle w:val="ListParagraph"/>
      </w:pPr>
      <w:r>
        <w:rPr>
          <w:sz w:val="22"/>
        </w:rPr>
        <w:t>C. their</w:t>
      </w:r>
    </w:p>
    <w:p/>
    <w:p>
      <w:r>
        <w:rPr>
          <w:b/>
          <w:sz w:val="24"/>
        </w:rPr>
        <w:t>Câu 4: My brothers ___ apples every day.</w:t>
      </w:r>
    </w:p>
    <w:p>
      <w:pPr>
        <w:pStyle w:val="ListParagraph"/>
      </w:pPr>
      <w:r>
        <w:rPr>
          <w:sz w:val="22"/>
        </w:rPr>
        <w:t>A. like</w:t>
      </w:r>
    </w:p>
    <w:p>
      <w:pPr>
        <w:pStyle w:val="ListParagraph"/>
      </w:pPr>
      <w:r>
        <w:rPr>
          <w:sz w:val="22"/>
        </w:rPr>
        <w:t>B. likes</w:t>
      </w:r>
    </w:p>
    <w:p>
      <w:pPr>
        <w:pStyle w:val="ListParagraph"/>
      </w:pPr>
      <w:r>
        <w:rPr>
          <w:sz w:val="22"/>
        </w:rPr>
        <w:t>C. wanting</w:t>
      </w:r>
    </w:p>
    <w:p/>
    <w:p>
      <w:r>
        <w:rPr>
          <w:b/>
          <w:sz w:val="24"/>
        </w:rPr>
        <w:t>Câu 5: The students ___ noodles for lunch.</w:t>
      </w:r>
    </w:p>
    <w:p>
      <w:pPr>
        <w:pStyle w:val="ListParagraph"/>
      </w:pPr>
      <w:r>
        <w:rPr>
          <w:sz w:val="22"/>
        </w:rPr>
        <w:t>A. eat</w:t>
      </w:r>
    </w:p>
    <w:p>
      <w:pPr>
        <w:pStyle w:val="ListParagraph"/>
      </w:pPr>
      <w:r>
        <w:rPr>
          <w:sz w:val="22"/>
        </w:rPr>
        <w:t>B. eats</w:t>
      </w:r>
    </w:p>
    <w:p>
      <w:pPr>
        <w:pStyle w:val="ListParagraph"/>
      </w:pPr>
      <w:r>
        <w:rPr>
          <w:sz w:val="22"/>
        </w:rPr>
        <w:t>C. eating</w:t>
      </w:r>
    </w:p>
    <w:p/>
    <w:p>
      <w:r>
        <w:rPr>
          <w:b/>
          <w:sz w:val="24"/>
        </w:rPr>
        <w:t>Câu 6: She ___ bananas in the morning.</w:t>
      </w:r>
    </w:p>
    <w:p>
      <w:pPr>
        <w:pStyle w:val="ListParagraph"/>
      </w:pPr>
      <w:r>
        <w:rPr>
          <w:sz w:val="22"/>
        </w:rPr>
        <w:t>A. wants</w:t>
      </w:r>
    </w:p>
    <w:p>
      <w:pPr>
        <w:pStyle w:val="ListParagraph"/>
      </w:pPr>
      <w:r>
        <w:rPr>
          <w:sz w:val="22"/>
        </w:rPr>
        <w:t>B. want</w:t>
      </w:r>
    </w:p>
    <w:p>
      <w:pPr>
        <w:pStyle w:val="ListParagraph"/>
      </w:pPr>
      <w:r>
        <w:rPr>
          <w:sz w:val="22"/>
        </w:rPr>
        <w:t>C. wanting</w:t>
      </w:r>
    </w:p>
    <w:p/>
    <w:p>
      <w:r>
        <w:rPr>
          <w:b/>
          <w:sz w:val="24"/>
        </w:rPr>
        <w:t>Câu 7: The girls ___ want yogurt.</w:t>
      </w:r>
    </w:p>
    <w:p>
      <w:pPr>
        <w:pStyle w:val="ListParagraph"/>
      </w:pPr>
      <w:r>
        <w:rPr>
          <w:sz w:val="22"/>
        </w:rPr>
        <w:t>A. don't</w:t>
      </w:r>
    </w:p>
    <w:p>
      <w:pPr>
        <w:pStyle w:val="ListParagraph"/>
      </w:pPr>
      <w:r>
        <w:rPr>
          <w:sz w:val="22"/>
        </w:rPr>
        <w:t>B. doesn't</w:t>
      </w:r>
    </w:p>
    <w:p>
      <w:pPr>
        <w:pStyle w:val="ListParagraph"/>
      </w:pPr>
      <w:r>
        <w:rPr>
          <w:sz w:val="22"/>
        </w:rPr>
        <w:t>C. aren't</w:t>
      </w:r>
    </w:p>
    <w:p/>
    <w:p>
      <w:r>
        <w:rPr>
          <w:b/>
          <w:sz w:val="24"/>
        </w:rPr>
        <w:t>Câu 8: My brothers ___ eat beans.</w:t>
      </w:r>
    </w:p>
    <w:p>
      <w:pPr>
        <w:pStyle w:val="ListParagraph"/>
      </w:pPr>
      <w:r>
        <w:rPr>
          <w:sz w:val="22"/>
        </w:rPr>
        <w:t>A. don't</w:t>
      </w:r>
    </w:p>
    <w:p>
      <w:pPr>
        <w:pStyle w:val="ListParagraph"/>
      </w:pPr>
      <w:r>
        <w:rPr>
          <w:sz w:val="22"/>
        </w:rPr>
        <w:t>B. doesn't</w:t>
      </w:r>
    </w:p>
    <w:p>
      <w:pPr>
        <w:pStyle w:val="ListParagraph"/>
      </w:pPr>
      <w:r>
        <w:rPr>
          <w:sz w:val="22"/>
        </w:rPr>
        <w:t>C. isn't</w:t>
      </w:r>
    </w:p>
    <w:p/>
    <w:p>
      <w:r>
        <w:rPr>
          <w:b/>
          <w:sz w:val="24"/>
        </w:rPr>
        <w:t>Câu 9: He ___ want soup.</w:t>
      </w:r>
    </w:p>
    <w:p>
      <w:pPr>
        <w:pStyle w:val="ListParagraph"/>
      </w:pPr>
      <w:r>
        <w:rPr>
          <w:sz w:val="22"/>
        </w:rPr>
        <w:t>A. doesn't</w:t>
      </w:r>
    </w:p>
    <w:p>
      <w:pPr>
        <w:pStyle w:val="ListParagraph"/>
      </w:pPr>
      <w:r>
        <w:rPr>
          <w:sz w:val="22"/>
        </w:rPr>
        <w:t>B. don't</w:t>
      </w:r>
    </w:p>
    <w:p>
      <w:pPr>
        <w:pStyle w:val="ListParagraph"/>
      </w:pPr>
      <w:r>
        <w:rPr>
          <w:sz w:val="22"/>
        </w:rPr>
        <w:t>C. isn't</w:t>
      </w:r>
    </w:p>
    <w:p/>
    <w:p>
      <w:r>
        <w:rPr>
          <w:b/>
          <w:sz w:val="24"/>
        </w:rPr>
        <w:t>Câu 10: ___ the students like pears?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/>
    <w:p>
      <w:r>
        <w:rPr>
          <w:b/>
          <w:sz w:val="24"/>
        </w:rPr>
        <w:t>Câu 11: ___ my brothers eat rice?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/>
    <w:p>
      <w:r>
        <w:rPr>
          <w:b/>
          <w:sz w:val="24"/>
        </w:rPr>
        <w:t>Câu 12: ___ she like strawberries?</w:t>
      </w:r>
    </w:p>
    <w:p>
      <w:pPr>
        <w:pStyle w:val="ListParagraph"/>
      </w:pPr>
      <w:r>
        <w:rPr>
          <w:sz w:val="22"/>
        </w:rPr>
        <w:t>A. Does</w:t>
      </w:r>
    </w:p>
    <w:p>
      <w:pPr>
        <w:pStyle w:val="ListParagraph"/>
      </w:pPr>
      <w:r>
        <w:rPr>
          <w:sz w:val="22"/>
        </w:rPr>
        <w:t>B. Do</w:t>
      </w:r>
    </w:p>
    <w:p>
      <w:pPr>
        <w:pStyle w:val="ListParagraph"/>
      </w:pPr>
      <w:r>
        <w:rPr>
          <w:sz w:val="22"/>
        </w:rPr>
        <w:t>C. Is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