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Hóa học Lớp 12 - Axit cacboxylic, Este và Lipit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Công thức tổng quát của este no, đơn chức, mạch hở là:</w:t>
      </w:r>
    </w:p>
    <w:p>
      <w:pPr>
        <w:pStyle w:val="ListParagraph"/>
      </w:pPr>
      <w:r>
        <w:rPr>
          <w:sz w:val="22"/>
        </w:rPr>
        <w:t>A. $C_nH_{2n}O_2$</w:t>
      </w:r>
    </w:p>
    <w:p>
      <w:pPr>
        <w:pStyle w:val="ListParagraph"/>
      </w:pPr>
      <w:r>
        <w:rPr>
          <w:sz w:val="22"/>
        </w:rPr>
        <w:t>B. $C_nH_{2n+2}O_2$</w:t>
      </w:r>
    </w:p>
    <w:p>
      <w:pPr>
        <w:pStyle w:val="ListParagraph"/>
      </w:pPr>
      <w:r>
        <w:rPr>
          <w:sz w:val="22"/>
        </w:rPr>
        <w:t>C. $C_nH_{2n-2}O_2$</w:t>
      </w:r>
    </w:p>
    <w:p>
      <w:pPr>
        <w:pStyle w:val="ListParagraph"/>
      </w:pPr>
      <w:r>
        <w:rPr>
          <w:sz w:val="22"/>
        </w:rPr>
        <w:t>D. $C_nH_{2n}O$</w:t>
      </w:r>
    </w:p>
    <w:p/>
    <w:p>
      <w:r>
        <w:rPr>
          <w:b/>
          <w:sz w:val="24"/>
        </w:rPr>
        <w:t>Câu 2: Thủy phân este X trong môi trường kiềm thu được natri axetat và ancol etylic. Công thức của X là:</w:t>
      </w:r>
    </w:p>
    <w:p>
      <w:pPr>
        <w:pStyle w:val="ListParagraph"/>
      </w:pPr>
      <w:r>
        <w:rPr>
          <w:sz w:val="22"/>
        </w:rPr>
        <w:t>A. $CH_3COOC_2H_5$</w:t>
      </w:r>
    </w:p>
    <w:p>
      <w:pPr>
        <w:pStyle w:val="ListParagraph"/>
      </w:pPr>
      <w:r>
        <w:rPr>
          <w:sz w:val="22"/>
        </w:rPr>
        <w:t>B. $C_2H_5COOCH_3$</w:t>
      </w:r>
    </w:p>
    <w:p>
      <w:pPr>
        <w:pStyle w:val="ListParagraph"/>
      </w:pPr>
      <w:r>
        <w:rPr>
          <w:sz w:val="22"/>
        </w:rPr>
        <w:t>C. $HCOOC_2H_5$</w:t>
      </w:r>
    </w:p>
    <w:p>
      <w:pPr>
        <w:pStyle w:val="ListParagraph"/>
      </w:pPr>
      <w:r>
        <w:rPr>
          <w:sz w:val="22"/>
        </w:rPr>
        <w:t>D. $CH_3COOCH_3$</w:t>
      </w:r>
    </w:p>
    <w:p/>
    <w:p>
      <w:r>
        <w:rPr>
          <w:b/>
          <w:sz w:val="24"/>
        </w:rPr>
        <w:t>Câu 3: Chất nào sau đây là axit cacboxylic?</w:t>
      </w:r>
    </w:p>
    <w:p>
      <w:pPr>
        <w:pStyle w:val="ListParagraph"/>
      </w:pPr>
      <w:r>
        <w:rPr>
          <w:sz w:val="22"/>
        </w:rPr>
        <w:t>A. $CH_3CHO$</w:t>
      </w:r>
    </w:p>
    <w:p>
      <w:pPr>
        <w:pStyle w:val="ListParagraph"/>
      </w:pPr>
      <w:r>
        <w:rPr>
          <w:sz w:val="22"/>
        </w:rPr>
        <w:t>B. $CH_3COOH$</w:t>
      </w:r>
    </w:p>
    <w:p>
      <w:pPr>
        <w:pStyle w:val="ListParagraph"/>
      </w:pPr>
      <w:r>
        <w:rPr>
          <w:sz w:val="22"/>
        </w:rPr>
        <w:t>C. $CH_3OH$</w:t>
      </w:r>
    </w:p>
    <w:p>
      <w:pPr>
        <w:pStyle w:val="ListParagraph"/>
      </w:pPr>
      <w:r>
        <w:rPr>
          <w:sz w:val="22"/>
        </w:rPr>
        <w:t>D. $CH_3COOCH_3$</w:t>
      </w:r>
    </w:p>
    <w:p/>
    <w:p>
      <w:r>
        <w:rPr>
          <w:b/>
          <w:sz w:val="24"/>
        </w:rPr>
        <w:t>Câu 4: Số đồng phân este ứng với công thức phân tử $C_3H_6O_2$ là: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5: Phản ứng thủy phân chất béo trong môi trường kiềm được gọi là:</w:t>
      </w:r>
    </w:p>
    <w:p>
      <w:pPr>
        <w:pStyle w:val="ListParagraph"/>
      </w:pPr>
      <w:r>
        <w:rPr>
          <w:sz w:val="22"/>
        </w:rPr>
        <w:t>A. Phản ứng este hóa</w:t>
      </w:r>
    </w:p>
    <w:p>
      <w:pPr>
        <w:pStyle w:val="ListParagraph"/>
      </w:pPr>
      <w:r>
        <w:rPr>
          <w:sz w:val="22"/>
        </w:rPr>
        <w:t>B. Phản ứng xà phòng hóa</w:t>
      </w:r>
    </w:p>
    <w:p>
      <w:pPr>
        <w:pStyle w:val="ListParagraph"/>
      </w:pPr>
      <w:r>
        <w:rPr>
          <w:sz w:val="22"/>
        </w:rPr>
        <w:t>C. Phản ứng trùng hợp</w:t>
      </w:r>
    </w:p>
    <w:p>
      <w:pPr>
        <w:pStyle w:val="ListParagraph"/>
      </w:pPr>
      <w:r>
        <w:rPr>
          <w:sz w:val="22"/>
        </w:rPr>
        <w:t>D. Phản ứng oxi hóa</w:t>
      </w:r>
    </w:p>
    <w:p/>
    <w:p>
      <w:r>
        <w:rPr>
          <w:b/>
          <w:sz w:val="24"/>
        </w:rPr>
        <w:t>Câu 6: Axit axetic tác dụng được với tất cả các chất trong dãy nào sau đây?</w:t>
      </w:r>
    </w:p>
    <w:p>
      <w:pPr>
        <w:pStyle w:val="ListParagraph"/>
      </w:pPr>
      <w:r>
        <w:rPr>
          <w:sz w:val="22"/>
        </w:rPr>
        <w:t>A. $Na, NaOH, Na_2CO_3$</w:t>
      </w:r>
    </w:p>
    <w:p>
      <w:pPr>
        <w:pStyle w:val="ListParagraph"/>
      </w:pPr>
      <w:r>
        <w:rPr>
          <w:sz w:val="22"/>
        </w:rPr>
        <w:t>B. $Na, NaCl, Na_2CO_3$</w:t>
      </w:r>
    </w:p>
    <w:p>
      <w:pPr>
        <w:pStyle w:val="ListParagraph"/>
      </w:pPr>
      <w:r>
        <w:rPr>
          <w:sz w:val="22"/>
        </w:rPr>
        <w:t>C. $NaOH, NaCl, Na_2CO_3$</w:t>
      </w:r>
    </w:p>
    <w:p>
      <w:pPr>
        <w:pStyle w:val="ListParagraph"/>
      </w:pPr>
      <w:r>
        <w:rPr>
          <w:sz w:val="22"/>
        </w:rPr>
        <w:t>D. $Na, NaOH, NaCl$</w:t>
      </w:r>
    </w:p>
    <w:p/>
    <w:p>
      <w:r>
        <w:rPr>
          <w:b/>
          <w:sz w:val="24"/>
        </w:rPr>
        <w:t>Câu 7: Đốt cháy hoàn toàn 0,1 mol este no, đơn chức, mạch hở X thu được 0,3 mol $CO_2$. Công thức phân tử của X là:</w:t>
      </w:r>
    </w:p>
    <w:p>
      <w:pPr>
        <w:pStyle w:val="ListParagraph"/>
      </w:pPr>
      <w:r>
        <w:rPr>
          <w:sz w:val="22"/>
        </w:rPr>
        <w:t>A. $C_2H_4O_2$</w:t>
      </w:r>
    </w:p>
    <w:p>
      <w:pPr>
        <w:pStyle w:val="ListParagraph"/>
      </w:pPr>
      <w:r>
        <w:rPr>
          <w:sz w:val="22"/>
        </w:rPr>
        <w:t>B. $C_3H_6O_2$</w:t>
      </w:r>
    </w:p>
    <w:p>
      <w:pPr>
        <w:pStyle w:val="ListParagraph"/>
      </w:pPr>
      <w:r>
        <w:rPr>
          <w:sz w:val="22"/>
        </w:rPr>
        <w:t>C. $C_4H_8O_2$</w:t>
      </w:r>
    </w:p>
    <w:p>
      <w:pPr>
        <w:pStyle w:val="ListParagraph"/>
      </w:pPr>
      <w:r>
        <w:rPr>
          <w:sz w:val="22"/>
        </w:rPr>
        <w:t>D. $C_5H_{10}O_2$</w:t>
      </w:r>
    </w:p>
    <w:p/>
    <w:p>
      <w:r>
        <w:rPr>
          <w:b/>
          <w:sz w:val="24"/>
        </w:rPr>
        <w:t>Câu 8: Chất béo là trieste của axit béo với:</w:t>
      </w:r>
    </w:p>
    <w:p>
      <w:pPr>
        <w:pStyle w:val="ListParagraph"/>
      </w:pPr>
      <w:r>
        <w:rPr>
          <w:sz w:val="22"/>
        </w:rPr>
        <w:t>A. Etylen glicol</w:t>
      </w:r>
    </w:p>
    <w:p>
      <w:pPr>
        <w:pStyle w:val="ListParagraph"/>
      </w:pPr>
      <w:r>
        <w:rPr>
          <w:sz w:val="22"/>
        </w:rPr>
        <w:t>B. Glixerol</w:t>
      </w:r>
    </w:p>
    <w:p>
      <w:pPr>
        <w:pStyle w:val="ListParagraph"/>
      </w:pPr>
      <w:r>
        <w:rPr>
          <w:sz w:val="22"/>
        </w:rPr>
        <w:t>C. Ancol etylic</w:t>
      </w:r>
    </w:p>
    <w:p>
      <w:pPr>
        <w:pStyle w:val="ListParagraph"/>
      </w:pPr>
      <w:r>
        <w:rPr>
          <w:sz w:val="22"/>
        </w:rPr>
        <w:t>D. Ancol metylic</w:t>
      </w:r>
    </w:p>
    <w:p/>
    <w:p>
      <w:r>
        <w:rPr>
          <w:b/>
          <w:sz w:val="24"/>
        </w:rPr>
        <w:t>Câu 9: Phát biểu nào sau đây không đúng?</w:t>
      </w:r>
    </w:p>
    <w:p>
      <w:pPr>
        <w:pStyle w:val="ListParagraph"/>
      </w:pPr>
      <w:r>
        <w:rPr>
          <w:sz w:val="22"/>
        </w:rPr>
        <w:t>A. Este có nhiệt độ sôi thấp hơn axit có cùng số nguyên tử cacbon.</w:t>
      </w:r>
    </w:p>
    <w:p>
      <w:pPr>
        <w:pStyle w:val="ListParagraph"/>
      </w:pPr>
      <w:r>
        <w:rPr>
          <w:sz w:val="22"/>
        </w:rPr>
        <w:t>B. Este thường ít tan trong nước.</w:t>
      </w:r>
    </w:p>
    <w:p>
      <w:pPr>
        <w:pStyle w:val="ListParagraph"/>
      </w:pPr>
      <w:r>
        <w:rPr>
          <w:sz w:val="22"/>
        </w:rPr>
        <w:t>C. Phản ứng thủy phân este trong môi trường axit là phản ứng thuận nghịch.</w:t>
      </w:r>
    </w:p>
    <w:p>
      <w:pPr>
        <w:pStyle w:val="ListParagraph"/>
      </w:pPr>
      <w:r>
        <w:rPr>
          <w:sz w:val="22"/>
        </w:rPr>
        <w:t>D. Phản ứng thủy phân este trong môi trường kiềm là phản ứng thuận nghịch.</w:t>
      </w:r>
    </w:p>
    <w:p/>
    <w:p>
      <w:r>
        <w:rPr>
          <w:b/>
          <w:sz w:val="24"/>
        </w:rPr>
        <w:t>Câu 10: Thủy phân hoàn toàn 8,8 gam este đơn chức, mạch hở X bằng dung dịch NaOH vừa đủ, thu được 8,2 gam muối natri và 4,6 gam ancol. Công thức của X là:</w:t>
      </w:r>
    </w:p>
    <w:p>
      <w:pPr>
        <w:pStyle w:val="ListParagraph"/>
      </w:pPr>
      <w:r>
        <w:rPr>
          <w:sz w:val="22"/>
        </w:rPr>
        <w:t>A. $HCOOC_2H_5$</w:t>
      </w:r>
    </w:p>
    <w:p>
      <w:pPr>
        <w:pStyle w:val="ListParagraph"/>
      </w:pPr>
      <w:r>
        <w:rPr>
          <w:sz w:val="22"/>
        </w:rPr>
        <w:t>B. $CH_3COOCH_3$</w:t>
      </w:r>
    </w:p>
    <w:p>
      <w:pPr>
        <w:pStyle w:val="ListParagraph"/>
      </w:pPr>
      <w:r>
        <w:rPr>
          <w:sz w:val="22"/>
        </w:rPr>
        <w:t>C. $CH_3COOC_2H_5$</w:t>
      </w:r>
    </w:p>
    <w:p>
      <w:pPr>
        <w:pStyle w:val="ListParagraph"/>
      </w:pPr>
      <w:r>
        <w:rPr>
          <w:sz w:val="22"/>
        </w:rPr>
        <w:t>D. $C_2H_5COOCH_3$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