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EXRCISE</w:t>
      </w:r>
    </w:p>
    <w:p>
      <w:pPr>
        <w:jc w:val="center"/>
      </w:pPr>
      <w:r>
        <w:rPr>
          <w:sz w:val="22"/>
        </w:rPr>
        <w:t>Số câu: 11    Thời gian: _____ phút    Họ và tên: _________________________</w:t>
      </w:r>
    </w:p>
    <w:p/>
    <w:p>
      <w:r>
        <w:rPr>
          <w:b/>
          <w:sz w:val="24"/>
        </w:rPr>
        <w:t>Câu 1: Reorder the words/phrases to complete the sentence: city / is / the / congested / very / center</w:t>
      </w:r>
    </w:p>
    <w:p>
      <w:pPr>
        <w:pStyle w:val="ListParagraph"/>
      </w:pPr>
      <w:r>
        <w:rPr>
          <w:sz w:val="22"/>
        </w:rPr>
        <w:t>A. The city center very is congested.</w:t>
      </w:r>
    </w:p>
    <w:p>
      <w:pPr>
        <w:pStyle w:val="ListParagraph"/>
      </w:pPr>
      <w:r>
        <w:rPr>
          <w:sz w:val="22"/>
        </w:rPr>
        <w:t>B. The city center is very congested.</w:t>
      </w:r>
    </w:p>
    <w:p>
      <w:pPr>
        <w:pStyle w:val="ListParagraph"/>
      </w:pPr>
      <w:r>
        <w:rPr>
          <w:sz w:val="22"/>
        </w:rPr>
        <w:t>C. Very congested is the city center.</w:t>
      </w:r>
    </w:p>
    <w:p>
      <w:pPr>
        <w:pStyle w:val="ListParagraph"/>
      </w:pPr>
      <w:r>
        <w:rPr>
          <w:sz w:val="22"/>
        </w:rPr>
        <w:t>D. The congested city center is very.</w:t>
      </w:r>
    </w:p>
    <w:p/>
    <w:p>
      <w:r>
        <w:rPr>
          <w:b/>
          <w:sz w:val="24"/>
        </w:rPr>
        <w:t>Câu 2: Reorder the words/phrases to complete the sentence: she / the / garbage / picked up / on / street</w:t>
      </w:r>
    </w:p>
    <w:p>
      <w:pPr>
        <w:pStyle w:val="ListParagraph"/>
      </w:pPr>
      <w:r>
        <w:rPr>
          <w:sz w:val="22"/>
        </w:rPr>
        <w:t>A. She picked up the garbage on the street.</w:t>
      </w:r>
    </w:p>
    <w:p>
      <w:pPr>
        <w:pStyle w:val="ListParagraph"/>
      </w:pPr>
      <w:r>
        <w:rPr>
          <w:sz w:val="22"/>
        </w:rPr>
        <w:t>B. She up picked the garbage on the street.</w:t>
      </w:r>
    </w:p>
    <w:p>
      <w:pPr>
        <w:pStyle w:val="ListParagraph"/>
      </w:pPr>
      <w:r>
        <w:rPr>
          <w:sz w:val="22"/>
        </w:rPr>
        <w:t>C. She the garbage picked up on the street.</w:t>
      </w:r>
    </w:p>
    <w:p>
      <w:pPr>
        <w:pStyle w:val="ListParagraph"/>
      </w:pPr>
      <w:r>
        <w:rPr>
          <w:sz w:val="22"/>
        </w:rPr>
        <w:t>D. On the street she picked up garbage the.</w:t>
      </w:r>
    </w:p>
    <w:p/>
    <w:p>
      <w:r>
        <w:rPr>
          <w:b/>
          <w:sz w:val="24"/>
        </w:rPr>
        <w:t>Câu 3: Reorder the words/phrases to complete the sentence: please / the / turn on / lights / before / you / leave</w:t>
      </w:r>
    </w:p>
    <w:p>
      <w:pPr>
        <w:pStyle w:val="ListParagraph"/>
      </w:pPr>
      <w:r>
        <w:rPr>
          <w:sz w:val="22"/>
        </w:rPr>
        <w:t>A. Please turn before you leave on the lights.</w:t>
      </w:r>
    </w:p>
    <w:p>
      <w:pPr>
        <w:pStyle w:val="ListParagraph"/>
      </w:pPr>
      <w:r>
        <w:rPr>
          <w:sz w:val="22"/>
        </w:rPr>
        <w:t>B. Please turn the on lights before you leave.</w:t>
      </w:r>
    </w:p>
    <w:p>
      <w:pPr>
        <w:pStyle w:val="ListParagraph"/>
      </w:pPr>
      <w:r>
        <w:rPr>
          <w:sz w:val="22"/>
        </w:rPr>
        <w:t>C. Please turn on the lights before you leave.</w:t>
      </w:r>
    </w:p>
    <w:p>
      <w:pPr>
        <w:pStyle w:val="ListParagraph"/>
      </w:pPr>
      <w:r>
        <w:rPr>
          <w:sz w:val="22"/>
        </w:rPr>
        <w:t>D. Please lights turn on before you leave.</w:t>
      </w:r>
    </w:p>
    <w:p/>
    <w:p>
      <w:r>
        <w:rPr>
          <w:b/>
          <w:sz w:val="24"/>
        </w:rPr>
        <w:t>Câu 4: Reorder the words/phrases to complete the sentence: we / should / cut down / on / plastic / use</w:t>
      </w:r>
    </w:p>
    <w:p>
      <w:pPr>
        <w:pStyle w:val="ListParagraph"/>
      </w:pPr>
      <w:r>
        <w:rPr>
          <w:sz w:val="22"/>
        </w:rPr>
        <w:t>A. We should cut on down plastic use.</w:t>
      </w:r>
    </w:p>
    <w:p>
      <w:pPr>
        <w:pStyle w:val="ListParagraph"/>
      </w:pPr>
      <w:r>
        <w:rPr>
          <w:sz w:val="22"/>
        </w:rPr>
        <w:t>B. We should cut down plastic on use.</w:t>
      </w:r>
    </w:p>
    <w:p>
      <w:pPr>
        <w:pStyle w:val="ListParagraph"/>
      </w:pPr>
      <w:r>
        <w:rPr>
          <w:sz w:val="22"/>
        </w:rPr>
        <w:t>C. We should on cut down plastic use.</w:t>
      </w:r>
    </w:p>
    <w:p>
      <w:pPr>
        <w:pStyle w:val="ListParagraph"/>
      </w:pPr>
      <w:r>
        <w:rPr>
          <w:sz w:val="22"/>
        </w:rPr>
        <w:t>D. We should cut down on plastic use.</w:t>
      </w:r>
    </w:p>
    <w:p/>
    <w:p>
      <w:r>
        <w:rPr>
          <w:b/>
          <w:sz w:val="24"/>
        </w:rPr>
        <w:t>Câu 5: Reorder the words/phrases to complete the sentence: the / garbage collector / collects / every / morning / trash</w:t>
      </w:r>
    </w:p>
    <w:p>
      <w:pPr>
        <w:pStyle w:val="ListParagraph"/>
      </w:pPr>
      <w:r>
        <w:rPr>
          <w:sz w:val="22"/>
        </w:rPr>
        <w:t>A. The garbage collector collects trash every morning.</w:t>
      </w:r>
    </w:p>
    <w:p>
      <w:pPr>
        <w:pStyle w:val="ListParagraph"/>
      </w:pPr>
      <w:r>
        <w:rPr>
          <w:sz w:val="22"/>
        </w:rPr>
        <w:t>B. The garbage collects collector trash every morning.</w:t>
      </w:r>
    </w:p>
    <w:p>
      <w:pPr>
        <w:pStyle w:val="ListParagraph"/>
      </w:pPr>
      <w:r>
        <w:rPr>
          <w:sz w:val="22"/>
        </w:rPr>
        <w:t>C. The trash collector garbage collects every morning.</w:t>
      </w:r>
    </w:p>
    <w:p>
      <w:pPr>
        <w:pStyle w:val="ListParagraph"/>
      </w:pPr>
      <w:r>
        <w:rPr>
          <w:sz w:val="22"/>
        </w:rPr>
        <w:t>D. Every morning the garbage collector trash collects.</w:t>
      </w:r>
    </w:p>
    <w:p/>
    <w:p>
      <w:r>
        <w:rPr>
          <w:b/>
          <w:sz w:val="24"/>
        </w:rPr>
        <w:t>Câu 6: Reorder the words/phrases to complete the sentence: my / sister / makes / pottery / in / her / free time</w:t>
      </w:r>
    </w:p>
    <w:p>
      <w:pPr>
        <w:pStyle w:val="ListParagraph"/>
      </w:pPr>
      <w:r>
        <w:rPr>
          <w:sz w:val="22"/>
        </w:rPr>
        <w:t>A. My sister pottery makes in her free time.</w:t>
      </w:r>
    </w:p>
    <w:p>
      <w:pPr>
        <w:pStyle w:val="ListParagraph"/>
      </w:pPr>
      <w:r>
        <w:rPr>
          <w:sz w:val="22"/>
        </w:rPr>
        <w:t>B. My sister makes pottery in her free time.</w:t>
      </w:r>
    </w:p>
    <w:p>
      <w:pPr>
        <w:pStyle w:val="ListParagraph"/>
      </w:pPr>
      <w:r>
        <w:rPr>
          <w:sz w:val="22"/>
        </w:rPr>
        <w:t>C. My pottery sister makes in her free time.</w:t>
      </w:r>
    </w:p>
    <w:p>
      <w:pPr>
        <w:pStyle w:val="ListParagraph"/>
      </w:pPr>
      <w:r>
        <w:rPr>
          <w:sz w:val="22"/>
        </w:rPr>
        <w:t>D. In her free time makes my sister pottery.</w:t>
      </w:r>
    </w:p>
    <w:p/>
    <w:p>
      <w:r>
        <w:rPr>
          <w:b/>
          <w:sz w:val="24"/>
        </w:rPr>
        <w:t>Câu 7: Reorder the words/phrases to complete the sentence: learning / about / a / new / culture / is / interesting</w:t>
      </w:r>
    </w:p>
    <w:p>
      <w:pPr>
        <w:pStyle w:val="ListParagraph"/>
      </w:pPr>
      <w:r>
        <w:rPr>
          <w:sz w:val="22"/>
        </w:rPr>
        <w:t>A. Learning a new about culture is interesting.</w:t>
      </w:r>
    </w:p>
    <w:p>
      <w:pPr>
        <w:pStyle w:val="ListParagraph"/>
      </w:pPr>
      <w:r>
        <w:rPr>
          <w:sz w:val="22"/>
        </w:rPr>
        <w:t>B. About learning a new culture is interesting.</w:t>
      </w:r>
    </w:p>
    <w:p>
      <w:pPr>
        <w:pStyle w:val="ListParagraph"/>
      </w:pPr>
      <w:r>
        <w:rPr>
          <w:sz w:val="22"/>
        </w:rPr>
        <w:t>C. Learning about a new culture is interesting.</w:t>
      </w:r>
    </w:p>
    <w:p>
      <w:pPr>
        <w:pStyle w:val="ListParagraph"/>
      </w:pPr>
      <w:r>
        <w:rPr>
          <w:sz w:val="22"/>
        </w:rPr>
        <w:t>D. Is interesting learning about a new culture.</w:t>
      </w:r>
    </w:p>
    <w:p/>
    <w:p>
      <w:r>
        <w:rPr>
          <w:b/>
          <w:sz w:val="24"/>
        </w:rPr>
        <w:t>Câu 8: Reorder the words/phrases to complete the sentence: you / should / take care of / your / health</w:t>
      </w:r>
    </w:p>
    <w:p>
      <w:pPr>
        <w:pStyle w:val="ListParagraph"/>
      </w:pPr>
      <w:r>
        <w:rPr>
          <w:sz w:val="22"/>
        </w:rPr>
        <w:t>A. You should take your health care of.</w:t>
      </w:r>
    </w:p>
    <w:p>
      <w:pPr>
        <w:pStyle w:val="ListParagraph"/>
      </w:pPr>
      <w:r>
        <w:rPr>
          <w:sz w:val="22"/>
        </w:rPr>
        <w:t>B. You should care take of your health.</w:t>
      </w:r>
    </w:p>
    <w:p>
      <w:pPr>
        <w:pStyle w:val="ListParagraph"/>
      </w:pPr>
      <w:r>
        <w:rPr>
          <w:sz w:val="22"/>
        </w:rPr>
        <w:t>C. You should of take care your health.</w:t>
      </w:r>
    </w:p>
    <w:p>
      <w:pPr>
        <w:pStyle w:val="ListParagraph"/>
      </w:pPr>
      <w:r>
        <w:rPr>
          <w:sz w:val="22"/>
        </w:rPr>
        <w:t>D. You should take care of your health.</w:t>
      </w:r>
    </w:p>
    <w:p/>
    <w:p>
      <w:r>
        <w:rPr>
          <w:b/>
          <w:sz w:val="24"/>
        </w:rPr>
        <w:t>Câu 9: Reorder the words/phrases to complete the sentence: I / need / to / look for / my / keys</w:t>
      </w:r>
    </w:p>
    <w:p>
      <w:pPr>
        <w:pStyle w:val="ListParagraph"/>
      </w:pPr>
      <w:r>
        <w:rPr>
          <w:sz w:val="22"/>
        </w:rPr>
        <w:t>A. I need to look for my keys.</w:t>
      </w:r>
    </w:p>
    <w:p>
      <w:pPr>
        <w:pStyle w:val="ListParagraph"/>
      </w:pPr>
      <w:r>
        <w:rPr>
          <w:sz w:val="22"/>
        </w:rPr>
        <w:t>B. I need to look my keys for.</w:t>
      </w:r>
    </w:p>
    <w:p>
      <w:pPr>
        <w:pStyle w:val="ListParagraph"/>
      </w:pPr>
      <w:r>
        <w:rPr>
          <w:sz w:val="22"/>
        </w:rPr>
        <w:t>C. I need to for look my keys.</w:t>
      </w:r>
    </w:p>
    <w:p>
      <w:pPr>
        <w:pStyle w:val="ListParagraph"/>
      </w:pPr>
      <w:r>
        <w:rPr>
          <w:sz w:val="22"/>
        </w:rPr>
        <w:t>D. I need my keys to look for.</w:t>
      </w:r>
    </w:p>
    <w:p/>
    <w:p>
      <w:r>
        <w:rPr>
          <w:b/>
          <w:sz w:val="24"/>
        </w:rPr>
        <w:t>Câu 10: Reorder the words/phrases to complete the sentence: avoid / driving / during / rush hour / if / possible</w:t>
      </w:r>
    </w:p>
    <w:p>
      <w:pPr>
        <w:pStyle w:val="ListParagraph"/>
      </w:pPr>
      <w:r>
        <w:rPr>
          <w:sz w:val="22"/>
        </w:rPr>
        <w:t>A. Avoid during driving rush hour if possible.</w:t>
      </w:r>
    </w:p>
    <w:p>
      <w:pPr>
        <w:pStyle w:val="ListParagraph"/>
      </w:pPr>
      <w:r>
        <w:rPr>
          <w:sz w:val="22"/>
        </w:rPr>
        <w:t>B. Avoid driving during rush hour if possible.</w:t>
      </w:r>
    </w:p>
    <w:p>
      <w:pPr>
        <w:pStyle w:val="ListParagraph"/>
      </w:pPr>
      <w:r>
        <w:rPr>
          <w:sz w:val="22"/>
        </w:rPr>
        <w:t>C. Driving avoid during rush hour if possible.</w:t>
      </w:r>
    </w:p>
    <w:p>
      <w:pPr>
        <w:pStyle w:val="ListParagraph"/>
      </w:pPr>
      <w:r>
        <w:rPr>
          <w:sz w:val="22"/>
        </w:rPr>
        <w:t>D. If possible avoid during rush hour driving.</w:t>
      </w:r>
    </w:p>
    <w:p/>
    <w:p>
      <w:r>
        <w:rPr>
          <w:b/>
          <w:sz w:val="24"/>
        </w:rPr>
        <w:t>Câu 11: Reorder the words/phrases to complete the sentence: the / police officer / gave / me / directions</w:t>
      </w:r>
    </w:p>
    <w:p>
      <w:pPr>
        <w:pStyle w:val="ListParagraph"/>
      </w:pPr>
      <w:r>
        <w:rPr>
          <w:sz w:val="22"/>
        </w:rPr>
        <w:t>A. The police officer me gave directions.</w:t>
      </w:r>
    </w:p>
    <w:p>
      <w:pPr>
        <w:pStyle w:val="ListParagraph"/>
      </w:pPr>
      <w:r>
        <w:rPr>
          <w:sz w:val="22"/>
        </w:rPr>
        <w:t>B. Me gave the police officer directions.</w:t>
      </w:r>
    </w:p>
    <w:p>
      <w:pPr>
        <w:pStyle w:val="ListParagraph"/>
      </w:pPr>
      <w:r>
        <w:rPr>
          <w:sz w:val="22"/>
        </w:rPr>
        <w:t>C. The police officer gave me directions.</w:t>
      </w:r>
    </w:p>
    <w:p>
      <w:pPr>
        <w:pStyle w:val="ListParagraph"/>
      </w:pPr>
      <w:r>
        <w:rPr>
          <w:sz w:val="22"/>
        </w:rPr>
        <w:t>D. Directions gave me the police officer.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