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Ngữ văn Lớp 6 - Truyện truyền thuyết và cổ tích Việt Nam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Truyền thuyết là gì?</w:t>
      </w:r>
    </w:p>
    <w:p>
      <w:pPr>
        <w:pStyle w:val="ListParagraph"/>
      </w:pPr>
      <w:r>
        <w:rPr>
          <w:sz w:val="22"/>
        </w:rPr>
        <w:t>A. Là loại truyện dân gian kể về các nhân vật và sự kiện có liên quan đến lịch sử thời quá khứ, thường có yếu tố tưởng tượng kì ảo.</w:t>
      </w:r>
    </w:p>
    <w:p>
      <w:pPr>
        <w:pStyle w:val="ListParagraph"/>
      </w:pPr>
      <w:r>
        <w:rPr>
          <w:sz w:val="22"/>
        </w:rPr>
        <w:t>B. Là loại truyện dân gian kể về cuộc đời của một số kiểu nhân vật quen thuộc, thể hiện ước mơ của nhân dân về cái thiện thắng cái ác.</w:t>
      </w:r>
    </w:p>
    <w:p>
      <w:pPr>
        <w:pStyle w:val="ListParagraph"/>
      </w:pPr>
      <w:r>
        <w:rPr>
          <w:sz w:val="22"/>
        </w:rPr>
        <w:t>C. Là loại truyện dân gian kể về các hiện tượng thiên nhiên và sinh hoạt của con người, giải thích nguồn gốc vạn vật.</w:t>
      </w:r>
    </w:p>
    <w:p>
      <w:pPr>
        <w:pStyle w:val="ListParagraph"/>
      </w:pPr>
      <w:r>
        <w:rPr>
          <w:sz w:val="22"/>
        </w:rPr>
        <w:t>D. Là loại truyện dân gian kể về những câu chuyện cười, phê phán thói hư tật xấu của con người.</w:t>
      </w:r>
    </w:p>
    <w:p/>
    <w:p>
      <w:r>
        <w:rPr>
          <w:b/>
          <w:sz w:val="24"/>
        </w:rPr>
        <w:t>Câu 2: Đặc điểm nào sau đây KHÔNG phải là đặc điểm của truyện cổ tích?</w:t>
      </w:r>
    </w:p>
    <w:p>
      <w:pPr>
        <w:pStyle w:val="ListParagraph"/>
      </w:pPr>
      <w:r>
        <w:rPr>
          <w:sz w:val="22"/>
        </w:rPr>
        <w:t>A. Có yếu tố hoang đường, kì ảo.</w:t>
      </w:r>
    </w:p>
    <w:p>
      <w:pPr>
        <w:pStyle w:val="ListParagraph"/>
      </w:pPr>
      <w:r>
        <w:rPr>
          <w:sz w:val="22"/>
        </w:rPr>
        <w:t>B. Thể hiện ước mơ, niềm tin của nhân dân về công lý và cái thiện thắng cái ác.</w:t>
      </w:r>
    </w:p>
    <w:p>
      <w:pPr>
        <w:pStyle w:val="ListParagraph"/>
      </w:pPr>
      <w:r>
        <w:rPr>
          <w:sz w:val="22"/>
        </w:rPr>
        <w:t>C. Kể về các sự kiện lịch sử có thật.</w:t>
      </w:r>
    </w:p>
    <w:p>
      <w:pPr>
        <w:pStyle w:val="ListParagraph"/>
      </w:pPr>
      <w:r>
        <w:rPr>
          <w:sz w:val="22"/>
        </w:rPr>
        <w:t>D. Nhân vật thường là những người bất hạnh, nghèo khổ.</w:t>
      </w:r>
    </w:p>
    <w:p/>
    <w:p>
      <w:r>
        <w:rPr>
          <w:b/>
          <w:sz w:val="24"/>
        </w:rPr>
        <w:t>Câu 3: Truyền thuyết “Thánh Gióng” kể về sự kiện nào?</w:t>
      </w:r>
    </w:p>
    <w:p>
      <w:pPr>
        <w:pStyle w:val="ListParagraph"/>
      </w:pPr>
      <w:r>
        <w:rPr>
          <w:sz w:val="22"/>
        </w:rPr>
        <w:t>A. Sự tích Hồ Gươm.</w:t>
      </w:r>
    </w:p>
    <w:p>
      <w:pPr>
        <w:pStyle w:val="ListParagraph"/>
      </w:pPr>
      <w:r>
        <w:rPr>
          <w:sz w:val="22"/>
        </w:rPr>
        <w:t>B. Cuộc kháng chiến chống giặc Ân của nhân dân ta.</w:t>
      </w:r>
    </w:p>
    <w:p>
      <w:pPr>
        <w:pStyle w:val="ListParagraph"/>
      </w:pPr>
      <w:r>
        <w:rPr>
          <w:sz w:val="22"/>
        </w:rPr>
        <w:t>C. Sự tích bánh chưng, bánh giầy.</w:t>
      </w:r>
    </w:p>
    <w:p>
      <w:pPr>
        <w:pStyle w:val="ListParagraph"/>
      </w:pPr>
      <w:r>
        <w:rPr>
          <w:sz w:val="22"/>
        </w:rPr>
        <w:t>D. Sự tích trầu cau.</w:t>
      </w:r>
    </w:p>
    <w:p/>
    <w:p>
      <w:r>
        <w:rPr>
          <w:b/>
          <w:sz w:val="24"/>
        </w:rPr>
        <w:t>Câu 4: Trong truyện “Thạch Sanh”, chi tiết nào thể hiện ước mơ của nhân dân về công lý?</w:t>
      </w:r>
    </w:p>
    <w:p>
      <w:pPr>
        <w:pStyle w:val="ListParagraph"/>
      </w:pPr>
      <w:r>
        <w:rPr>
          <w:sz w:val="22"/>
        </w:rPr>
        <w:t>A. Thạch Sanh được vua gả công chúa.</w:t>
      </w:r>
    </w:p>
    <w:p>
      <w:pPr>
        <w:pStyle w:val="ListParagraph"/>
      </w:pPr>
      <w:r>
        <w:rPr>
          <w:sz w:val="22"/>
        </w:rPr>
        <w:t>B. Thạch Sanh dùng đàn thần để lui quân giặc.</w:t>
      </w:r>
    </w:p>
    <w:p>
      <w:pPr>
        <w:pStyle w:val="ListParagraph"/>
      </w:pPr>
      <w:r>
        <w:rPr>
          <w:sz w:val="22"/>
        </w:rPr>
        <w:t>C. Mẹ con Lý Thông bị trừng phạt.</w:t>
      </w:r>
    </w:p>
    <w:p>
      <w:pPr>
        <w:pStyle w:val="ListParagraph"/>
      </w:pPr>
      <w:r>
        <w:rPr>
          <w:sz w:val="22"/>
        </w:rPr>
        <w:t>D. Thạch Sanh cứu công chúa.</w:t>
      </w:r>
    </w:p>
    <w:p/>
    <w:p>
      <w:r>
        <w:rPr>
          <w:b/>
          <w:sz w:val="24"/>
        </w:rPr>
        <w:t>Câu 5: Truyện “Sọ Dừa” thuộc thể loại nào?</w:t>
      </w:r>
    </w:p>
    <w:p>
      <w:pPr>
        <w:pStyle w:val="ListParagraph"/>
      </w:pPr>
      <w:r>
        <w:rPr>
          <w:sz w:val="22"/>
        </w:rPr>
        <w:t>A. Truyền thuyết.</w:t>
      </w:r>
    </w:p>
    <w:p>
      <w:pPr>
        <w:pStyle w:val="ListParagraph"/>
      </w:pPr>
      <w:r>
        <w:rPr>
          <w:sz w:val="22"/>
        </w:rPr>
        <w:t>B. Cổ tích.</w:t>
      </w:r>
    </w:p>
    <w:p>
      <w:pPr>
        <w:pStyle w:val="ListParagraph"/>
      </w:pPr>
      <w:r>
        <w:rPr>
          <w:sz w:val="22"/>
        </w:rPr>
        <w:t>C. Ngụ ngôn.</w:t>
      </w:r>
    </w:p>
    <w:p>
      <w:pPr>
        <w:pStyle w:val="ListParagraph"/>
      </w:pPr>
      <w:r>
        <w:rPr>
          <w:sz w:val="22"/>
        </w:rPr>
        <w:t>D. Truyện cười.</w:t>
      </w:r>
    </w:p>
    <w:p/>
    <w:p>
      <w:r>
        <w:rPr>
          <w:b/>
          <w:sz w:val="24"/>
        </w:rPr>
        <w:t>Câu 6: Nhân vật Lang Liêu trong truyền thuyết “Bánh chưng, bánh giầy” đại diện cho tầng lớp nào?</w:t>
      </w:r>
    </w:p>
    <w:p>
      <w:pPr>
        <w:pStyle w:val="ListParagraph"/>
      </w:pPr>
      <w:r>
        <w:rPr>
          <w:sz w:val="22"/>
        </w:rPr>
        <w:t>A. Người nông dân.</w:t>
      </w:r>
    </w:p>
    <w:p>
      <w:pPr>
        <w:pStyle w:val="ListParagraph"/>
      </w:pPr>
      <w:r>
        <w:rPr>
          <w:sz w:val="22"/>
        </w:rPr>
        <w:t>B. Người trí thức.</w:t>
      </w:r>
    </w:p>
    <w:p>
      <w:pPr>
        <w:pStyle w:val="ListParagraph"/>
      </w:pPr>
      <w:r>
        <w:rPr>
          <w:sz w:val="22"/>
        </w:rPr>
        <w:t>C. Người thợ thủ công.</w:t>
      </w:r>
    </w:p>
    <w:p>
      <w:pPr>
        <w:pStyle w:val="ListParagraph"/>
      </w:pPr>
      <w:r>
        <w:rPr>
          <w:sz w:val="22"/>
        </w:rPr>
        <w:t>D. Người thương nhân.</w:t>
      </w:r>
    </w:p>
    <w:p/>
    <w:p>
      <w:r>
        <w:rPr>
          <w:b/>
          <w:sz w:val="24"/>
        </w:rPr>
        <w:t>Câu 7: Ý nghĩa của truyện “Em bé thông minh” là gì?</w:t>
      </w:r>
    </w:p>
    <w:p>
      <w:pPr>
        <w:pStyle w:val="ListParagraph"/>
      </w:pPr>
      <w:r>
        <w:rPr>
          <w:sz w:val="22"/>
        </w:rPr>
        <w:t>A. Ca ngợi sự thông minh, tài trí của nhân dân lao động.</w:t>
      </w:r>
    </w:p>
    <w:p>
      <w:pPr>
        <w:pStyle w:val="ListParagraph"/>
      </w:pPr>
      <w:r>
        <w:rPr>
          <w:sz w:val="22"/>
        </w:rPr>
        <w:t>B. Phê phán những kẻ ngu dốt.</w:t>
      </w:r>
    </w:p>
    <w:p>
      <w:pPr>
        <w:pStyle w:val="ListParagraph"/>
      </w:pPr>
      <w:r>
        <w:rPr>
          <w:sz w:val="22"/>
        </w:rPr>
        <w:t>C. Giải thích nguồn gốc loài vật.</w:t>
      </w:r>
    </w:p>
    <w:p>
      <w:pPr>
        <w:pStyle w:val="ListParagraph"/>
      </w:pPr>
      <w:r>
        <w:rPr>
          <w:sz w:val="22"/>
        </w:rPr>
        <w:t>D. Thể hiện ước mơ về sự giàu sang.</w:t>
      </w:r>
    </w:p>
    <w:p/>
    <w:p>
      <w:r>
        <w:rPr>
          <w:b/>
          <w:sz w:val="24"/>
        </w:rPr>
        <w:t>Câu 8: Trong truyện “Cây tre trăm đốt”, chi tiết nào là yếu tố kì ảo?</w:t>
      </w:r>
    </w:p>
    <w:p>
      <w:pPr>
        <w:pStyle w:val="ListParagraph"/>
      </w:pPr>
      <w:r>
        <w:rPr>
          <w:sz w:val="22"/>
        </w:rPr>
        <w:t>A. Anh nông dân chặt tre.</w:t>
      </w:r>
    </w:p>
    <w:p>
      <w:pPr>
        <w:pStyle w:val="ListParagraph"/>
      </w:pPr>
      <w:r>
        <w:rPr>
          <w:sz w:val="22"/>
        </w:rPr>
        <w:t>B. Lão phú ông hứa gả con gái.</w:t>
      </w:r>
    </w:p>
    <w:p>
      <w:pPr>
        <w:pStyle w:val="ListParagraph"/>
      </w:pPr>
      <w:r>
        <w:rPr>
          <w:sz w:val="22"/>
        </w:rPr>
        <w:t>C. Phép thần của Bụt làm tre liền lại.</w:t>
      </w:r>
    </w:p>
    <w:p>
      <w:pPr>
        <w:pStyle w:val="ListParagraph"/>
      </w:pPr>
      <w:r>
        <w:rPr>
          <w:sz w:val="22"/>
        </w:rPr>
        <w:t>D. Anh nông dân đốt tre.</w:t>
      </w:r>
    </w:p>
    <w:p/>
    <w:p>
      <w:r>
        <w:rPr>
          <w:b/>
          <w:sz w:val="24"/>
        </w:rPr>
        <w:t>Câu 9: Truyền thuyết “Sự tích Hồ Gươm” gắn với nhân vật lịch sử nào?</w:t>
      </w:r>
    </w:p>
    <w:p>
      <w:pPr>
        <w:pStyle w:val="ListParagraph"/>
      </w:pPr>
      <w:r>
        <w:rPr>
          <w:sz w:val="22"/>
        </w:rPr>
        <w:t>A. Lê Lợi.</w:t>
      </w:r>
    </w:p>
    <w:p>
      <w:pPr>
        <w:pStyle w:val="ListParagraph"/>
      </w:pPr>
      <w:r>
        <w:rPr>
          <w:sz w:val="22"/>
        </w:rPr>
        <w:t>B. Trần Hưng Đạo.</w:t>
      </w:r>
    </w:p>
    <w:p>
      <w:pPr>
        <w:pStyle w:val="ListParagraph"/>
      </w:pPr>
      <w:r>
        <w:rPr>
          <w:sz w:val="22"/>
        </w:rPr>
        <w:t>C. Ngô Quyền.</w:t>
      </w:r>
    </w:p>
    <w:p>
      <w:pPr>
        <w:pStyle w:val="ListParagraph"/>
      </w:pPr>
      <w:r>
        <w:rPr>
          <w:sz w:val="22"/>
        </w:rPr>
        <w:t>D. Lý Thường Kiệt.</w:t>
      </w:r>
    </w:p>
    <w:p/>
    <w:p>
      <w:r>
        <w:rPr>
          <w:b/>
          <w:sz w:val="24"/>
        </w:rPr>
        <w:t>Câu 10: Điểm giống nhau giữa truyền thuyết và cổ tích là gì?</w:t>
      </w:r>
    </w:p>
    <w:p>
      <w:pPr>
        <w:pStyle w:val="ListParagraph"/>
      </w:pPr>
      <w:r>
        <w:rPr>
          <w:sz w:val="22"/>
        </w:rPr>
        <w:t>A. Đều kể về các sự kiện lịch sử có thật.</w:t>
      </w:r>
    </w:p>
    <w:p>
      <w:pPr>
        <w:pStyle w:val="ListParagraph"/>
      </w:pPr>
      <w:r>
        <w:rPr>
          <w:sz w:val="22"/>
        </w:rPr>
        <w:t>B. Đều có yếu tố tưởng tượng, kì ảo.</w:t>
      </w:r>
    </w:p>
    <w:p>
      <w:pPr>
        <w:pStyle w:val="ListParagraph"/>
      </w:pPr>
      <w:r>
        <w:rPr>
          <w:sz w:val="22"/>
        </w:rPr>
        <w:t>C. Đều thể hiện ước mơ của nhân dân về cái thiện thắng cái ác.</w:t>
      </w:r>
    </w:p>
    <w:p>
      <w:pPr>
        <w:pStyle w:val="ListParagraph"/>
      </w:pPr>
      <w:r>
        <w:rPr>
          <w:sz w:val="22"/>
        </w:rPr>
        <w:t>D. Đều có nhân vật chính là người nghèo khổ.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