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20 câu trắc nghiệm về công nghệ như: khổ ...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Khổ giấy A0 có kích thước là bao nhiêu?</w:t>
      </w:r>
    </w:p>
    <w:p>
      <w:pPr>
        <w:pStyle w:val="ListParagraph"/>
      </w:pPr>
      <w:r>
        <w:rPr>
          <w:sz w:val="22"/>
        </w:rPr>
        <w:t>A. 1189 x 841 mm</w:t>
      </w:r>
    </w:p>
    <w:p>
      <w:pPr>
        <w:pStyle w:val="ListParagraph"/>
      </w:pPr>
      <w:r>
        <w:rPr>
          <w:sz w:val="22"/>
        </w:rPr>
        <w:t>B. 841 x 594 mm</w:t>
      </w:r>
    </w:p>
    <w:p>
      <w:pPr>
        <w:pStyle w:val="ListParagraph"/>
      </w:pPr>
      <w:r>
        <w:rPr>
          <w:sz w:val="22"/>
        </w:rPr>
        <w:t>C. 594 x 420 mm</w:t>
      </w:r>
    </w:p>
    <w:p>
      <w:pPr>
        <w:pStyle w:val="ListParagraph"/>
      </w:pPr>
      <w:r>
        <w:rPr>
          <w:sz w:val="22"/>
        </w:rPr>
        <w:t>D. 420 x 297 mm</w:t>
      </w:r>
    </w:p>
    <w:p/>
    <w:p>
      <w:r>
        <w:rPr>
          <w:b/>
          <w:sz w:val="24"/>
        </w:rPr>
        <w:t>Câu 2: Khổ giấy A4 có kích thước là bao nhiêu?</w:t>
      </w:r>
    </w:p>
    <w:p>
      <w:pPr>
        <w:pStyle w:val="ListParagraph"/>
      </w:pPr>
      <w:r>
        <w:rPr>
          <w:sz w:val="22"/>
        </w:rPr>
        <w:t>A. 297 x 210 mm</w:t>
      </w:r>
    </w:p>
    <w:p>
      <w:pPr>
        <w:pStyle w:val="ListParagraph"/>
      </w:pPr>
      <w:r>
        <w:rPr>
          <w:sz w:val="22"/>
        </w:rPr>
        <w:t>B. 420 x 297 mm</w:t>
      </w:r>
    </w:p>
    <w:p>
      <w:pPr>
        <w:pStyle w:val="ListParagraph"/>
      </w:pPr>
      <w:r>
        <w:rPr>
          <w:sz w:val="22"/>
        </w:rPr>
        <w:t>C. 594 x 420 mm</w:t>
      </w:r>
    </w:p>
    <w:p>
      <w:pPr>
        <w:pStyle w:val="ListParagraph"/>
      </w:pPr>
      <w:r>
        <w:rPr>
          <w:sz w:val="22"/>
        </w:rPr>
        <w:t>D. 841 x 594 mm</w:t>
      </w:r>
    </w:p>
    <w:p/>
    <w:p>
      <w:r>
        <w:rPr>
          <w:b/>
          <w:sz w:val="24"/>
        </w:rPr>
        <w:t>Câu 3: Theo TCVN, nét liền đậm dùng để vẽ gì?</w:t>
      </w:r>
    </w:p>
    <w:p>
      <w:pPr>
        <w:pStyle w:val="ListParagraph"/>
      </w:pPr>
      <w:r>
        <w:rPr>
          <w:sz w:val="22"/>
        </w:rPr>
        <w:t>A. Đường bao thấy, cạnh thấy</w:t>
      </w:r>
    </w:p>
    <w:p>
      <w:pPr>
        <w:pStyle w:val="ListParagraph"/>
      </w:pPr>
      <w:r>
        <w:rPr>
          <w:sz w:val="22"/>
        </w:rPr>
        <w:t>B. Đường bao khuất, cạnh khuất</w:t>
      </w:r>
    </w:p>
    <w:p>
      <w:pPr>
        <w:pStyle w:val="ListParagraph"/>
      </w:pPr>
      <w:r>
        <w:rPr>
          <w:sz w:val="22"/>
        </w:rPr>
        <w:t>C. Đường tâm, đường trục</w:t>
      </w:r>
    </w:p>
    <w:p>
      <w:pPr>
        <w:pStyle w:val="ListParagraph"/>
      </w:pPr>
      <w:r>
        <w:rPr>
          <w:sz w:val="22"/>
        </w:rPr>
        <w:t>D. Đường kích thước, đường gióng</w:t>
      </w:r>
    </w:p>
    <w:p/>
    <w:p>
      <w:r>
        <w:rPr>
          <w:b/>
          <w:sz w:val="24"/>
        </w:rPr>
        <w:t>Câu 4: Nét vẽ nào được sử dụng để vẽ đường bao khuất, cạnh khuất?</w:t>
      </w:r>
    </w:p>
    <w:p>
      <w:pPr>
        <w:pStyle w:val="ListParagraph"/>
      </w:pPr>
      <w:r>
        <w:rPr>
          <w:sz w:val="22"/>
        </w:rPr>
        <w:t>A. Nét liền mảnh</w:t>
      </w:r>
    </w:p>
    <w:p>
      <w:pPr>
        <w:pStyle w:val="ListParagraph"/>
      </w:pPr>
      <w:r>
        <w:rPr>
          <w:sz w:val="22"/>
        </w:rPr>
        <w:t>B. Nét đứt</w:t>
      </w:r>
    </w:p>
    <w:p>
      <w:pPr>
        <w:pStyle w:val="ListParagraph"/>
      </w:pPr>
      <w:r>
        <w:rPr>
          <w:sz w:val="22"/>
        </w:rPr>
        <w:t>C. Nét chấm gạch mảnh</w:t>
      </w:r>
    </w:p>
    <w:p>
      <w:pPr>
        <w:pStyle w:val="ListParagraph"/>
      </w:pPr>
      <w:r>
        <w:rPr>
          <w:sz w:val="22"/>
        </w:rPr>
        <w:t>D. Nét liền đậm</w:t>
      </w:r>
    </w:p>
    <w:p/>
    <w:p>
      <w:r>
        <w:rPr>
          <w:b/>
          <w:sz w:val="24"/>
        </w:rPr>
        <w:t>Câu 5: Nét chấm gạch mảnh thường dùng để vẽ gì?</w:t>
      </w:r>
    </w:p>
    <w:p>
      <w:pPr>
        <w:pStyle w:val="ListParagraph"/>
      </w:pPr>
      <w:r>
        <w:rPr>
          <w:sz w:val="22"/>
        </w:rPr>
        <w:t>A. Đường tâm, đường trục</w:t>
      </w:r>
    </w:p>
    <w:p>
      <w:pPr>
        <w:pStyle w:val="ListParagraph"/>
      </w:pPr>
      <w:r>
        <w:rPr>
          <w:sz w:val="22"/>
        </w:rPr>
        <w:t>B. Đường bao thấy</w:t>
      </w:r>
    </w:p>
    <w:p>
      <w:pPr>
        <w:pStyle w:val="ListParagraph"/>
      </w:pPr>
      <w:r>
        <w:rPr>
          <w:sz w:val="22"/>
        </w:rPr>
        <w:t>C. Đường kích thước</w:t>
      </w:r>
    </w:p>
    <w:p>
      <w:pPr>
        <w:pStyle w:val="ListParagraph"/>
      </w:pPr>
      <w:r>
        <w:rPr>
          <w:sz w:val="22"/>
        </w:rPr>
        <w:t>D. Đường gióng</w:t>
      </w:r>
    </w:p>
    <w:p/>
    <w:p>
      <w:r>
        <w:rPr>
          <w:b/>
          <w:sz w:val="24"/>
        </w:rPr>
        <w:t>Câu 6: Trong phương pháp chiếu góc thứ nhất, hình chiếu đứng được đặt ở đâu so với hình chiếu bằng?</w:t>
      </w:r>
    </w:p>
    <w:p>
      <w:pPr>
        <w:pStyle w:val="ListParagraph"/>
      </w:pPr>
      <w:r>
        <w:rPr>
          <w:sz w:val="22"/>
        </w:rPr>
        <w:t>A. Trên</w:t>
      </w:r>
    </w:p>
    <w:p>
      <w:pPr>
        <w:pStyle w:val="ListParagraph"/>
      </w:pPr>
      <w:r>
        <w:rPr>
          <w:sz w:val="22"/>
        </w:rPr>
        <w:t>B. Dưới</w:t>
      </w:r>
    </w:p>
    <w:p>
      <w:pPr>
        <w:pStyle w:val="ListParagraph"/>
      </w:pPr>
      <w:r>
        <w:rPr>
          <w:sz w:val="22"/>
        </w:rPr>
        <w:t>C. Bên trái</w:t>
      </w:r>
    </w:p>
    <w:p>
      <w:pPr>
        <w:pStyle w:val="ListParagraph"/>
      </w:pPr>
      <w:r>
        <w:rPr>
          <w:sz w:val="22"/>
        </w:rPr>
        <w:t>D. Bên phải</w:t>
      </w:r>
    </w:p>
    <w:p/>
    <w:p>
      <w:r>
        <w:rPr>
          <w:b/>
          <w:sz w:val="24"/>
        </w:rPr>
        <w:t>Câu 7: Trong phương pháp chiếu góc thứ nhất, hình chiếu cạnh được đặt ở đâu so với hình chiếu đứng?</w:t>
      </w:r>
    </w:p>
    <w:p>
      <w:pPr>
        <w:pStyle w:val="ListParagraph"/>
      </w:pPr>
      <w:r>
        <w:rPr>
          <w:sz w:val="22"/>
        </w:rPr>
        <w:t>A. Bên trái</w:t>
      </w:r>
    </w:p>
    <w:p>
      <w:pPr>
        <w:pStyle w:val="ListParagraph"/>
      </w:pPr>
      <w:r>
        <w:rPr>
          <w:sz w:val="22"/>
        </w:rPr>
        <w:t>B. Bên phải</w:t>
      </w:r>
    </w:p>
    <w:p>
      <w:pPr>
        <w:pStyle w:val="ListParagraph"/>
      </w:pPr>
      <w:r>
        <w:rPr>
          <w:sz w:val="22"/>
        </w:rPr>
        <w:t>C. Trên</w:t>
      </w:r>
    </w:p>
    <w:p>
      <w:pPr>
        <w:pStyle w:val="ListParagraph"/>
      </w:pPr>
      <w:r>
        <w:rPr>
          <w:sz w:val="22"/>
        </w:rPr>
        <w:t>D. Dưới</w:t>
      </w:r>
    </w:p>
    <w:p/>
    <w:p>
      <w:r>
        <w:rPr>
          <w:b/>
          <w:sz w:val="24"/>
        </w:rPr>
        <w:t>Câu 8: Có bao nhiêu mặt phẳng chiếu cơ bản trong phương pháp chiếu góc thứ nhất?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9: Hình chiếu bằng là hình chiếu của vật thể lên mặt phẳng chiếu nào?</w:t>
      </w:r>
    </w:p>
    <w:p>
      <w:pPr>
        <w:pStyle w:val="ListParagraph"/>
      </w:pPr>
      <w:r>
        <w:rPr>
          <w:sz w:val="22"/>
        </w:rPr>
        <w:t>A. Mặt phẳng chiếu đứng</w:t>
      </w:r>
    </w:p>
    <w:p>
      <w:pPr>
        <w:pStyle w:val="ListParagraph"/>
      </w:pPr>
      <w:r>
        <w:rPr>
          <w:sz w:val="22"/>
        </w:rPr>
        <w:t>B. Mặt phẳng chiếu bằng</w:t>
      </w:r>
    </w:p>
    <w:p>
      <w:pPr>
        <w:pStyle w:val="ListParagraph"/>
      </w:pPr>
      <w:r>
        <w:rPr>
          <w:sz w:val="22"/>
        </w:rPr>
        <w:t>C. Mặt phẳng chiếu cạnh</w:t>
      </w:r>
    </w:p>
    <w:p>
      <w:pPr>
        <w:pStyle w:val="ListParagraph"/>
      </w:pPr>
      <w:r>
        <w:rPr>
          <w:sz w:val="22"/>
        </w:rPr>
        <w:t>D. Mặt phẳng chiếu ngang</w:t>
      </w:r>
    </w:p>
    <w:p/>
    <w:p>
      <w:r>
        <w:rPr>
          <w:b/>
          <w:sz w:val="24"/>
        </w:rPr>
        <w:t>Câu 10: Hình chiếu cạnh là hình chiếu của vật thể lên mặt phẳng chiếu nào?</w:t>
      </w:r>
    </w:p>
    <w:p>
      <w:pPr>
        <w:pStyle w:val="ListParagraph"/>
      </w:pPr>
      <w:r>
        <w:rPr>
          <w:sz w:val="22"/>
        </w:rPr>
        <w:t>A. Mặt phẳng chiếu đứng</w:t>
      </w:r>
    </w:p>
    <w:p>
      <w:pPr>
        <w:pStyle w:val="ListParagraph"/>
      </w:pPr>
      <w:r>
        <w:rPr>
          <w:sz w:val="22"/>
        </w:rPr>
        <w:t>B. Mặt phẳng chiếu bằng</w:t>
      </w:r>
    </w:p>
    <w:p>
      <w:pPr>
        <w:pStyle w:val="ListParagraph"/>
      </w:pPr>
      <w:r>
        <w:rPr>
          <w:sz w:val="22"/>
        </w:rPr>
        <w:t>C. Mặt phẳng chiếu cạnh</w:t>
      </w:r>
    </w:p>
    <w:p>
      <w:pPr>
        <w:pStyle w:val="ListParagraph"/>
      </w:pPr>
      <w:r>
        <w:rPr>
          <w:sz w:val="22"/>
        </w:rPr>
        <w:t>D. Mặt phẳng chiếu ngang</w:t>
      </w:r>
    </w:p>
    <w:p/>
    <w:p>
      <w:r>
        <w:rPr>
          <w:b/>
          <w:sz w:val="24"/>
        </w:rPr>
        <w:t>Câu 11: Khối tròn xoay nào được tạo thành khi quay một hình chữ nhật quanh một trục cố định?</w:t>
      </w:r>
    </w:p>
    <w:p>
      <w:pPr>
        <w:pStyle w:val="ListParagraph"/>
      </w:pPr>
      <w:r>
        <w:rPr>
          <w:sz w:val="22"/>
        </w:rPr>
        <w:t>A. Hình trụ</w:t>
      </w:r>
    </w:p>
    <w:p>
      <w:pPr>
        <w:pStyle w:val="ListParagraph"/>
      </w:pPr>
      <w:r>
        <w:rPr>
          <w:sz w:val="22"/>
        </w:rPr>
        <w:t>B. Hình nón</w:t>
      </w:r>
    </w:p>
    <w:p>
      <w:pPr>
        <w:pStyle w:val="ListParagraph"/>
      </w:pPr>
      <w:r>
        <w:rPr>
          <w:sz w:val="22"/>
        </w:rPr>
        <w:t>C. Hình cầu</w:t>
      </w:r>
    </w:p>
    <w:p>
      <w:pPr>
        <w:pStyle w:val="ListParagraph"/>
      </w:pPr>
      <w:r>
        <w:rPr>
          <w:sz w:val="22"/>
        </w:rPr>
        <w:t>D. Hình xuyến</w:t>
      </w:r>
    </w:p>
    <w:p/>
    <w:p>
      <w:r>
        <w:rPr>
          <w:b/>
          <w:sz w:val="24"/>
        </w:rPr>
        <w:t>Câu 12: Khối tròn xoay nào được tạo thành khi quay một tam giác vuông quanh một cạnh góc vuông?</w:t>
      </w:r>
    </w:p>
    <w:p>
      <w:pPr>
        <w:pStyle w:val="ListParagraph"/>
      </w:pPr>
      <w:r>
        <w:rPr>
          <w:sz w:val="22"/>
        </w:rPr>
        <w:t>A. Hình trụ</w:t>
      </w:r>
    </w:p>
    <w:p>
      <w:pPr>
        <w:pStyle w:val="ListParagraph"/>
      </w:pPr>
      <w:r>
        <w:rPr>
          <w:sz w:val="22"/>
        </w:rPr>
        <w:t>B. Hình nón</w:t>
      </w:r>
    </w:p>
    <w:p>
      <w:pPr>
        <w:pStyle w:val="ListParagraph"/>
      </w:pPr>
      <w:r>
        <w:rPr>
          <w:sz w:val="22"/>
        </w:rPr>
        <w:t>C. Hình cầu</w:t>
      </w:r>
    </w:p>
    <w:p>
      <w:pPr>
        <w:pStyle w:val="ListParagraph"/>
      </w:pPr>
      <w:r>
        <w:rPr>
          <w:sz w:val="22"/>
        </w:rPr>
        <w:t>D. Hình xuyến</w:t>
      </w:r>
    </w:p>
    <w:p/>
    <w:p>
      <w:r>
        <w:rPr>
          <w:b/>
          <w:sz w:val="24"/>
        </w:rPr>
        <w:t>Câu 13: Khối tròn xoay nào được tạo thành khi quay một nửa hình tròn quanh đường kính của nó?</w:t>
      </w:r>
    </w:p>
    <w:p>
      <w:pPr>
        <w:pStyle w:val="ListParagraph"/>
      </w:pPr>
      <w:r>
        <w:rPr>
          <w:sz w:val="22"/>
        </w:rPr>
        <w:t>A. Hình trụ</w:t>
      </w:r>
    </w:p>
    <w:p>
      <w:pPr>
        <w:pStyle w:val="ListParagraph"/>
      </w:pPr>
      <w:r>
        <w:rPr>
          <w:sz w:val="22"/>
        </w:rPr>
        <w:t>B. Hình nón</w:t>
      </w:r>
    </w:p>
    <w:p>
      <w:pPr>
        <w:pStyle w:val="ListParagraph"/>
      </w:pPr>
      <w:r>
        <w:rPr>
          <w:sz w:val="22"/>
        </w:rPr>
        <w:t>C. Hình cầu</w:t>
      </w:r>
    </w:p>
    <w:p>
      <w:pPr>
        <w:pStyle w:val="ListParagraph"/>
      </w:pPr>
      <w:r>
        <w:rPr>
          <w:sz w:val="22"/>
        </w:rPr>
        <w:t>D. Hình xuyến</w:t>
      </w:r>
    </w:p>
    <w:p/>
    <w:p>
      <w:r>
        <w:rPr>
          <w:b/>
          <w:sz w:val="24"/>
        </w:rPr>
        <w:t>Câu 14: Hình chiếu đứng của hình trụ là hình gì?</w:t>
      </w:r>
    </w:p>
    <w:p>
      <w:pPr>
        <w:pStyle w:val="ListParagraph"/>
      </w:pPr>
      <w:r>
        <w:rPr>
          <w:sz w:val="22"/>
        </w:rPr>
        <w:t>A. Hình tròn</w:t>
      </w:r>
    </w:p>
    <w:p>
      <w:pPr>
        <w:pStyle w:val="ListParagraph"/>
      </w:pPr>
      <w:r>
        <w:rPr>
          <w:sz w:val="22"/>
        </w:rPr>
        <w:t>B. Hình chữ nhật</w:t>
      </w:r>
    </w:p>
    <w:p>
      <w:pPr>
        <w:pStyle w:val="ListParagraph"/>
      </w:pPr>
      <w:r>
        <w:rPr>
          <w:sz w:val="22"/>
        </w:rPr>
        <w:t>C. Hình tam giác</w:t>
      </w:r>
    </w:p>
    <w:p>
      <w:pPr>
        <w:pStyle w:val="ListParagraph"/>
      </w:pPr>
      <w:r>
        <w:rPr>
          <w:sz w:val="22"/>
        </w:rPr>
        <w:t>D. Hình thang</w:t>
      </w:r>
    </w:p>
    <w:p/>
    <w:p>
      <w:r>
        <w:rPr>
          <w:b/>
          <w:sz w:val="24"/>
        </w:rPr>
        <w:t>Câu 15: Hình chiếu bằng của hình nón là hình gì?</w:t>
      </w:r>
    </w:p>
    <w:p>
      <w:pPr>
        <w:pStyle w:val="ListParagraph"/>
      </w:pPr>
      <w:r>
        <w:rPr>
          <w:sz w:val="22"/>
        </w:rPr>
        <w:t>A. Hình tròn</w:t>
      </w:r>
    </w:p>
    <w:p>
      <w:pPr>
        <w:pStyle w:val="ListParagraph"/>
      </w:pPr>
      <w:r>
        <w:rPr>
          <w:sz w:val="22"/>
        </w:rPr>
        <w:t>B. Hình chữ nhật</w:t>
      </w:r>
    </w:p>
    <w:p>
      <w:pPr>
        <w:pStyle w:val="ListParagraph"/>
      </w:pPr>
      <w:r>
        <w:rPr>
          <w:sz w:val="22"/>
        </w:rPr>
        <w:t>C. Hình tam giác</w:t>
      </w:r>
    </w:p>
    <w:p>
      <w:pPr>
        <w:pStyle w:val="ListParagraph"/>
      </w:pPr>
      <w:r>
        <w:rPr>
          <w:sz w:val="22"/>
        </w:rPr>
        <w:t>D. Hình thang</w:t>
      </w:r>
    </w:p>
    <w:p/>
    <w:p>
      <w:r>
        <w:rPr>
          <w:b/>
          <w:sz w:val="24"/>
        </w:rPr>
        <w:t>Câu 16: Hình chiếu đứng của hình cầu là hình gì?</w:t>
      </w:r>
    </w:p>
    <w:p>
      <w:pPr>
        <w:pStyle w:val="ListParagraph"/>
      </w:pPr>
      <w:r>
        <w:rPr>
          <w:sz w:val="22"/>
        </w:rPr>
        <w:t>A. Hình tròn</w:t>
      </w:r>
    </w:p>
    <w:p>
      <w:pPr>
        <w:pStyle w:val="ListParagraph"/>
      </w:pPr>
      <w:r>
        <w:rPr>
          <w:sz w:val="22"/>
        </w:rPr>
        <w:t>B. Hình chữ nhật</w:t>
      </w:r>
    </w:p>
    <w:p>
      <w:pPr>
        <w:pStyle w:val="ListParagraph"/>
      </w:pPr>
      <w:r>
        <w:rPr>
          <w:sz w:val="22"/>
        </w:rPr>
        <w:t>C. Hình tam giác</w:t>
      </w:r>
    </w:p>
    <w:p>
      <w:pPr>
        <w:pStyle w:val="ListParagraph"/>
      </w:pPr>
      <w:r>
        <w:rPr>
          <w:sz w:val="22"/>
        </w:rPr>
        <w:t>D. Hình vuông</w:t>
      </w:r>
    </w:p>
    <w:p/>
    <w:p>
      <w:r>
        <w:rPr>
          <w:b/>
          <w:sz w:val="24"/>
        </w:rPr>
        <w:t>Câu 17: Theo TCVN, nét liền mảnh dùng để vẽ gì?</w:t>
      </w:r>
    </w:p>
    <w:p>
      <w:pPr>
        <w:pStyle w:val="ListParagraph"/>
      </w:pPr>
      <w:r>
        <w:rPr>
          <w:sz w:val="22"/>
        </w:rPr>
        <w:t>A. Đường bao thấy</w:t>
      </w:r>
    </w:p>
    <w:p>
      <w:pPr>
        <w:pStyle w:val="ListParagraph"/>
      </w:pPr>
      <w:r>
        <w:rPr>
          <w:sz w:val="22"/>
        </w:rPr>
        <w:t>B. Đường kích thước, đường gióng</w:t>
      </w:r>
    </w:p>
    <w:p>
      <w:pPr>
        <w:pStyle w:val="ListParagraph"/>
      </w:pPr>
      <w:r>
        <w:rPr>
          <w:sz w:val="22"/>
        </w:rPr>
        <w:t>C. Đường bao khuất</w:t>
      </w:r>
    </w:p>
    <w:p>
      <w:pPr>
        <w:pStyle w:val="ListParagraph"/>
      </w:pPr>
      <w:r>
        <w:rPr>
          <w:sz w:val="22"/>
        </w:rPr>
        <w:t>D. Đường tâm</w:t>
      </w:r>
    </w:p>
    <w:p/>
    <w:p>
      <w:r>
        <w:rPr>
          <w:b/>
          <w:sz w:val="24"/>
        </w:rPr>
        <w:t>Câu 18: Khổ giấy A3 có kích thước là bao nhiêu?</w:t>
      </w:r>
    </w:p>
    <w:p>
      <w:pPr>
        <w:pStyle w:val="ListParagraph"/>
      </w:pPr>
      <w:r>
        <w:rPr>
          <w:sz w:val="22"/>
        </w:rPr>
        <w:t>A. 420 x 297 mm</w:t>
      </w:r>
    </w:p>
    <w:p>
      <w:pPr>
        <w:pStyle w:val="ListParagraph"/>
      </w:pPr>
      <w:r>
        <w:rPr>
          <w:sz w:val="22"/>
        </w:rPr>
        <w:t>B. 594 x 420 mm</w:t>
      </w:r>
    </w:p>
    <w:p>
      <w:pPr>
        <w:pStyle w:val="ListParagraph"/>
      </w:pPr>
      <w:r>
        <w:rPr>
          <w:sz w:val="22"/>
        </w:rPr>
        <w:t>C. 841 x 594 mm</w:t>
      </w:r>
    </w:p>
    <w:p>
      <w:pPr>
        <w:pStyle w:val="ListParagraph"/>
      </w:pPr>
      <w:r>
        <w:rPr>
          <w:sz w:val="22"/>
        </w:rPr>
        <w:t>D. 297 x 210 mm</w:t>
      </w:r>
    </w:p>
    <w:p/>
    <w:p>
      <w:r>
        <w:rPr>
          <w:b/>
          <w:sz w:val="24"/>
        </w:rPr>
        <w:t>Câu 19: Trong phương pháp chiếu góc thứ nhất, hình chiếu bằng được đặt ở đâu so với hình chiếu đứng?</w:t>
      </w:r>
    </w:p>
    <w:p>
      <w:pPr>
        <w:pStyle w:val="ListParagraph"/>
      </w:pPr>
      <w:r>
        <w:rPr>
          <w:sz w:val="22"/>
        </w:rPr>
        <w:t>A. Trên</w:t>
      </w:r>
    </w:p>
    <w:p>
      <w:pPr>
        <w:pStyle w:val="ListParagraph"/>
      </w:pPr>
      <w:r>
        <w:rPr>
          <w:sz w:val="22"/>
        </w:rPr>
        <w:t>B. Dưới</w:t>
      </w:r>
    </w:p>
    <w:p>
      <w:pPr>
        <w:pStyle w:val="ListParagraph"/>
      </w:pPr>
      <w:r>
        <w:rPr>
          <w:sz w:val="22"/>
        </w:rPr>
        <w:t>C. Bên trái</w:t>
      </w:r>
    </w:p>
    <w:p>
      <w:pPr>
        <w:pStyle w:val="ListParagraph"/>
      </w:pPr>
      <w:r>
        <w:rPr>
          <w:sz w:val="22"/>
        </w:rPr>
        <w:t>D. Bên phải</w:t>
      </w:r>
    </w:p>
    <w:p/>
    <w:p>
      <w:r>
        <w:rPr>
          <w:b/>
          <w:sz w:val="24"/>
        </w:rPr>
        <w:t>Câu 20: Khối tròn xoay nào được tạo thành khi quay một hình tròn quanh một trục nằm ngoài hình tròn đó?</w:t>
      </w:r>
    </w:p>
    <w:p>
      <w:pPr>
        <w:pStyle w:val="ListParagraph"/>
      </w:pPr>
      <w:r>
        <w:rPr>
          <w:sz w:val="22"/>
        </w:rPr>
        <w:t>A. Hình trụ</w:t>
      </w:r>
    </w:p>
    <w:p>
      <w:pPr>
        <w:pStyle w:val="ListParagraph"/>
      </w:pPr>
      <w:r>
        <w:rPr>
          <w:sz w:val="22"/>
        </w:rPr>
        <w:t>B. Hình nón</w:t>
      </w:r>
    </w:p>
    <w:p>
      <w:pPr>
        <w:pStyle w:val="ListParagraph"/>
      </w:pPr>
      <w:r>
        <w:rPr>
          <w:sz w:val="22"/>
        </w:rPr>
        <w:t>C. Hình cầu</w:t>
      </w:r>
    </w:p>
    <w:p>
      <w:pPr>
        <w:pStyle w:val="ListParagraph"/>
      </w:pPr>
      <w:r>
        <w:rPr>
          <w:sz w:val="22"/>
        </w:rPr>
        <w:t>D. Hình xuyến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